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Ялиновий лист</w:t>
      </w:r>
    </w:p>
    <w:p>
      <w:r>
        <w:br/>
        <w:t xml:space="preserve"> &lt;p&gt;На невеличкій галявині, аж фіолетовій од розквітлого іван-чаю, сидять троє хлопчиків. Обідають.</w:t>
      </w:r>
    </w:p>
    <w:p>
      <w:r>
        <w:br/>
        <w:t>Наша поява їх нітрохи не бентежить. Лише один із хлопчиків — худенький, циганкуватий — запитує для годиться:</w:t>
      </w:r>
    </w:p>
    <w:p>
      <w:r>
        <w:br/>
        <w:t>— Багато лисичок надзьобали?</w:t>
      </w:r>
    </w:p>
    <w:p>
      <w:r>
        <w:br/>
        <w:t>— А ми не лисички дзьобаємо, а красноголовці.</w:t>
      </w:r>
    </w:p>
    <w:p>
      <w:r>
        <w:br/>
        <w:t>— Нє, — усміхається той, — лисички. Ми бачили, як ви в сосняку нишпорили.</w:t>
      </w:r>
    </w:p>
    <w:p>
      <w:r>
        <w:br/>
        <w:t>Ми теж присідаємо обідати біля хлопчиків. Пропонуємо їм мінеральної води, але вони відмовляються: он огірки їдять, то пити не хочеться. Взагалі, пояснюють нам, найкраще брати до лісу огірки — і воду замінять, і з пляшкою не носитися.</w:t>
      </w:r>
    </w:p>
    <w:p>
      <w:r>
        <w:br/>
        <w:t>— Ваш взвод, — цікавимося, — по ягоди чи по гриби спорядився?</w:t>
      </w:r>
    </w:p>
    <w:p>
      <w:r>
        <w:br/>
        <w:t>— Нє, — відповідає циганкуватий, — у нас справи.</w:t>
      </w:r>
    </w:p>
    <w:p>
      <w:r>
        <w:br/>
        <w:t>— Справи то й справи.</w:t>
      </w:r>
    </w:p>
    <w:p>
      <w:r>
        <w:br/>
        <w:t>Так і обідаємо мовчки.</w:t>
      </w:r>
    </w:p>
    <w:p>
      <w:r>
        <w:br/>
        <w:t>Помічаю, ті троє про щось перешіптуються. Почув навіть: "Та вони ж міські…" І вголос кажу:</w:t>
      </w:r>
    </w:p>
    <w:p>
      <w:r>
        <w:br/>
        <w:t>— Гарні тут місця! Сотий раз ходжу, ніби й скрізь обчовгав, а все одно цікаво. Наступної неділі знову сюди, правда, Іване Михайловичу?</w:t>
      </w:r>
    </w:p>
    <w:p>
      <w:r>
        <w:br/>
        <w:t>Компанія підсовується ближче:</w:t>
      </w:r>
    </w:p>
    <w:p>
      <w:r>
        <w:br/>
        <w:t>— Дядьки, а ви на старий ялинник не натрапляли?</w:t>
      </w:r>
    </w:p>
    <w:p>
      <w:r>
        <w:br/>
        <w:t>— Чого ж, бачили і ялини.</w:t>
      </w:r>
    </w:p>
    <w:p>
      <w:r>
        <w:br/>
        <w:t>— Ті, що на Рудочці, так?</w:t>
      </w:r>
    </w:p>
    <w:p>
      <w:r>
        <w:br/>
        <w:t>— І ті, й інші. Хіба тільки на Рудочці ялини?</w:t>
      </w:r>
    </w:p>
    <w:p>
      <w:r>
        <w:br/>
        <w:t>— Покажете, як до них втрапити? — підхоплюються усі троє.</w:t>
      </w:r>
    </w:p>
    <w:p>
      <w:r>
        <w:br/>
        <w:t>— Можна й показати. А для чого вам?</w:t>
      </w:r>
    </w:p>
    <w:p>
      <w:r>
        <w:br/>
        <w:t>І ми почули таку історію.</w:t>
      </w:r>
    </w:p>
    <w:p>
      <w:r>
        <w:br/>
        <w:t>Ще навесні їхній клас вирішив, що під час літніх канікул вирушить у похід слідами полку, який колись визволяв від гітлерівців рідне село. Та ось несподівано захворіла староста класу Наталка, її навіть у лікарню відвезли. А без Наталки ніяк вирушати не можна: це вона першою запропонувала піти в похід.</w:t>
      </w:r>
    </w:p>
    <w:p>
      <w:r>
        <w:br/>
        <w:t>Бабуся Наталчина казала, якби знайти десь у лісі ялинового листа, то Наталка відразу видужала б. Ялиновий лист од усякої хвороби допомагає.</w:t>
      </w:r>
    </w:p>
    <w:p>
      <w:r>
        <w:br/>
        <w:t>— Тепер нам треба того листа роздобуть, — кажуть хлопчики. — А з нас ніхто ніколи не бачив, який він з себе. Може, ви десь натрапляли?</w:t>
      </w:r>
    </w:p>
    <w:p>
      <w:r>
        <w:br/>
        <w:t>Он воно що!</w:t>
      </w:r>
    </w:p>
    <w:p>
      <w:r>
        <w:br/>
        <w:t>Переглянулися ми з Іваном Михайловичем та й не знаємо, як відповісти. Бо, якщо начистоту, давно вже й не чували, щоб хтось десь на Поліссі в нас навіть згадував про ялиновий лист.</w:t>
      </w:r>
    </w:p>
    <w:p>
      <w:r>
        <w:br/>
        <w:t>А був же колись він знаний і в нашому краї. І вірило в його цілющу силу багато людей. Можливо, навіть надто багато. Отож від такої надмірної віри тільки пам’ять про цю рослину й лишилася.</w:t>
      </w:r>
    </w:p>
    <w:p>
      <w:r>
        <w:br/>
        <w:t>Хоча, може, і не тільки від цього. Бо ялиновий лист — це зовсім і не лист, а один з видів листоподібних лишайників. Як і більшість лишайників, він дуже чутливий до забрудненого повітря. Тому на видноті його не побачиш, він усе тримається місць неходжених, а особливо неїжджених, бо не переносить бензинового диму. Оскільки глухих місць стає все менше й менше на землі, то зараз навряд чи багато людей в усьому світі можуть похвалитися, що бачили ялиновий лист. Адже відшукати його, певно, тільки трохи легше, ніж чарівний цвіт папороті.</w:t>
      </w:r>
    </w:p>
    <w:p>
      <w:r>
        <w:br/>
        <w:t>Зовсім недавно Іванові Михайловичу потрібно було зібрати якусь пригорщу-другу так званого "ялинового моху" — дуже поширеного лишайника, який у ялинниках завжди звисає космами з гілляк дерев. Гайнули ми в ближній ялинник — а цього моху десь уже немає. Ідемо в інше місце — і там ялини гладесенькі, на гілляках нічогісінько… Зник "ялиновий мох", за останні роки зник, а ми й не завважили.</w:t>
      </w:r>
    </w:p>
    <w:p>
      <w:r>
        <w:br/>
        <w:t>То що вже тут про ялиновий лист казати!</w:t>
      </w:r>
    </w:p>
    <w:p>
      <w:r>
        <w:br/>
        <w:t>Лишайники здавна відомі людям. Ще в часи "батька ботаніки" Теофраста один із видів "хаосу природи", як тоді називали лишайники, використовували для виготовлення фарби. Споконвіку ці рослини є основним кормом для північних оленів. Ще недавно лишайник цетрарія ісландська в деяких північних країнах додавали до борошна, з якого випікали хліб. А листата умбілікарія їстівна і нині для японців — одна з делікатесних страв.</w:t>
      </w:r>
    </w:p>
    <w:p>
      <w:r>
        <w:br/>
        <w:t>З лишайників упродовж століть виготовляли пудру, зокрема пудру для перук. З екстракту лишайника, відомого під назвою "дубовий мох", в усьому світі одержують багато видів духів і одеколонів — він фіксує аромат, надає парфумам стійкості.</w:t>
      </w:r>
    </w:p>
    <w:p>
      <w:r>
        <w:br/>
        <w:t>Саме на його основі створено духи "Кармен", "Бахчисарайський фонтан", "Кристал", "Чайка", одеколони "Шипр", "Новий" та багато інших.</w:t>
      </w:r>
    </w:p>
    <w:p>
      <w:r>
        <w:br/>
        <w:t>Ви, мабуть, чули вираз "манна небесна". Насправді це не щось вигадане, а цілком конкретна річ, — один із видів лишайника, так звана лекандора їстівна. Ця легендарна рослина, що має форму кульки завбільшки з ягоду нашої дикої черешні, росте в пустелях. Вона зовсім не прикріплена до грунту і з допомогою вітру вільно кочує з одного місця на інше. Трапляється, що вітер підхоплює тисячі таких кульок, здіймає високо вгору і несе далеко-далеко, іноді за сотні кілометрів. Згодом вони падають на землю, мов град. Тільки цей "град" цілком придатний для їжі, і місцеві мешканці йому завжди раді.</w:t>
      </w:r>
    </w:p>
    <w:p>
      <w:r>
        <w:br/>
        <w:t>Нині вченим відомо понад двадцять тисяч видів лишайників. До цієї кількості додаються ще десятки, а то й сотні нововідкритих видів. Та лишайники й досі в переважній більшості залишаються рослинами-загадками. І хоч після того, як у минулому столітті вчений Сімон Швенденер відкрив світові їх біологічну суть (сьогодні кожен школяр знає, що в основі біології лишайника — співжиття гриба і водорості), все-таки ці рослини приховують в собі немало таємничого, до кінця не пізнаного людиною.</w:t>
      </w:r>
    </w:p>
    <w:p>
      <w:r>
        <w:br/>
        <w:t>От хоча б їхні лікувальні властивості. Ще давні єгиптяни за дві тисячі років до нашої ери виготовляли з лишайників ліки. Ще знаменитий Карл Лінней у 1749 році називав сім цілющих лишайників. Ще в сорокових роках нашого століття німецькі вчені одержали з лишайників ефективний антибіотичний препарат "Евозін", а наші вітчизняні вчені — не менш ефективний препарат "Бінан". Однак і сьогодні лікувальні властивості лишайників вивчені надзвичайно мало. Цікаво, що останнім часом медики саме серед лишайників шукають ліки проти найстрашнішої хвороби — раку.</w:t>
      </w:r>
    </w:p>
    <w:p>
      <w:r>
        <w:br/>
        <w:t>А що, коли ті ліки є саме в ялиновому листу? Тоді людство так ніколи їх і не матиме.</w:t>
      </w:r>
    </w:p>
    <w:p>
      <w:r>
        <w:br/>
        <w:t>Розповідаємо про це хлоп’ятам, пояснюємо, що нічого з їхнього задуму не вийде.</w:t>
      </w:r>
    </w:p>
    <w:p>
      <w:r>
        <w:br/>
        <w:t>Юні шукачі ліків для Наталки розчаровані. Вони навіть поглядають на нас спідлоба, ніби це ми винні, що перевівся ялиновий лист.</w:t>
      </w:r>
    </w:p>
    <w:p>
      <w:r>
        <w:br/>
        <w:t>Пробую підбадьорити їх:</w:t>
      </w:r>
    </w:p>
    <w:p>
      <w:r>
        <w:br/>
        <w:t>— Одужає ваша Наталка. Нині лікарі багато чого можуть…</w:t>
      </w:r>
    </w:p>
    <w:p>
      <w:r>
        <w:br/>
        <w:t>Циганкуватий перебиває:</w:t>
      </w:r>
    </w:p>
    <w:p>
      <w:r>
        <w:br/>
        <w:t>— А ви звідки про ялиновий лист стільки знаєте?</w:t>
      </w:r>
    </w:p>
    <w:p>
      <w:r>
        <w:br/>
        <w:t>— Ну, щось люди розказали, щось із книжок вичитав.</w:t>
      </w:r>
    </w:p>
    <w:p>
      <w:r>
        <w:br/>
        <w:t>— Виходить, він таки є, коли в книжках пишуть! Виходить, якщо добре шукатимемо — обов’язково знайдемо!</w:t>
      </w:r>
    </w:p>
    <w:p>
      <w:r>
        <w:br/>
        <w:t>Затятість так і бринить у його голосі.</w:t>
      </w:r>
    </w:p>
    <w:p>
      <w:r>
        <w:br/>
        <w:t>Хлопчики поспіхом збирають рештки їжі і пірнають у густий сосняк. Не шукаючи стежки, навпрошки.</w:t>
      </w:r>
    </w:p>
    <w:p>
      <w:r>
        <w:br/>
        <w:t>— Не заходьте далеко — заблукаєте! — гукаю їм навздогін.</w:t>
      </w:r>
    </w:p>
    <w:p>
      <w:r>
        <w:br/>
        <w:t>— Нє, — чути у відповідь, — у нас компас є.</w:t>
      </w:r>
    </w:p>
    <w:p>
      <w:r>
        <w:br/>
        <w:t>І мені так хочеться, щоб десь хоч на одній з тутешніх ялин ще сивів листатий лишайник.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Ялиновий 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