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Якутська поема</w:t>
      </w:r>
    </w:p>
    <w:p>
      <w:r>
        <w:br/>
        <w:t xml:space="preserve"> Се ви питаєте за тих,&lt;br /&gt;</w:t>
        <w:br/>
        <w:t>що тут застрелились на варті?&lt;br /&gt;</w:t>
        <w:br/>
        <w:t>Та добре, розкажу про них,&lt;br /&gt;</w:t>
        <w:br/>
        <w:t>хоч то вони й не дуже варті:&lt;br /&gt;</w:t>
        <w:br/>
        <w:t>були якути-дикуни,&lt;br /&gt;</w:t>
        <w:br/>
        <w:t>і мова в їх, і вчинки дикі,&lt;br /&gt;</w:t>
        <w:br/>
        <w:t>хоч і небіжчики вони,&lt;br /&gt;</w:t>
        <w:br/>
        <w:t>а дурні – все скажу – великі.&lt;br /&gt;</w:t>
        <w:br/>
        <w:t>Сами скажіть, чого б їм тут&lt;br /&gt;</w:t>
        <w:br/>
        <w:t>у нас при війську сумувати,&lt;br /&gt;</w:t>
        <w:br/>
        <w:t>та в нас такий дикун-якут&lt;br /&gt;</w:t>
        <w:br/>
        <w:t>повинен просто раювати!&lt;br /&gt;</w:t>
        <w:br/>
        <w:t>Було їм досить їсти-пить,&lt;br /&gt;</w:t>
        <w:br/>
        <w:t>не раз дамо і цукру, й чаю,&lt;br /&gt;</w:t>
        <w:br/>
        <w:t>а навіть щоб гаразд побить,&lt;br /&gt;</w:t>
        <w:br/>
        <w:t>то не було того звичаю.&lt;br /&gt;</w:t>
        <w:br/>
        <w:t>Ні, гріх сказати, в нас не б’ють,&lt;br /&gt;</w:t>
        <w:br/>
        <w:t>начальство вище близько тута, –&lt;br /&gt;</w:t>
        <w:br/>
        <w:t>а як там зрідка й стусонуть,&lt;br /&gt;</w:t>
        <w:br/>
        <w:t>то що се значить для якута?&lt;br /&gt;</w:t>
        <w:br/>
        <w:t>Бо й то сказать, який вояк&lt;br /&gt;</w:t>
        <w:br/>
        <w:t>із дикуна? одно ледащо!&lt;br /&gt;</w:t>
        <w:br/>
        <w:t>Але ж у нас, посвідчить всяк,&lt;br /&gt;</w:t>
        <w:br/>
        <w:t>вони не скаржились ні на що.&lt;br /&gt;</w:t>
        <w:br/>
        <w:t>Покірливі були, плохі,&lt;br /&gt;</w:t>
        <w:br/>
        <w:t>боялись кожного, так, здуру,&lt;br /&gt;</w:t>
        <w:br/>
        <w:t>бувало, плачуть, як лихі, –&lt;br /&gt;</w:t>
        <w:br/>
        <w:t>дитячу мали десь натуру!&lt;br /&gt;</w:t>
        <w:br/>
        <w:t>Обличчя бабські, без борід,&lt;br /&gt;</w:t>
        <w:br/>
        <w:t>ні бравості у них, ні зросту,&lt;br /&gt;</w:t>
        <w:br/>
        <w:t>такий, скажу я вам, нарід,&lt;br /&gt;</w:t>
        <w:br/>
        <w:t>що хоч бери та й скинь їх з мосту.&lt;br /&gt;</w:t>
        <w:br/>
        <w:t>Було, котрий із них сидить&lt;br /&gt;</w:t>
        <w:br/>
        <w:t>і туманіє, сльози в очу.&lt;br /&gt;</w:t>
        <w:br/>
        <w:t>Спитає хто: "Чи що болить?"&lt;br /&gt;</w:t>
        <w:br/>
        <w:t>А він одно: "Я дому хочу!" –&lt;br /&gt;</w:t>
        <w:br/>
        <w:t>"А де ж той дім?" – "Отам, отам!&lt;br /&gt;</w:t>
        <w:br/>
        <w:t>покаже навмання рукою. –&lt;br /&gt;</w:t>
        <w:br/>
        <w:t>Там їхати полям, горам,&lt;br /&gt;</w:t>
        <w:br/>
        <w:t>лісам, великою водою". –&lt;br /&gt;</w:t>
        <w:br/>
        <w:t>"Чи гарна ж ваша сторона?" –&lt;br /&gt;</w:t>
        <w:br/>
        <w:t>було, спитаєм. "Я не знаю". –&lt;br /&gt;</w:t>
        <w:br/>
        <w:t>А край їх, звісно, дичина,&lt;br /&gt;</w:t>
        <w:br/>
        <w:t>що ж гарного в якутськім краю?&lt;br /&gt;</w:t>
        <w:br/>
        <w:t>Навчились трохи говорить&lt;br /&gt;</w:t>
        <w:br/>
        <w:t>по-нашому, то все питали:&lt;br /&gt;</w:t>
        <w:br/>
        <w:t>"Чого тут небо не горить?"&lt;br /&gt;</w:t>
        <w:br/>
        <w:t>Зими для того дожидали.&lt;br /&gt;</w:t>
        <w:br/>
        <w:t>А вже воно давно зима,&lt;br /&gt;</w:t>
        <w:br/>
        <w:t>сніги, мороз – чого їм треба?&lt;br /&gt;</w:t>
        <w:br/>
        <w:t>"Зимою сонця в нас нема,&lt;br /&gt;</w:t>
        <w:br/>
        <w:t>а тут он єсть, бач, серед неба…"&lt;br /&gt;</w:t>
        <w:br/>
        <w:t>І літом їм було не в лад,&lt;br /&gt;</w:t>
        <w:br/>
        <w:t>як ніч надійде. "Страшно", – кажуть.&lt;br /&gt;</w:t>
        <w:br/>
        <w:t>А прийде свято – всякий рад, –&lt;br /&gt;</w:t>
        <w:br/>
        <w:t>вони ж нап’ються й спати ляжуть.&lt;br /&gt;</w:t>
        <w:br/>
        <w:t>Було їм страшно від розмов:&lt;br /&gt;</w:t>
        <w:br/>
        <w:t>"Велике слово, ми не знаєм…"&lt;br /&gt;</w:t>
        <w:br/>
        <w:t>Боялись коней і корів,&lt;br /&gt;</w:t>
        <w:br/>
        <w:t>ми їх, було, й котом лякаєм…&lt;br /&gt;</w:t>
        <w:br/>
        <w:t>Було, як вулицею йдуть,&lt;br /&gt;</w:t>
        <w:br/>
        <w:t>за руки держаться, як діти:&lt;br /&gt;</w:t>
        <w:br/>
        <w:t>"На нас хати ще упадуть…"&lt;br /&gt;</w:t>
        <w:br/>
        <w:t>Та ми ж їх мусили й глядіти,&lt;br /&gt;</w:t>
        <w:br/>
        <w:t>бо їм недовго і зблудить&lt;br /&gt;</w:t>
        <w:br/>
        <w:t>з дороги, як ідуть по місті,&lt;br /&gt;</w:t>
        <w:br/>
        <w:t>а вміли по лісах ходить,&lt;br /&gt;</w:t>
        <w:br/>
        <w:t>по всяких нетрях – звірі чисті!&lt;br /&gt;</w:t>
        <w:br/>
        <w:t>Було, поплинуть по ріці&lt;br /&gt;</w:t>
        <w:br/>
        <w:t>човном, як пустять їх гуляти,&lt;br /&gt;</w:t>
        <w:br/>
        <w:t>а ми за ними назирці,&lt;br /&gt;</w:t>
        <w:br/>
        <w:t>щоб не надумали втікати.&lt;br /&gt;</w:t>
        <w:br/>
        <w:t>Вони ж причалять до ліска,&lt;br /&gt;</w:t>
        <w:br/>
        <w:t>де щонайгірша деревина,&lt;br /&gt;</w:t>
        <w:br/>
        <w:t>березина крива, тонка,&lt;br /&gt;</w:t>
        <w:br/>
        <w:t>або де на піску соснина,&lt;br /&gt;</w:t>
        <w:br/>
        <w:t>або знайдуть яке багно,&lt;br /&gt;</w:t>
        <w:br/>
        <w:t>край нього моху наскладають,&lt;br /&gt;</w:t>
        <w:br/>
        <w:t>вогонь запалять, порохно&lt;br /&gt;</w:t>
        <w:br/>
        <w:t>якесь їдять та ще й співають.&lt;br /&gt;</w:t>
        <w:br/>
        <w:t>Там-то й пісні були у них!&lt;br /&gt;</w:t>
        <w:br/>
        <w:t>Кому такі складать охота?&lt;br /&gt;</w:t>
        <w:br/>
        <w:t>Ми слухаєм, а далі в сміх:&lt;br /&gt;</w:t>
        <w:br/>
        <w:t>зовсім рипучії ворота!&lt;br /&gt;</w:t>
        <w:br/>
        <w:t>Ми в сміх, а ті якути в плач.&lt;br /&gt;</w:t>
        <w:br/>
        <w:t>"Пускай нас, – кажуть, – пускай дому".&lt;br /&gt;</w:t>
        <w:br/>
        <w:t>А ми: "Заплач, куплю калач,&lt;br /&gt;</w:t>
        <w:br/>
        <w:t>та й сам із’їм, не дам нікому!"&lt;br /&gt;</w:t>
        <w:br/>
        <w:t>Бувало, й шкода їх, дурних,&lt;br /&gt;</w:t>
        <w:br/>
        <w:t>та вже ж не плакать з ними разом…&lt;br /&gt;</w:t>
        <w:br/>
        <w:t>Посміємось, питаєм їх,&lt;br /&gt;</w:t>
        <w:br/>
        <w:t>про що співали. Скажуть часом:&lt;br /&gt;</w:t>
        <w:br/>
        <w:t>"От на оленях їде дід,&lt;br /&gt;</w:t>
        <w:br/>
        <w:t>а баба доїть олениці…&lt;br /&gt;</w:t>
        <w:br/>
        <w:t>А вітер засипає слід…&lt;br /&gt;</w:t>
        <w:br/>
        <w:t>мороз великий… сніговиці…"&lt;br /&gt;</w:t>
        <w:br/>
        <w:t>Ми знов у сміх: "То се такі&lt;br /&gt;</w:t>
        <w:br/>
        <w:t>пісні якутські? про олені?"&lt;br /&gt;</w:t>
        <w:br/>
        <w:t>Вони питають: "А які?"&lt;br /&gt;</w:t>
        <w:br/>
        <w:t>та й знов риплять, немов шалені.&lt;br /&gt;</w:t>
        <w:br/>
        <w:t>Найгірш було їм на смотрах&lt;br /&gt;</w:t>
        <w:br/>
        <w:t>та й на маневрах, на параді&lt;br /&gt;</w:t>
        <w:br/>
        <w:t>(воно то й кожному на страх!&lt;br /&gt;</w:t>
        <w:br/>
        <w:t>і ми, було, тому не раді).&lt;br /&gt;</w:t>
        <w:br/>
        <w:t>Вони й не скаржились, а все&lt;br /&gt;</w:t>
        <w:br/>
        <w:t>так говорили чудернацько:&lt;br /&gt;</w:t>
        <w:br/>
        <w:t>"Ми боїмось… велике се…&lt;br /&gt;</w:t>
        <w:br/>
        <w:t>багацько тут всього… багацько…"&lt;br /&gt;</w:t>
        <w:br/>
        <w:t>А що вже їм зовсім не йшло,&lt;br /&gt;</w:t>
        <w:br/>
        <w:t>то се солдатськая наука,&lt;br /&gt;</w:t>
        <w:br/>
        <w:t>се горе вчителю було,&lt;br /&gt;</w:t>
        <w:br/>
        <w:t>а їм самим пекельна мука.&lt;br /&gt;</w:t>
        <w:br/>
        <w:t>Коли ж, бувало, й так почнуть&lt;br /&gt;</w:t>
        <w:br/>
        <w:t>навчать товариші словами,&lt;br /&gt;</w:t>
        <w:br/>
        <w:t>вони, було, або поснуть,&lt;br /&gt;</w:t>
        <w:br/>
        <w:t>або кивають головами,&lt;br /&gt;</w:t>
        <w:br/>
        <w:t>як п’яні… хоч що хоч кажи!&lt;br /&gt;</w:t>
        <w:br/>
        <w:t>А потім просять дурнувато:&lt;br /&gt;</w:t>
        <w:br/>
        <w:t>"Ти голову нам зав’яжи…&lt;br /&gt;</w:t>
        <w:br/>
        <w:t>багато в ній тепер… багато!"&lt;br /&gt;</w:t>
        <w:br/>
        <w:t>Бувало, так сами собі&lt;br /&gt;</w:t>
        <w:br/>
        <w:t>стискають голови руками,&lt;br /&gt;</w:t>
        <w:br/>
        <w:t>немов хтозна в якій журбі,&lt;br /&gt;</w:t>
        <w:br/>
        <w:t>або зав’яжуть рушниками…&lt;br /&gt;</w:t>
        <w:br/>
        <w:t>А потім обійняв їх сум,&lt;br /&gt;</w:t>
        <w:br/>
        <w:t>змарніли, зниділи дедалі.&lt;br /&gt;</w:t>
        <w:br/>
        <w:t>Ми вже й не брали їх на глум,&lt;br /&gt;</w:t>
        <w:br/>
        <w:t>бог з ними, що такі невдалі!&lt;br /&gt;</w:t>
        <w:br/>
        <w:t>"Додому", – скиглили водно,&lt;br /&gt;</w:t>
        <w:br/>
        <w:t>але втікати – не посміли,&lt;br /&gt;</w:t>
        <w:br/>
        <w:t>сами не знали, де воно,&lt;br /&gt;</w:t>
        <w:br/>
        <w:t>а розпитатися не вміли.&lt;br /&gt;</w:t>
        <w:br/>
        <w:t>Уже покинули й пісні,&lt;br /&gt;</w:t>
        <w:br/>
        <w:t>не хтіли спати вже й по ночах,&lt;br /&gt;</w:t>
        <w:br/>
        <w:t>сиділи все такі сумні.&lt;br /&gt;</w:t>
        <w:br/>
        <w:t>Були слабі – я взнав по очах, –&lt;br /&gt;</w:t>
        <w:br/>
        <w:t>сами ж не скаржились на біль,&lt;br /&gt;</w:t>
        <w:br/>
        <w:t>не взяв їх лікар до шпиталю:&lt;br /&gt;</w:t>
        <w:br/>
        <w:t>"Їм, – каже, – їхати б відсіль,&lt;br /&gt;</w:t>
        <w:br/>
        <w:t>а то ще згинуть тут від жалю,&lt;br /&gt;</w:t>
        <w:br/>
        <w:t>се в них по ріднім краю жаль!" –&lt;br /&gt;</w:t>
        <w:br/>
        <w:t>Ну, диво, хоч би край був людський,&lt;br /&gt;</w:t>
        <w:br/>
        <w:t>то ще б я розумів печаль,&lt;br /&gt;</w:t>
        <w:br/>
        <w:t>а то ж і край такий – якутський!&lt;br /&gt;</w:t>
        <w:br/>
        <w:t>Начальство бачить, що не сплять,&lt;br /&gt;</w:t>
        <w:br/>
        <w:t>на варту посилати стало&lt;br /&gt;</w:t>
        <w:br/>
        <w:t>таки частенько. Що ж, стоять,&lt;br /&gt;</w:t>
        <w:br/>
        <w:t>не скаржаться, мов горя мало!&lt;br /&gt;</w:t>
        <w:br/>
        <w:t>Лиш, як жаби заскреготять,&lt;br /&gt;</w:t>
        <w:br/>
        <w:t>чи соловейко защебече,&lt;br /&gt;</w:t>
        <w:br/>
        <w:t>вони від страху затремтять, –&lt;br /&gt;</w:t>
        <w:br/>
        <w:t>один одному щось лепече.&lt;br /&gt;</w:t>
        <w:br/>
        <w:t>Сказав за те старший вояк:&lt;br /&gt;</w:t>
        <w:br/>
        <w:t>"Балачки, бач, не діло варти!"&lt;br /&gt;</w:t>
        <w:br/>
        <w:t>Вони тоді помовкли так,&lt;br /&gt;</w:t>
        <w:br/>
        <w:t>як миші, – бачать, що не жарти.&lt;br /&gt;</w:t>
        <w:br/>
        <w:t>Та стали вже мовчать і вдень,&lt;br /&gt;</w:t>
        <w:br/>
        <w:t>як до котрого обізвешся,&lt;br /&gt;</w:t>
        <w:br/>
        <w:t>то він тобі мовчить, як пень.&lt;br /&gt;</w:t>
        <w:br/>
        <w:t>Ну, вилаєш або всміхнешся…&lt;br /&gt;</w:t>
        <w:br/>
        <w:t>Еге ж пак, ви хотіли знать,&lt;br /&gt;</w:t>
        <w:br/>
        <w:t>як пострілялись ті якути?&lt;br /&gt;</w:t>
        <w:br/>
        <w:t>Я б вам радніший розказать,&lt;br /&gt;</w:t>
        <w:br/>
        <w:t>та щоб те знать – там треба бути.&lt;br /&gt;</w:t>
        <w:br/>
        <w:t>Постріляними їх обох&lt;br /&gt;</w:t>
        <w:br/>
        <w:t>знайшла їх наша зміна вранці,&lt;br /&gt;</w:t>
        <w:br/>
        <w:t>були при них і гроші – в мох&lt;br /&gt;</w:t>
        <w:br/>
        <w:t>загорнені лежали в ранці,&lt;br /&gt;</w:t>
        <w:br/>
        <w:t>розбою, значить, не було,&lt;br /&gt;</w:t>
        <w:br/>
        <w:t>а ворогів вони не мали,&lt;br /&gt;</w:t>
        <w:br/>
        <w:t>до того й слідство все прийшло,&lt;br /&gt;</w:t>
        <w:br/>
        <w:t>що то вони сами стріляли.&lt;br /&gt;</w:t>
        <w:br/>
        <w:t>Та й вразно стрелили – я чув –&lt;br /&gt;</w:t>
        <w:br/>
        <w:t>не мучились і півгодинки…&lt;br /&gt;</w:t>
        <w:br/>
        <w:t>Вже ж то не поєдинок був,&lt;br /&gt;</w:t>
        <w:br/>
        <w:t>які там в диких поєдинки?</w:t>
      </w:r>
    </w:p>
    <w:p>
      <w:r>
        <w:br/>
        <w:t>Тифліс, 20.04.1904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Якутська поема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