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Яке нам діло до того...</w:t>
      </w:r>
    </w:p>
    <w:p>
      <w:r>
        <w:br/>
        <w:t xml:space="preserve"> Яке нам діло до того,&lt;br /&gt;</w:t>
        <w:br/>
        <w:t>Що дикий злюка козакує?&lt;br /&gt;</w:t>
        <w:br/>
        <w:t>Аби не руйновав добра мого,&lt;br /&gt;</w:t>
        <w:br/>
        <w:t>А ближнього нехай собі руйнує,&lt;br /&gt;</w:t>
        <w:br/>
        <w:t>Яке нам діло до того?</w:t>
      </w:r>
    </w:p>
    <w:p>
      <w:r>
        <w:br/>
        <w:t>Яке нам діло до того,&lt;br /&gt;</w:t>
        <w:br/>
        <w:t>Кого хто хвалить-прославляє?&lt;br /&gt;</w:t>
        <w:br/>
        <w:t>Аби не підманив синка мого,&lt;br /&gt;</w:t>
        <w:br/>
        <w:t>А всіх нехай із глузду позбиває.&lt;br /&gt;</w:t>
        <w:br/>
        <w:t>Яке нам діло до того?</w:t>
      </w:r>
    </w:p>
    <w:p>
      <w:r>
        <w:br/>
        <w:t>Яке нам діло до того,&lt;br /&gt;</w:t>
        <w:br/>
        <w:t>Хто кров та пожарища любить?&lt;br /&gt;</w:t>
        <w:br/>
        <w:t>Аби не запалив житла мого,&lt;br /&gt;</w:t>
        <w:br/>
        <w:t>А цілий світ нехай собі погубить.&lt;br /&gt;</w:t>
        <w:br/>
        <w:t>Яке нам діло до того?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Яке нам діло до 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