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Якби моя бабуся встали</w:t>
      </w:r>
    </w:p>
    <w:p>
      <w:r>
        <w:br/>
        <w:t xml:space="preserve"> &lt;p&gt;Давненько це було. Років сорок тому. Вчився я тоді в славному місті Києві! Та й поїхав на канікули додому на благословенну Полтавщину.</w:t>
      </w:r>
    </w:p>
    <w:p>
      <w:r>
        <w:br/>
        <w:t>Бабуся ще моя тоді були живі.</w:t>
      </w:r>
    </w:p>
    <w:p>
      <w:r>
        <w:br/>
        <w:t>Якось сидимо ми з бабусею вдвох у садку: бабуся, як спеціаліст по промисловості, пір'я дере. Біля неї, значить, виробничі засоби: два підситки — в однім недране, а в другім — уже дране пір'я.</w:t>
      </w:r>
    </w:p>
    <w:p>
      <w:r>
        <w:br/>
        <w:t>А я більше по культурній, значить, частині: сиджу під вишнею на рядні й "Очеретом качки гнала" співаю.</w:t>
      </w:r>
    </w:p>
    <w:p>
      <w:r>
        <w:br/>
        <w:t>От бабуся мені й кажуть:</w:t>
      </w:r>
    </w:p>
    <w:p>
      <w:r>
        <w:br/>
        <w:t>— Їдеш уже, синочку, скоро?</w:t>
      </w:r>
    </w:p>
    <w:p>
      <w:r>
        <w:br/>
        <w:t>— Їду, — кажу, — бабусю.</w:t>
      </w:r>
    </w:p>
    <w:p>
      <w:r>
        <w:br/>
        <w:t>— Знову до Києва?</w:t>
      </w:r>
    </w:p>
    <w:p>
      <w:r>
        <w:br/>
        <w:t>— До Києва, — кажу, — бабусю. Замислились моя бабуся та й тяжко зітхнули. А потім і кажуть:</w:t>
      </w:r>
    </w:p>
    <w:p>
      <w:r>
        <w:br/>
        <w:t>— А я ж у Києві так і не була. І святої лаври не бачила. Все своє життя збиралася, збиралася, та так і не зібралася. Спочатку — діти, а потім — онуки.</w:t>
      </w:r>
    </w:p>
    <w:p>
      <w:r>
        <w:br/>
        <w:t>— Так чого ж, бабусю, давайте поїдемо вдвох. Поїздом, швиденько. За півтора дні й там. А я там уже собі й знайомих познав: буде де й переднювати й переночувати. Поїдемо, бабусю! Я тата й маму впрошу — вони пустять. От добре! І мені буде веселіше. Та й Київ побачите, і Дніпро, і лавру. Все, все я вам, бабусю, покажу і все вам розкажу.</w:t>
      </w:r>
    </w:p>
    <w:p>
      <w:r>
        <w:br/>
        <w:t>— А назад вже як я без тебе?</w:t>
      </w:r>
    </w:p>
    <w:p>
      <w:r>
        <w:br/>
        <w:t>— Та й назад так. Посаджу вас на поїзд, попрохаю кондуктора, щоб попередив, на якій станції вам висідати. А перед тим вдаримо додому телеграму, та то виїдуть на станцію і заберуть вас. І вже. Поїдемо!</w:t>
      </w:r>
    </w:p>
    <w:p>
      <w:r>
        <w:br/>
        <w:t>— Та боязко якось.</w:t>
      </w:r>
    </w:p>
    <w:p>
      <w:r>
        <w:br/>
        <w:t>Умовив я таки бабусю їхати до Києва. Тато з мамою, хоч і довгенько вагалися, та проте згоду дали.</w:t>
      </w:r>
    </w:p>
    <w:p>
      <w:r>
        <w:br/>
        <w:t>Поїхали ми в город, на станцію. А до станції було верст із тридцять.</w:t>
      </w:r>
    </w:p>
    <w:p>
      <w:r>
        <w:br/>
        <w:t>Бабуся ніколи в місті не були і поїзда не бачили.</w:t>
      </w:r>
    </w:p>
    <w:p>
      <w:r>
        <w:br/>
        <w:t>Як побачили вони паровика, та ще він, повз станцію пробігаючи, як закричить, — бабуся, затуливши очі руками, так і присіли.</w:t>
      </w:r>
    </w:p>
    <w:p>
      <w:r>
        <w:br/>
        <w:t>— Не поїду, — плачуть.</w:t>
      </w:r>
    </w:p>
    <w:p>
      <w:r>
        <w:br/>
        <w:t>— Та чого ж не поїдете? Та нічого страшного нема, то він свистить, щоб на путі не стояли, щоб ні на кого не наїхати.</w:t>
      </w:r>
    </w:p>
    <w:p>
      <w:r>
        <w:br/>
        <w:t>— Та щоб ото я лізла на оте чорне та їхала! Та ніколи в світі! За що ж я там держатимусь? Біжи, хай батько вертається та забере мене додому.</w:t>
      </w:r>
    </w:p>
    <w:p>
      <w:r>
        <w:br/>
        <w:t>А тато привезли нас до станції — та відразу й додому.</w:t>
      </w:r>
    </w:p>
    <w:p>
      <w:r>
        <w:br/>
        <w:t>— Та де ж я наздожену тата, — кажу, — вже вони допіру верст десять од'їхали.</w:t>
      </w:r>
    </w:p>
    <w:p>
      <w:r>
        <w:br/>
        <w:t>— Не полізу я на те чорне, що ото шипить і свистить!</w:t>
      </w:r>
    </w:p>
    <w:p>
      <w:r>
        <w:br/>
        <w:t>— Та ні, бабусю, — вмовляю я, — не треба вам туди лізти, не там люди їздять, а у вагонах. От зараз подадуть вагони, сядемо й поїдемо.</w:t>
      </w:r>
    </w:p>
    <w:p>
      <w:r>
        <w:br/>
        <w:t>— Не сяду, бо впаду.</w:t>
      </w:r>
    </w:p>
    <w:p>
      <w:r>
        <w:br/>
        <w:t>— Не впадете. От побачите, сидітимете, як у хаті на лаві.</w:t>
      </w:r>
    </w:p>
    <w:p>
      <w:r>
        <w:br/>
        <w:t>Подали состав, я й кажу бабусі.</w:t>
      </w:r>
    </w:p>
    <w:p>
      <w:r>
        <w:br/>
        <w:t>— Ну, ходімте, сідати вже пора. Підійшли ми з бабусею до вагона.</w:t>
      </w:r>
    </w:p>
    <w:p>
      <w:r>
        <w:br/>
        <w:t>— Не полізу, — плачуть бабуся. — Пусти мене, хай уже я вмру вдома.</w:t>
      </w:r>
    </w:p>
    <w:p>
      <w:r>
        <w:br/>
        <w:t>Я вже розгнівався й нагримав, хоч і як я їх любив, на бабусю.</w:t>
      </w:r>
    </w:p>
    <w:p>
      <w:r>
        <w:br/>
        <w:t>— Та не страміться, — кажу, — бабусю. Он на нас усі дивляться.</w:t>
      </w:r>
    </w:p>
    <w:p>
      <w:r>
        <w:br/>
        <w:t>Глянули бабуся такими очима, що я аж одвернувся, а потім і кажуть:</w:t>
      </w:r>
    </w:p>
    <w:p>
      <w:r>
        <w:br/>
        <w:t>— Зав'яжи ж мені хоч очі, щоб не бачила я, куди лізу.</w:t>
      </w:r>
    </w:p>
    <w:p>
      <w:r>
        <w:br/>
        <w:t>Зав'язувать очі бабусі я не зав'язував, соромно було, а руками довелося-таки затулити, доки посадив я їх у вагон.</w:t>
      </w:r>
    </w:p>
    <w:p>
      <w:r>
        <w:br/>
        <w:t>Сіли, тремтять.</w:t>
      </w:r>
    </w:p>
    <w:p>
      <w:r>
        <w:br/>
        <w:t>Як сіпнув паровик, було й "Ой лишенько!" й "Спаси, царице небесна!" Всього було...</w:t>
      </w:r>
    </w:p>
    <w:p>
      <w:r>
        <w:br/>
        <w:t>Потім бабуся заспокоїлись, тільки підстрибували, як паровик свисне.</w:t>
      </w:r>
    </w:p>
    <w:p>
      <w:r>
        <w:br/>
        <w:t>Доїхали ми благополучно.</w:t>
      </w:r>
    </w:p>
    <w:p>
      <w:r>
        <w:br/>
        <w:t>У Києві побували скрізь-скрізь.</w:t>
      </w:r>
    </w:p>
    <w:p>
      <w:r>
        <w:br/>
        <w:t>Дуже вдоволені ходили моя бабуся по Києву, та й самі іноді всміхалися:</w:t>
      </w:r>
    </w:p>
    <w:p>
      <w:r>
        <w:br/>
        <w:t>— І чого я так боялася!</w:t>
      </w:r>
    </w:p>
    <w:p>
      <w:r>
        <w:br/>
        <w:t>І все було б добре та гаразд, коли б я не завів бабусю до театру.</w:t>
      </w:r>
    </w:p>
    <w:p>
      <w:r>
        <w:br/>
        <w:t>Довго вони не хотіли, а я таки умовив:</w:t>
      </w:r>
    </w:p>
    <w:p>
      <w:r>
        <w:br/>
        <w:t>— Хоч раз у житті подивіться. Знатимете, що таке театр.</w:t>
      </w:r>
    </w:p>
    <w:p>
      <w:r>
        <w:br/>
        <w:t>Погодились.</w:t>
      </w:r>
    </w:p>
    <w:p>
      <w:r>
        <w:br/>
        <w:t>Квитки я взяв у другому ярусі, та ще й у першому ряду.</w:t>
      </w:r>
    </w:p>
    <w:p>
      <w:r>
        <w:br/>
        <w:t>Ішли туди — нічого. Сіли. Як поглянули бабуся вниз, у партер, як скрикнуть "Ой!" — учепились аа мене:</w:t>
      </w:r>
    </w:p>
    <w:p>
      <w:r>
        <w:br/>
        <w:t>— Держи мене, синочку! Ой, держи! На долечу я туди живою!</w:t>
      </w:r>
    </w:p>
    <w:p>
      <w:r>
        <w:br/>
        <w:t>— Що з вами, бабусю?</w:t>
      </w:r>
    </w:p>
    <w:p>
      <w:r>
        <w:br/>
        <w:t>— Виведи мене. Ой, виведи! Високо дуже!</w:t>
      </w:r>
    </w:p>
    <w:p>
      <w:r>
        <w:br/>
        <w:t>Та тремтять уся, тремтять.</w:t>
      </w:r>
    </w:p>
    <w:p>
      <w:r>
        <w:br/>
        <w:t>Довелося залишити театр. Так і не побачили моя бабуся жодної вистави за все своє життя.</w:t>
      </w:r>
    </w:p>
    <w:p>
      <w:r>
        <w:br/>
        <w:t>На другий день посадив я бабусю в поїзд, попрохав кондуктора, щоб допоміг їм висісти на станції.</w:t>
      </w:r>
    </w:p>
    <w:p>
      <w:r>
        <w:br/>
        <w:t>Доїхали бабуся додому в добрім здоров'ї.</w:t>
      </w:r>
    </w:p>
    <w:p>
      <w:r>
        <w:br/>
        <w:t>А потім, як приїхав я ще додому, дякували дюні бабуся за Київ.</w:t>
      </w:r>
    </w:p>
    <w:p>
      <w:r>
        <w:br/>
        <w:t>— Усе, — каже, — нічого, якби тільки не той театр. Дуже-таки високо, голова наморочиться, ось-ось я вниз полечу. Дуже страшно.</w:t>
      </w:r>
    </w:p>
    <w:p>
      <w:r>
        <w:br/>
        <w:t>Тепер, коли я бачу, як жінка-машиніст упевнено й рішуче веде величезні залізничні состави, мені хочеться підійти до неї і спитати:</w:t>
      </w:r>
    </w:p>
    <w:p>
      <w:r>
        <w:br/>
        <w:t>— Тьотю! Чи вам не страшно, як ото паровик так здорово закричить? А чи не зав'язуєте ви собі хусткою очі, як на свого паровика вилазите? А моя бабуся зав'язували.</w:t>
      </w:r>
    </w:p>
    <w:p>
      <w:r>
        <w:br/>
        <w:t>А десь у піднебессі, далеко-далеко, аж десь-десь, аж он там, поза хмарами, реве на яструбкові мотор. А в яструбкові сидить — може, білява, може, русява, може, чорнява — дівчинка й мертвопетлює, усміхаючись, і була вона грозою для розбишак, німецьких загарбників, ота білявенька, чи, може, чорнява, а то й русява дівчинка.</w:t>
      </w:r>
    </w:p>
    <w:p>
      <w:r>
        <w:br/>
        <w:t>І хочеться в неї спитати:</w:t>
      </w:r>
    </w:p>
    <w:p>
      <w:r>
        <w:br/>
        <w:t>— Дівчинко! Чи не наморочиться в тебе голова, коли з отакенної вишини на землю поглянеш? У моєї бабусі наморочилася, як вони колись на другий ярус театру потрапили.</w:t>
      </w:r>
    </w:p>
    <w:p>
      <w:r>
        <w:br/>
        <w:t>Та й думається мені:</w:t>
      </w:r>
    </w:p>
    <w:p>
      <w:r>
        <w:br/>
        <w:t>"А може б, і моя покійна бабуся тепер мертві петлі робили, якби вони за нашого чудесного часу жили. Онуки чи правнуки, бачите ж, як роблять".</w:t>
      </w:r>
    </w:p>
    <w:p>
      <w:r>
        <w:br/>
        <w:t>Хай царстзують моя бабуся!</w:t>
      </w:r>
    </w:p>
    <w:p>
      <w:r>
        <w:br/>
        <w:t>Хай живе, хай уславляється радянська жінка, жінка вільна, жінка-творець, жінка-мати.</w:t>
      </w:r>
    </w:p>
    <w:p>
      <w:r>
        <w:br/>
        <w:t>1946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Якби моя бабуся встали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