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я легінем зросла в Карпатах...</w:t>
      </w:r>
    </w:p>
    <w:p>
      <w:r>
        <w:br/>
        <w:t xml:space="preserve"> Якби я легінем зросла в Карпатах,&lt;br /&gt;</w:t>
        <w:br/>
        <w:t>То стала б поруч сонця в Чорногорі —&lt;br /&gt;</w:t>
        <w:br/>
        <w:t>Проміння посилала б в кожну хату,&lt;br /&gt;</w:t>
        <w:br/>
        <w:t>Щоб випалити з людських жител горе.</w:t>
      </w:r>
    </w:p>
    <w:p>
      <w:r>
        <w:br/>
        <w:t>Ще б Довбуша печеру відшукала&lt;br /&gt;</w:t>
        <w:br/>
        <w:t>Серед усіх печер — єдину, справжню,&lt;br /&gt;</w:t>
        <w:br/>
        <w:t>Щоб прочитати на опришківських скрижалях,&lt;br /&gt;</w:t>
        <w:br/>
        <w:t>Куди вони закопували правду.</w:t>
      </w:r>
    </w:p>
    <w:p>
      <w:r>
        <w:br/>
        <w:t>А ще б коня сідлала на світанні,&lt;br /&gt;</w:t>
        <w:br/>
        <w:t>Щоб їхати до днинки на весілля.&lt;br /&gt;</w:t>
        <w:br/>
        <w:t>Та віддала б коня й сідло останнє&lt;br /&gt;</w:t>
        <w:br/>
        <w:t>Лісовикові за цілюще зілля.</w:t>
      </w:r>
    </w:p>
    <w:p>
      <w:r>
        <w:br/>
        <w:t>А зіллям тим усі замки розімкнуті,&lt;br /&gt;</w:t>
        <w:br/>
        <w:t>І топірцями людські кривди зміряні…&lt;br /&gt;</w:t>
        <w:br/>
        <w:t>Та я не леґінь.</w:t>
      </w:r>
    </w:p>
    <w:p>
      <w:r>
        <w:br/>
        <w:t>Я родилась Дзвінкою.</w:t>
      </w:r>
    </w:p>
    <w:p>
      <w:r>
        <w:br/>
        <w:t>Вернись, Олексо, —</w:t>
      </w:r>
    </w:p>
    <w:p>
      <w:r>
        <w:br/>
        <w:t>буду тобі вірною.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я легінем зросла в Карпатах...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