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любов! Минула ціла вічність</w:t>
      </w:r>
    </w:p>
    <w:p>
      <w:r>
        <w:br/>
        <w:t xml:space="preserve"> Яка любов! Минула ціла вічність,&lt;br /&gt;</w:t>
        <w:br/>
        <w:t>як я любив. І марив день за днем,&lt;br /&gt;</w:t>
        <w:br/>
        <w:t>що все пливе і пам'ять промине&lt;br /&gt;</w:t>
        <w:br/>
        <w:t>розлуку, геть до титли й коми вивчену.&lt;br /&gt;</w:t>
        <w:br/>
        <w:t>А знову йду в ту келію, між віт&lt;br /&gt;</w:t>
        <w:br/>
        <w:t>журливої берези. Ждати буду&lt;br /&gt;</w:t>
        <w:br/>
        <w:t>якісь незвідані чуття приблудні,&lt;br /&gt;</w:t>
        <w:br/>
        <w:t>де цнота обертається на встид.&lt;br /&gt;</w:t>
        <w:br/>
        <w:t>А там розлуки буде на обох,&lt;br /&gt;</w:t>
        <w:br/>
        <w:t>а буде там і радості німої –&lt;br /&gt;</w:t>
        <w:br/>
        <w:t>всіма грудьми відчути довгий борг&lt;br /&gt;</w:t>
        <w:br/>
        <w:t>перед минулим з білим узголов'ям,&lt;br /&gt;</w:t>
        <w:br/>
        <w:t>де ще струмує двійко чорних кіс&lt;br /&gt;</w:t>
        <w:br/>
        <w:t>і двійко довгих рук, пітьмою п'яних,&lt;br /&gt;</w:t>
        <w:br/>
        <w:t>і двійко уст, од пристрасті захланних,&lt;br /&gt;</w:t>
        <w:br/>
        <w:t>спроваджують зненацька під укіс&lt;br /&gt;</w:t>
        <w:br/>
        <w:t>старої цноти. Під печаль і під&lt;br /&gt;</w:t>
        <w:br/>
        <w:t>крило якоїсь грішниці святої,&lt;br /&gt;</w:t>
        <w:br/>
        <w:t>що дарувала нам такі покої,&lt;br /&gt;</w:t>
        <w:br/>
        <w:t>де спать не сором і любить – не встид,&lt;br /&gt;</w:t>
        <w:br/>
        <w:t>де можна все забрати і віддати,&lt;br /&gt;</w:t>
        <w:br/>
        <w:t>і серед ночі стратити межу&lt;br /&gt;</w:t>
        <w:br/>
        <w:t>собі самому.&lt;br /&gt;</w:t>
        <w:br/>
        <w:t>...В друга, в жінку, в матір&lt;br /&gt;</w:t>
        <w:br/>
        <w:t>веде тебе за руку щедра й журна&lt;br /&gt;</w:t>
        <w:br/>
        <w:t>твоя кохана.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любов! Минула ціла вічність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