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у Червоного крана голова розболілася</w:t>
      </w:r>
    </w:p>
    <w:p>
      <w:r>
        <w:br/>
        <w:t xml:space="preserve"> &lt;p&gt;– Плюх! – простогнав Червоний кран. – Як мене болить голівонька... Плюх-плюх!</w:t>
      </w:r>
    </w:p>
    <w:p>
      <w:r>
        <w:br/>
        <w:t>&amp;#8195; – Чому болить? – зацікавився його рідний брат – Синій кран. – То, мабуть, ти замість гарячої холодну воду даєш.</w:t>
      </w:r>
    </w:p>
    <w:p>
      <w:r>
        <w:br/>
        <w:t>&amp;#8195; – Та ні. Воду я даю ту, що треба. Але мій маленький хазяїн завжди так погано мене закручує. Іноді буває сильно-сильно, аж зуби скреготять, а іноді так, що з носа тече, – поскаржився Червоний. – Ух-плюх-плюх!</w:t>
      </w:r>
    </w:p>
    <w:p>
      <w:r>
        <w:br/>
        <w:t>&amp;#8195; – Не скигли. Краще обв’яжи голову хустинкою – це добре допомагає, – порадив йому брат.</w:t>
      </w:r>
    </w:p>
    <w:p>
      <w:r>
        <w:br/>
        <w:t>&amp;#8195; – Вже пробував. Аніякого полегшення, – зітхнув Червоний.</w:t>
      </w:r>
    </w:p>
    <w:p>
      <w:r>
        <w:br/>
        <w:t>&amp;#8195; – Тоді треба негайно звертатися до Майстра, – повчально задзюркотів Синій. – А поки що терпи!</w:t>
      </w:r>
    </w:p>
    <w:p>
      <w:r>
        <w:br/>
        <w:t>&amp;#8195; – Та я вже тер-плюх! – розридався Червоний.</w:t>
      </w:r>
    </w:p>
    <w:p>
      <w:r>
        <w:br/>
        <w:t>&amp;#8195; У цей час Матуся суворо наказала Хлопчикові: "Треба негайно вимити руки. Дивись, які вони брудні!"</w:t>
      </w:r>
    </w:p>
    <w:p>
      <w:r>
        <w:br/>
        <w:t>&amp;#8195; Хлопчик підійшов до кранів, крутонув Червоний кран і... на його рученята ринув потік гаряченної води.</w:t>
      </w:r>
    </w:p>
    <w:p>
      <w:r>
        <w:br/>
        <w:t>&amp;#8195; – Ой, пече! – заквилив Хлопчик. – Мамо, допоможи…</w:t>
      </w:r>
    </w:p>
    <w:p>
      <w:r>
        <w:br/>
        <w:t>&amp;#8195; Мати миттю опинилася біля кранів і негайно перекрила паруючий потік. А потім викликала Майстра. Цей поважний чоловік уважно оглянув хворого, глибокодумно почухав потилицю, потім на щось натиснув, щось покрутив, струсив долоні, вгледівся уважно і покликав Хлопчика:</w:t>
      </w:r>
    </w:p>
    <w:p>
      <w:r>
        <w:br/>
        <w:t>&amp;#8195; – Хазяїне, підходьте, роботу приймайте.</w:t>
      </w:r>
    </w:p>
    <w:p>
      <w:r>
        <w:br/>
        <w:t>&amp;#8195; Хлопчик сторожко наблизився і підставив кінчик пальця під тоненький струмочок.</w:t>
      </w:r>
    </w:p>
    <w:p>
      <w:r>
        <w:br/>
        <w:t>&amp;#8195; – Усе гаразд! – радісно вигукнув він.</w:t>
      </w:r>
    </w:p>
    <w:p>
      <w:r>
        <w:br/>
        <w:t>&amp;#8195; – Фур-фур! Усе гаразд! – погодився з ним Червоний кран. – Як добре почуватися здоровим!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у Червоного крана голова розболілася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