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то весело жить на Вкраїні!</w:t>
      </w:r>
    </w:p>
    <w:p>
      <w:r>
        <w:br/>
        <w:t xml:space="preserve"> Нема в світі країни такої,&lt;br /&gt;</w:t>
        <w:br/>
        <w:t>Як Україна наша свята.&lt;br /&gt;</w:t>
        <w:br/>
        <w:t>Кожний тут у розкоші, в спокої&lt;br /&gt;</w:t>
        <w:br/>
        <w:t>І граблями добро нагорта.&lt;br /&gt;</w:t>
        <w:br/>
        <w:t>Тут усяк, як та пташечка, вільний;&lt;br /&gt;</w:t>
        <w:br/>
        <w:t>Всяк блюде інтереси суспільні,&lt;br /&gt;</w:t>
        <w:br/>
        <w:t>А від щастя уголос кричить:&lt;br /&gt;</w:t>
        <w:br/>
        <w:t>"Як то весело жить на Вкраїні!&lt;br /&gt;</w:t>
        <w:br/>
        <w:t>Як то весело жить!"&lt;br /&gt;</w:t>
        <w:br/>
        <w:t>От вам приклади. Пан хуторянський&lt;br /&gt;</w:t>
        <w:br/>
        <w:t>Без напасті живе й без біди.&lt;br /&gt;</w:t>
        <w:br/>
        <w:t>Бо сповняє закон християнський&lt;br /&gt;</w:t>
        <w:br/>
        <w:t>І кругом молодець хоч куди:&lt;br /&gt;</w:t>
        <w:br/>
        <w:t>По-старому живе він донині.&lt;br /&gt;</w:t>
        <w:br/>
        <w:t>Добре спить, а вже їсть — щогодини&lt;br /&gt;</w:t>
        <w:br/>
        <w:t>І, наївшись, як пень той, лежить.&lt;br /&gt;</w:t>
        <w:br/>
        <w:t>Як то весело жить на Вкраїні!&lt;br /&gt;</w:t>
        <w:br/>
        <w:t>Як то весело жить!&lt;br /&gt;</w:t>
        <w:br/>
        <w:t>Старшина в волосному правленню,&lt;br /&gt;</w:t>
        <w:br/>
        <w:t>Як в раю, прожива цілий вік.&lt;br /&gt;</w:t>
        <w:br/>
        <w:t>Йому шану і гроші в кишеню&lt;br /&gt;</w:t>
        <w:br/>
        <w:t>Мусить кожний нести чоловік.&lt;br /&gt;</w:t>
        <w:br/>
        <w:t>А крім грошей, ще всякі дарини,&lt;br /&gt;</w:t>
        <w:br/>
        <w:t>Сала, борошна повні торбини...&lt;br /&gt;</w:t>
        <w:br/>
        <w:t>Що комора його аж тріщить.&lt;br /&gt;</w:t>
        <w:br/>
        <w:t>Як то весело жить на Вкраїні!&lt;br /&gt;</w:t>
        <w:br/>
        <w:t>Як то весело жить!&lt;br /&gt;</w:t>
        <w:br/>
        <w:t>От глитай. Обідравши побожно&lt;br /&gt;</w:t>
        <w:br/>
        <w:t>На селі усіх бідних людей,&lt;br /&gt;</w:t>
        <w:br/>
        <w:t>Він живе так бундючно, вельможно,&lt;br /&gt;</w:t>
        <w:br/>
        <w:t>І сьогодні накликав гостей.&lt;br /&gt;</w:t>
        <w:br/>
        <w:t>Він справляє свої іменини —&lt;br /&gt;</w:t>
        <w:br/>
        <w:t>Всі веселі і п'яні, як свині,&lt;br /&gt;</w:t>
        <w:br/>
        <w:t>А музика реве і гримить —&lt;br /&gt;</w:t>
        <w:br/>
        <w:t>Як то весело жить на Вкраїні!&lt;br /&gt;</w:t>
        <w:br/>
        <w:t>Як то весело жить!&lt;br /&gt;</w:t>
        <w:br/>
        <w:t>Гершко-жид два шиночки поставив,&lt;br /&gt;</w:t>
        <w:br/>
        <w:t>Він не вмів роззявлятись на ґав —&lt;br /&gt;</w:t>
        <w:br/>
        <w:t>За два роки село так поправив,&lt;br /&gt;</w:t>
        <w:br/>
        <w:t>Що й одежу з людей постягав.&lt;br /&gt;</w:t>
        <w:br/>
        <w:t>А селяни, хто вже й без свитини,&lt;br /&gt;</w:t>
        <w:br/>
        <w:t>Йдуть до Гершка смикнуть по чарчині,&lt;br /&gt;</w:t>
        <w:br/>
        <w:t>А у Гершка в кишені бряжчить.&lt;br /&gt;</w:t>
        <w:br/>
        <w:t>Як то весело жить на Вкраїні!&lt;br /&gt;</w:t>
        <w:br/>
        <w:t>Як то весело жить!&lt;br /&gt;</w:t>
        <w:br/>
        <w:t>А вельможа — "спокойствия ради" —&lt;br /&gt;</w:t>
        <w:br/>
        <w:t>Він нічим не турбується сам&lt;br /&gt;</w:t>
        <w:br/>
        <w:t>І живе при якімсь там уряді,&lt;br /&gt;</w:t>
        <w:br/>
        <w:t>Свою ж землю наймає жидам.&lt;br /&gt;</w:t>
        <w:br/>
        <w:t>Вони слать йому гроші повинні,&lt;br /&gt;</w:t>
        <w:br/>
        <w:t>А вельможі до грошей голінні&lt;br /&gt;</w:t>
        <w:br/>
        <w:t>І уміють їх гарно спустить.&lt;br /&gt;</w:t>
        <w:br/>
        <w:t>Як то весело жить на Вкраїні!&lt;br /&gt;</w:t>
        <w:br/>
        <w:t>Як то весело жить!&lt;br /&gt;</w:t>
        <w:br/>
        <w:t>Тільки бідний народ наш стражденний&lt;br /&gt;</w:t>
        <w:br/>
        <w:t>Нарікає на долю гірку&lt;br /&gt;</w:t>
        <w:br/>
        <w:t>У зневазі, у праці щоденній;&lt;br /&gt;</w:t>
        <w:br/>
        <w:t>Не всміхнеться вона мужику.&lt;br /&gt;</w:t>
        <w:br/>
        <w:t>Йому тільки нема ні хвилини,&lt;br /&gt;</w:t>
        <w:br/>
        <w:t>Поки кожний засне в домовині;&lt;br /&gt;</w:t>
        <w:br/>
        <w:t>Він під гнітом тяжким аж пищить.&lt;br /&gt;</w:t>
        <w:br/>
        <w:t>Дуже весело жить на Вкраїні!&lt;br /&gt;</w:t>
        <w:br/>
        <w:t>Дуже весело жить!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то весело жить на Вкраїні!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