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малий Федько бився з великим цапом</w:t>
      </w:r>
    </w:p>
    <w:p>
      <w:r>
        <w:br/>
        <w:t xml:space="preserve"> Хоч було Федькові страшно —&lt;br /&gt;</w:t>
        <w:br/>
        <w:t>Подолав він переляк.&lt;br /&gt;</w:t>
        <w:br/>
        <w:t>Бивсь хоробро і відважно!&lt;br /&gt;</w:t>
        <w:br/>
        <w:t>Ну, а трапилось це так:</w:t>
      </w:r>
    </w:p>
    <w:p>
      <w:r>
        <w:br/>
        <w:t>Порішили учні в школі,&lt;br /&gt;</w:t>
        <w:br/>
        <w:t>Роботящі вчителі&lt;br /&gt;</w:t>
        <w:br/>
        <w:t>Посадить стрункі тополі&lt;br /&gt;</w:t>
        <w:br/>
        <w:t>У Федьковому селі.</w:t>
      </w:r>
    </w:p>
    <w:p>
      <w:r>
        <w:br/>
        <w:t>В день весняний вулицями&lt;br /&gt;</w:t>
        <w:br/>
        <w:t>Діти саджанці несли&lt;br /&gt;</w:t>
        <w:br/>
        <w:t>І садили їх рядами,&lt;br /&gt;</w:t>
        <w:br/>
        <w:t>Щоб росли вони й росли.</w:t>
      </w:r>
    </w:p>
    <w:p>
      <w:r>
        <w:br/>
        <w:t>Той копав ямки глибокі,&lt;br /&gt;</w:t>
        <w:br/>
        <w:t>Той ніс воду у відрі...&lt;br /&gt;</w:t>
        <w:br/>
        <w:t>А малий... дивився збоку,&lt;br /&gt;</w:t>
        <w:br/>
        <w:t>Як старались школярі.</w:t>
      </w:r>
    </w:p>
    <w:p>
      <w:r>
        <w:br/>
        <w:t>...Відтоді Федько щоднини&lt;br /&gt;</w:t>
        <w:br/>
        <w:t>На ляльковому коні&lt;br /&gt;</w:t>
        <w:br/>
        <w:t>Оглядав ті тополини:&lt;br /&gt;</w:t>
        <w:br/>
        <w:t>Прийнялись вони чи ні?</w:t>
      </w:r>
    </w:p>
    <w:p>
      <w:r>
        <w:br/>
        <w:t>Вартував їх: "бахкав" з пушки,&lt;br /&gt;</w:t>
        <w:br/>
        <w:t>Гнав з верхівки кошеня...&lt;br /&gt;</w:t>
        <w:br/>
        <w:t>Тато з відер, він із кружки&lt;br /&gt;</w:t>
        <w:br/>
        <w:t>Поливали їх щодня.</w:t>
      </w:r>
    </w:p>
    <w:p>
      <w:r>
        <w:br/>
        <w:t>Прийнялись, ростуть тополі...&lt;br /&gt;</w:t>
        <w:br/>
        <w:t>Але якось в пору жнив,&lt;br /&gt;</w:t>
        <w:br/>
        <w:t>Як батьки були на полі —&lt;br /&gt;</w:t>
        <w:br/>
        <w:t>Страх Федько мій пережив.</w:t>
      </w:r>
    </w:p>
    <w:p>
      <w:r>
        <w:br/>
        <w:t>Від сусідів вийшов з двору&lt;br /&gt;</w:t>
        <w:br/>
        <w:t>Здоровенний сивий цап.&lt;br /&gt;</w:t>
        <w:br/>
        <w:t>Вийшов, звівся дибки вгору&lt;br /&gt;</w:t>
        <w:br/>
        <w:t>І зубами гілку — хап!</w:t>
      </w:r>
    </w:p>
    <w:p>
      <w:r>
        <w:br/>
        <w:t>Захистити тополину&lt;br /&gt;</w:t>
        <w:br/>
        <w:t>Порішив Федько малий,&lt;br /&gt;</w:t>
        <w:br/>
        <w:t>Вже схопив і хворостину,&lt;br /&gt;</w:t>
        <w:br/>
        <w:t>Та злякавсь, бо цап страшний!</w:t>
      </w:r>
    </w:p>
    <w:p>
      <w:r>
        <w:br/>
        <w:t>Цап рогатий, бородатий,&lt;br /&gt;</w:t>
        <w:br/>
        <w:t>Зразу лобом з ніг збива,&lt;br /&gt;</w:t>
        <w:br/>
        <w:t>Волохатий і вухатий,&lt;br /&gt;</w:t>
        <w:br/>
        <w:t>Ще й окатий, як сова.</w:t>
      </w:r>
    </w:p>
    <w:p>
      <w:r>
        <w:br/>
        <w:t>Глянув ще Федько на нього:&lt;br /&gt;</w:t>
        <w:br/>
        <w:t>Знову листя рве з дерев!&lt;br /&gt;</w:t>
        <w:br/>
        <w:t>І рішив Федько: "Нічого,&lt;br /&gt;</w:t>
        <w:br/>
        <w:t>Хоч і страшно — цап не лев!"</w:t>
      </w:r>
    </w:p>
    <w:p>
      <w:r>
        <w:br/>
        <w:t>Розігнався із-за тину&lt;br /&gt;</w:t>
        <w:br/>
        <w:t>У синенькім картузі&lt;br /&gt;</w:t>
        <w:br/>
        <w:t>І, піднявши хворостину,&lt;br /&gt;</w:t>
        <w:br/>
        <w:t>Хльоснув цапа по нозі.</w:t>
      </w:r>
    </w:p>
    <w:p>
      <w:r>
        <w:br/>
        <w:t>Цап відскочив... туп ногами!&lt;br /&gt;</w:t>
        <w:br/>
        <w:t>Повертається кружка&lt;br /&gt;</w:t>
        <w:br/>
        <w:t>І, націлившись рогами,&lt;br /&gt;</w:t>
        <w:br/>
        <w:t>Мчить окатий на Федька.</w:t>
      </w:r>
    </w:p>
    <w:p>
      <w:r>
        <w:br/>
        <w:t>Та Федько наш не злякався,&lt;br /&gt;</w:t>
        <w:br/>
        <w:t>Спритно й хитро відступа.&lt;br /&gt;</w:t>
        <w:br/>
        <w:t>Скік з розгону... і сховався&lt;br /&gt;</w:t>
        <w:br/>
        <w:t>Перед цапом за стовпа.</w:t>
      </w:r>
    </w:p>
    <w:p>
      <w:r>
        <w:br/>
        <w:t>Цап як стукне головою,&lt;br /&gt;</w:t>
        <w:br/>
        <w:t>(Стукнув так, аж стовп гуде!),&lt;br /&gt;</w:t>
        <w:br/>
        <w:t>Потім трусить бородою&lt;br /&gt;</w:t>
        <w:br/>
        <w:t>Й до тополі знову йде.</w:t>
      </w:r>
    </w:p>
    <w:p>
      <w:r>
        <w:br/>
        <w:t>Ще раз битись доведеться,&lt;br /&gt;</w:t>
        <w:br/>
        <w:t>Бо скубе, нахаба, їсть...&lt;br /&gt;</w:t>
        <w:br/>
        <w:t>І хоч цапу років з десять,&lt;br /&gt;</w:t>
        <w:br/>
        <w:t>А Федькові тільки шість —</w:t>
      </w:r>
    </w:p>
    <w:p>
      <w:r>
        <w:br/>
        <w:t>Розбігається хлопчина&lt;br /&gt;</w:t>
        <w:br/>
        <w:t>(Воювать так воювать!),&lt;br /&gt;</w:t>
        <w:br/>
        <w:t>Скочив цапові на спину&lt;br /&gt;</w:t>
        <w:br/>
        <w:t>І за роги цапа — хвать!</w:t>
      </w:r>
    </w:p>
    <w:p>
      <w:r>
        <w:br/>
        <w:t>Цап крутнувсь, зіп'явся дибки&lt;br /&gt;</w:t>
        <w:br/>
        <w:t>І... тікать, задравши хвіст!&lt;br /&gt;</w:t>
        <w:br/>
        <w:t>Та сидить на ньому кріпко&lt;br /&gt;</w:t>
        <w:br/>
        <w:t>Наш Федько-"кавалерист".</w:t>
      </w:r>
    </w:p>
    <w:p>
      <w:r>
        <w:br/>
        <w:t>Скаче цап у двір од страху,&lt;br /&gt;</w:t>
        <w:br/>
        <w:t>До хліва вже підлетів.&lt;br /&gt;</w:t>
        <w:br/>
        <w:t>Тут Федько з одного маху&lt;br /&gt;</w:t>
        <w:br/>
        <w:t>З нього стриб — і хлів закрив.</w:t>
      </w:r>
    </w:p>
    <w:p>
      <w:r>
        <w:br/>
        <w:t>Довго мекав цап потому,&lt;br /&gt;</w:t>
        <w:br/>
        <w:t>Як сховався у хлівець.&lt;br /&gt;</w:t>
        <w:br/>
        <w:t>А Федько вертавсь додому —&lt;br /&gt;</w:t>
        <w:br/>
        <w:t>Переможець, молодець!</w:t>
      </w:r>
    </w:p>
    <w:p>
      <w:r>
        <w:br/>
        <w:t>Тут і віршеві кінець.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малий Федько бився з великим цапом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