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гуси з’їли свитку</w:t>
      </w:r>
    </w:p>
    <w:p>
      <w:r>
        <w:br/>
        <w:t xml:space="preserve"> &lt;p&gt;Не дають мені тепер проходу в селі. Коли йду в школу, обов’язково вигляне із хати сусідка, язиката тіточка:</w:t>
      </w:r>
    </w:p>
    <w:p>
      <w:r>
        <w:br/>
        <w:t>— Яке гарне пальтечко! — сплескує в долоні (і вміє ж отак прикинутися!).— А де стара свитка?</w:t>
      </w:r>
    </w:p>
    <w:p>
      <w:r>
        <w:br/>
        <w:t>Ну що ти їй скажеш? Що гуси з’їли? Мовчки тікаю з людських очей. Намагаюся проскочити не вулицею, а низом, попід городами,— може, думаю, нікого не зустріну. Та де там! В березі, на моє нещастя, теж когось носить.</w:t>
      </w:r>
    </w:p>
    <w:p>
      <w:r>
        <w:br/>
        <w:t>І чого до мене причепилися? Хіба я винний? Хочете, розкажу, як воно було...</w:t>
      </w:r>
    </w:p>
    <w:p>
      <w:r>
        <w:br/>
        <w:t>Наша школа стоїть над ставком. Прямо з вікна греблю видно. Від шкільного порога до ставка — крута стежина. Взимку добряча виходить ковзанка. Сядеш на портфель і летиш з вітерцем аж на лід. А вчителі нарікають: "Не ставок — просто біда!" Це тому, що ніяким дзвоником хлопців не докличешся. Як почнуть у битки грати, дрючком у клас не заженеш.</w:t>
      </w:r>
    </w:p>
    <w:p>
      <w:r>
        <w:br/>
        <w:t>І ось прийшла в село рання весна. Заглянула в школу, пустила поміж партами сонячних зайчиків, стала підмовляти: "Ходіть, хлопці, на вулицю!" А тут ще після уроків хтось кинув:</w:t>
      </w:r>
    </w:p>
    <w:p>
      <w:r>
        <w:br/>
        <w:t>— Льодохід починається!</w:t>
      </w:r>
    </w:p>
    <w:p>
      <w:r>
        <w:br/>
        <w:t>Звісна річ, усі повалили до ставу. Біжимо юрбою, мокрий сніг бризками розлітається. А сміху, а галасу скільки — ніби зграя шпаків налетіла!</w:t>
      </w:r>
    </w:p>
    <w:p>
      <w:r>
        <w:br/>
        <w:t>Збилися на греблі, дивимось: вода піднялася, розколола кригу, і попливли по ставу білі острівці.</w:t>
      </w:r>
    </w:p>
    <w:p>
      <w:r>
        <w:br/>
        <w:t>— Чорноморці, на кораблі! — войовниче крикнув мій друг Грицько і перший з палицею в руках стрибнув на крижину; крижина захиталася, трохи накренилася, але капітан міцно стояв на ногах і правив у "відкрите море".</w:t>
      </w:r>
    </w:p>
    <w:p>
      <w:r>
        <w:br/>
        <w:t>Дівчата аж заніміли від страху.</w:t>
      </w:r>
    </w:p>
    <w:p>
      <w:r>
        <w:br/>
        <w:t>— Боїтеся, заячі душі?! — засміявся я.— Ану, подивіться, як справжній чорноморець плаває!</w:t>
      </w:r>
    </w:p>
    <w:p>
      <w:r>
        <w:br/>
        <w:t>Вибрав я крижину, яка менша, розігнався і плиг на неї! Торох! — розкололася крижина. Шубовсть! — ляснуло по воді.</w:t>
      </w:r>
    </w:p>
    <w:p>
      <w:r>
        <w:br/>
        <w:t>— Рятуйте! Тон-не! — різонув по серцю дівчачий вереск.</w:t>
      </w:r>
    </w:p>
    <w:p>
      <w:r>
        <w:br/>
        <w:t>А я сам не розумію, що роблю. Мов очманілий, борсаюсь у</w:t>
      </w:r>
    </w:p>
    <w:p>
      <w:r>
        <w:br/>
        <w:t>воді, ухкаю на весь берег і так скажено гребу, наче я не в ставок, а в казан з окропом звалився.</w:t>
      </w:r>
    </w:p>
    <w:p>
      <w:r>
        <w:br/>
        <w:t>— Ставай, там же мілко — кричать з греблі.</w:t>
      </w:r>
    </w:p>
    <w:p>
      <w:r>
        <w:br/>
        <w:t>Хвицнув ногами — дійсно, щось тверде. Випростався і очам своїм не повірив: чи ба, води і до пояса немає. То виходить, я на мілині пірнув? Дівчата, що тільки-но звали на поміч, аж залящали від сміху. І я чомусь загигикав. Хоч, правда, і не дуже смішно було — від крижаної купелі трясло мене, як у лихоманці.</w:t>
      </w:r>
    </w:p>
    <w:p>
      <w:r>
        <w:br/>
        <w:t>Вибрався на берег, а з одежі вода дзюрком ллється. Старенька свитина (мати з своєї ватянки перешила) обвисла, давить мене до землі.</w:t>
      </w:r>
    </w:p>
    <w:p>
      <w:r>
        <w:br/>
        <w:t>— Капітан з розбитого корита! — чмихнув хтось за спиною.</w:t>
      </w:r>
    </w:p>
    <w:p>
      <w:r>
        <w:br/>
        <w:t>— Ану, цить, дурносміх! — заступився Грицько.</w:t>
      </w:r>
    </w:p>
    <w:p>
      <w:r>
        <w:br/>
        <w:t>Він допоміг мені перевзутися.</w:t>
      </w:r>
    </w:p>
    <w:p>
      <w:r>
        <w:br/>
        <w:t>— Пішли,— каже,— до нас. Обсохнеш на печі, а тоді — додому.</w:t>
      </w:r>
    </w:p>
    <w:p>
      <w:r>
        <w:br/>
        <w:t>Що то друг — завжди виручить! Ну, уявіть собі: причвалаю я мокрий, як курка, до своєї хати. Покажусь на материні очі... О, буде грому на все село!</w:t>
      </w:r>
    </w:p>
    <w:p>
      <w:r>
        <w:br/>
        <w:t>Я вже зібрався йти за Грицьком, коли раптом:</w:t>
      </w:r>
    </w:p>
    <w:p>
      <w:r>
        <w:br/>
        <w:t>— Ти куди, окаянна душа?! Ану вертай, зараз же вертай, кажу тобі!</w:t>
      </w:r>
    </w:p>
    <w:p>
      <w:r>
        <w:br/>
        <w:t>Мати! Біжить з лозинякою! І який базіка сказав їй?</w:t>
      </w:r>
    </w:p>
    <w:p>
      <w:r>
        <w:br/>
        <w:t>Як вперіщила ненька мене по мокрій спині — вода цвіркнула на всі боки. А я ні з місця, наче примерз до землі.</w:t>
      </w:r>
    </w:p>
    <w:p>
      <w:r>
        <w:br/>
        <w:t>— Марш додому, мучителю мій!</w:t>
      </w:r>
    </w:p>
    <w:p>
      <w:r>
        <w:br/>
        <w:t>Гнала по селу та все хрестила.</w:t>
      </w:r>
    </w:p>
    <w:p>
      <w:r>
        <w:br/>
        <w:t>— Ось тобі, щоб на лід не бігав! — хльось по ногах.— Ось тобі, щоб одежину беріг! — трісь межи плечі.— Ось тобі, щоб матері слухався! — стьоб нижче пояса.</w:t>
      </w:r>
    </w:p>
    <w:p>
      <w:r>
        <w:br/>
        <w:t>Втлумачувала ненька науку щиросердо.</w:t>
      </w:r>
    </w:p>
    <w:p>
      <w:r>
        <w:br/>
        <w:t>А мені що? Свитка товста, на ваті, до тіла материнське "хрещення" не пристає. Спочатку, як хльоскала, тільки бризки летіли, але швидко стало підмерзати, і лозина почала відскакувати, наче лупили нею по дерев’яній діжці.</w:t>
      </w:r>
    </w:p>
    <w:p>
      <w:r>
        <w:br/>
        <w:t>Поки ми дістались до свого двору (а це далеченько), свитка моя геть задубіла. Рукава трубами стирчать. Ні зігнутися, ні повернутися — отака біда. З носа у мене капає, а щоб витерти — ніяк не дістану.</w:t>
      </w:r>
    </w:p>
    <w:p>
      <w:r>
        <w:br/>
        <w:t>Бачить мати, як я мучуся, кричить:</w:t>
      </w:r>
    </w:p>
    <w:p>
      <w:r>
        <w:br/>
        <w:t>— Скидай свитку!</w:t>
      </w:r>
    </w:p>
    <w:p>
      <w:r>
        <w:br/>
        <w:t>І радий скинути, так мене ніби ланцюгами скували. Посинів увесь, дрижаки хапаю. Ох, і набралась мати мороки, поки витрусила мене з льодяної одежі. Спересердя кинула свитку на тин:</w:t>
      </w:r>
    </w:p>
    <w:p>
      <w:r>
        <w:br/>
        <w:t>— Хай вимерзне надворі! Куди ж її в хату?</w:t>
      </w:r>
    </w:p>
    <w:p>
      <w:r>
        <w:br/>
        <w:t>А мене на піч загнала. Наступного дня в школу не пішов — посоромився материне пальто одягти. Гріюсь на теплій черені, а сам думаю: "Воно й добре вийшло — хоч арифметики здихався". Сиджу день, другий. Знічев’я, поки свитка підсихає, по стінах зиркаю. Якраз проти печі — портрет старшого брата. Він у нас військовий льотчик, лейтенант. Дивиться на мене брат з докором: "Осоромився, капітане? Тепер відлежуєшся?"</w:t>
      </w:r>
    </w:p>
    <w:p>
      <w:r>
        <w:br/>
        <w:t>А я думаю: і що в моєму братові особливого? Здається, такий же хлопчак був, як і всі, а зараз літає десь аж за хмарами, мати подяки від командування одержує. Мовляв, хороброго сина виростила.</w:t>
      </w:r>
    </w:p>
    <w:p>
      <w:r>
        <w:br/>
        <w:t>Раптом чую, ніби гуси гелгочуть. То мені, думаю, почало ввижатися. Накрив голову подушкою, а гусиний лемент і крізь подушку добирається. Я вже злякався: мабуть, від корабельної аварії світ мені замакітрився...</w:t>
      </w:r>
    </w:p>
    <w:p>
      <w:r>
        <w:br/>
        <w:t>Сів я на лавці знесилений, тяжко віддихуюсь. І знову — гусиний гелгіт! Ще голосніший! Чую, ніби надворі, біля тину, клята птиця товчеться. Глянув у вікно і остовпів: сусідчині гуси мою свитку їдять! Насунули у двір хмарою, скубуть вату і несуть у сарай. Кубла мостять — не інакше!</w:t>
      </w:r>
    </w:p>
    <w:p>
      <w:r>
        <w:br/>
        <w:t>Вибіг я на двір, за палицю:</w:t>
      </w:r>
    </w:p>
    <w:p>
      <w:r>
        <w:br/>
        <w:t>— Гиля, бусурмани!</w:t>
      </w:r>
    </w:p>
    <w:p>
      <w:r>
        <w:br/>
        <w:t>Кинувся до свитки — одні рубці залишилися! Пропала моя свитка ні за цапову душу!</w:t>
      </w:r>
    </w:p>
    <w:p>
      <w:r>
        <w:br/>
        <w:t>Тут я зовсім зажурився. Чесно кажучи, дуже закортіло мені в школу. Навіть арифметика здалася не такою вже нудною. А до того ж — весна, сонечко припікає, Грицько з ватагою, певно, аж до Чорної скелі подався. І я причепився до матері:</w:t>
      </w:r>
    </w:p>
    <w:p>
      <w:r>
        <w:br/>
        <w:t>— Пошийте пальто. Скоріше пошийте.</w:t>
      </w:r>
    </w:p>
    <w:p>
      <w:r>
        <w:br/>
        <w:t>Розпорола мати стару братову шинель. Хороше вийшло пальто, майже льотчицьке. І побіг я, весело підстрибуючи, до школи. І все було б добре, коли б не рознеслася по селу чутка про злочинство гусей. Не дають тепер мені проходу. Кожен перепитує: "Чи то правда, що гуси твою свитку з’їли?"</w:t>
      </w:r>
    </w:p>
    <w:p>
      <w:r>
        <w:br/>
        <w:t>А хіба я винний?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гуси з’їли свитку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