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Джованніно Ледачий мацав королівського носа</w:t>
      </w:r>
    </w:p>
    <w:p>
      <w:r>
        <w:br/>
        <w:t xml:space="preserve"> &lt;p&gt;Одного разу Джованнінові Ледачому закортіло помацати королівського носа. Почав він до Рима збиратися. Друзі його відраджували, кажучи:</w:t>
      </w:r>
    </w:p>
    <w:p>
      <w:r>
        <w:br/>
        <w:t>— Не їдь, Джованніно: це дуже небезпечно. Розгнівається король, то й носа власного позбудешся, і без голови залишишся.</w:t>
      </w:r>
    </w:p>
    <w:p>
      <w:r>
        <w:br/>
        <w:t>Та Джованніно був упертий. Приготував валізку і сходив до священика, мера й маршала — щоб повправлятися. Він помацав їм носи так обережно й спритно, що ті навіть нічого й не помітили.</w:t>
      </w:r>
    </w:p>
    <w:p>
      <w:r>
        <w:br/>
        <w:t>"Просте діло",— подумав Джованніно.</w:t>
      </w:r>
    </w:p>
    <w:p>
      <w:r>
        <w:br/>
        <w:t>Поїхав він до сусіднього міста. Показали йому будинок губернатора, прокурора та судді, він відвідав цих титулованих осіб і помацав їхні носи. Можновладці були трохи вражені: чоловік наче й добре вихований, вміє розумну розмову підтримати, а робить таке неподобство. Прокурор навіть розгнівався і вигукнув:</w:t>
      </w:r>
    </w:p>
    <w:p>
      <w:r>
        <w:br/>
        <w:t>— Чого це ви мене за носа хапаєте?</w:t>
      </w:r>
    </w:p>
    <w:p>
      <w:r>
        <w:br/>
        <w:t>— Даруйте,— відповів Джованніно,— там сиділа муха.</w:t>
      </w:r>
    </w:p>
    <w:p>
      <w:r>
        <w:br/>
        <w:t>Почав прокурор по кімнаті роздивлятися. Хоч як пильно дивився, та ні мухи, ані комара не побачив. Джованніно тим часом поквапно вклонився й зник, мов у землю провалився, не забувши, однак, за собою двері причинити.</w:t>
      </w:r>
    </w:p>
    <w:p>
      <w:r>
        <w:br/>
        <w:t>Був у нього окремий блокнот, де він занотовував усіх тих, у кого йому пощастило носа помацати. І були то все люди титуловані й поважні.</w:t>
      </w:r>
    </w:p>
    <w:p>
      <w:r>
        <w:br/>
        <w:t>У Римі Джованніно перемацав стільки носів, що йому довелося купувати товстіший зошит. Адже там на кожній вулиці можна зустріти одну або й дві високородні особи, кількох віце-міністрів і десяток знаменитих секретарів. Що ж до прокурорів, то про них нема чого й казати: їх там більше, як жебраків. Отож носів було вдосталь, тільки руку простягай. Всі ті благородні особи вважали, що, мацаючи їхні носи, Джованніно засвідчує їм свою повагу, а дехто навіть заохочував своїх підлеглих, щоб і вони перейняли таку поведенцію:</w:t>
      </w:r>
    </w:p>
    <w:p>
      <w:r>
        <w:br/>
        <w:t>— Відсьогодні замість уклонятися можете мацати мого носа. Це новий вишуканий звичай.</w:t>
      </w:r>
    </w:p>
    <w:p>
      <w:r>
        <w:br/>
        <w:t>Підлеглі, звичайно, вагалися. Адже то нечувана річ — простягати руку до начальницького носа. Та, зрештою, за велінням начальників, вони почали торкати, мацати, щипати їхні носи. І вельможі носи від задоволення ясніли й червоніли.</w:t>
      </w:r>
    </w:p>
    <w:p>
      <w:r>
        <w:br/>
        <w:t>Джованніно не забув своєї головної мети: помацати королівського носа. Він тільки чекав сприятливої нагоди. І така нагода випала йому під час королівської процесії. Джованніно помітив, що з юрби раз по раз виступали люди, стрибали на підніжки королівського ридвана й подавали королю конверт, мабуть, із суплікою, а король, усміхаючись, передавав той конверт першому міністрові.</w:t>
      </w:r>
    </w:p>
    <w:p>
      <w:r>
        <w:br/>
        <w:t>От Джованніно й собі скочив на підніжку. Король лагідно до нього всміхнувся.</w:t>
      </w:r>
    </w:p>
    <w:p>
      <w:r>
        <w:br/>
        <w:t>Джованніно сказав:</w:t>
      </w:r>
    </w:p>
    <w:p>
      <w:r>
        <w:br/>
        <w:t>— З вашого дозволу,— і, простягши руку, торкнувся вказівним пальцем до кінчика носа його величності.</w:t>
      </w:r>
    </w:p>
    <w:p>
      <w:r>
        <w:br/>
        <w:t>Приголомшений несподіванкою, король помацав свого носа, розтулив губи щось сказати, та Джованніно стрибнув назад і сховався в юрбі. Залунали бурхливі оплески, всі кинулись наслідувати Джованніно: люди стрибали на підніжки, хапали короля за ніс і добряче його попосмикали.</w:t>
      </w:r>
    </w:p>
    <w:p>
      <w:r>
        <w:br/>
        <w:t>— Це новий вияв шаноби, ваша величносте,— усміхаючись прошепотів перший міністр у вухо королю. Та король не мав охоти усміхатися, бо йому було боляче, з носа текло. Король навіть не міг утертися: вірні піддані безперестану хапали його за ніс.</w:t>
      </w:r>
    </w:p>
    <w:p>
      <w:r>
        <w:br/>
        <w:t>Джованніно вернувся додому радий-радесенький.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Джованніно Ледачий мацав королівського носа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