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бути бездіяльним</w:t>
      </w:r>
    </w:p>
    <w:p>
      <w:r>
        <w:br/>
        <w:t xml:space="preserve"> &lt;p&gt;Це тема, на якій я справді знаюся,— не гріх і похвалитись. Добродій, що в молоді мої літа причащав мене в джерелі мудрості за дев'ять гіней у семестр (без ніяких доплат), любив приказувати, що він зроду не бачив другого такого хлопця, який міг би так мало зробити за такий довгий час. І ще я пам'ятаю думку моєї бідної бабусі: навчаючи мене частіше брати в руки молитовник, вона зауважила, що дуже сумнівається, чи я коли-небудь робитиму те, чого не слід робити, зате не має ані найменшого сумніву, що я залишатиму невиконаною чимало тієї роботи, яку повинен виконати.</w:t>
      </w:r>
    </w:p>
    <w:p>
      <w:r>
        <w:br/>
        <w:t>Боюсь, однак, що я десь так наполовину відступив від пророцтва моєї бабусі. Нехай простить мені небо, але, незважаючи на все своє лінивство, я зробив дуже багато того, чого не повинен був би робити. Проте її твердження, ніби я не робитиму багато такого, що повинен був би зробити, справдилося повністю. Я завжди був на висоті, коли йшлося про бездіяльність. У цьому нема ніякої моєї заслуги — це просто хист. Мало кому даровано його. Ледачих людей скільки завгодно, повільних — так само, але бездіяльний зроду — це рідкість. Це не та людина, що вештається без діла, заклавши руки в кишені: навпаки, найразючіша риса такої людини, що вона ні хвилини не буває вільна.</w:t>
      </w:r>
    </w:p>
    <w:p>
      <w:r>
        <w:br/>
        <w:t>Не можна відчути справжньої втіхи від бездіяльності, якщо не маєш повно роботи, яку повинен виконати. Невелика приємність нічого не робити, коли ти не маєш чого робити. Збавляти час тоді — це просто робота, і то найвиснажливіша. Бездіяльність — як і поцілунок — приємна тоді, коли вона вкрадена.</w:t>
      </w:r>
    </w:p>
    <w:p>
      <w:r>
        <w:br/>
        <w:t>Багато років тому, коли я був ще юнаком, я тяжко захворів. Я так ніколи й не зрозумів, що саме підхопив тоді — хіба що сильну застуду. Але, здається, хвороба (чи як її там назвати) була досить серйозна, бо лікар сказав, що я мав би звернутись до нього на місяць раніше і що якби я спізнився ще на тиждень, то він не ручився б за наслідки. Дивна річ, але я ніколи не чував про такого лікаря, який, бувши викликаний до хворого, не заявив би, що один день затримки з лікуванням рівнозначний смертельному кінцеві. Наш медичний порадник, філософ і друг — немовби герой мелодрами: він завжди з'являється на сцені саме в останню, і тільки в останню критичну хвилину. Він — це провидіння, ось він хто, наш лікар.</w:t>
      </w:r>
    </w:p>
    <w:p>
      <w:r>
        <w:br/>
        <w:t>Отож, як я вже казав, я тяжко захворів, і лікар звелів мені на місяць поїхати в Бакстон, давши суворі вказівки весь цей час нічого не робити.</w:t>
      </w:r>
    </w:p>
    <w:p>
      <w:r>
        <w:br/>
        <w:t>— Відпочинок — ось чого ви потребуєте, цілковитий відпочинок,— заявив він.</w:t>
      </w:r>
    </w:p>
    <w:p>
      <w:r>
        <w:br/>
        <w:t>Така перспектива здалась мені дуже знадливою. "Цей чоловік добре розуміє мою недугу",— подумав я і уявив собі, який пречудовий буде це час: чотири тижні dolce far niente[1] з невеличкою домішкою хвороби. Небагато її, але саме в міру, щоб відчути присмак страждання й мати поетичніший вигляд. Я вставатиму пізно, питиму шоколад і снідатиму в капцях і халаті. Тоді буду лежати на гамаку в саду й читати сентиментальні романи з сумними кінцівками, аж поки книжка випаде з моєї безсилої руки і я відкинусь на спину, дрімотно вдивляючись у глибоку блакить, стежачи за перистими хмарками, що пропливають, наче білі вітрильники, по бездонному склепінню неба, і прислухаючись до веселого щебету пташок та тихого шелесту дерев. Або, коли я занадто підупаду на силі, щоб виходити надвір, мене вмощуватимуть біля відчиненого фасадного вікна першого поверху, обтикуватимуть подушками, і я сидітиму, такий виснажений і привабливий, що всі гарненькі дівчата аж зітхатимуть, проходячи повз моє вікно.</w:t>
      </w:r>
    </w:p>
    <w:p>
      <w:r>
        <w:br/>
        <w:t>І двічі на день я вибиратимусь у кріслі на коліщатах до колонади "пити води". Ох, ці води! Тоді я ще нічого не знав про них і був навіть трохи захоплений цією ідеєю. "Пити води" звучало так модно й фешенебельно, що я не міг цього не вподобати. Та ба, тільки-но минуло перших три-чотири ранки... Слова Сема Уеллера про ці води, що вони "відгонять теплою праскою", дають лише тьмяне уявлення про всю їх відворотну нудотність. Коли щось і може швидко вилікувати хворого, то це саме усвідомлення того, що він муситиме щодня пити по склянці цих вод аж до повного видужання. Шість днів підряд я сумлінно випивав свою порцію і під кінець був уже ледь живий. Але після цього я вирішив запивати води келишком міцного коньяку із звичайною водою, і відтоді мені значно полегшало. Опісля я довідався від різних медичних світил, що спирт повністю нейтралізує дію залізистих складових частин води. Що ж, я можу тільки тішитись, що мені пощастило самотужки дійти до цього відкриття.</w:t>
      </w:r>
    </w:p>
    <w:p>
      <w:r>
        <w:br/>
        <w:t>Але обов'язок "пити води" був лише невеличкою часткою тих мук, що я зазнав за цей пам'ятний місяць — безперечно, найнещасніший місяць у моєму житті. Більшу частину місяця я неухильно виконував лікареві вказівки й не робив анічогісінько, а тільки тинявся по кімнатах та в садку і щодня на дві години вибирався з дому в кріслі на коліщатах. Це трохи різноманітило моє існування. Подорожувати в кріслі на коліщатах, надто якщо ви не призвичаєні до сильних відчуттів, набагато цікавіше, ніж може здатись випадковому спостерігачеві. Почуття небезпеки, яке хтось сторонній навряд чи й зрозуміє, ні на мить не полишає пацієнта. Щохвилини він жахається, що вся споруда може перекинутись, і цей страх особливо загострюється поблизу канави або недавно забрукованої дороги. Кожен проїжджий екіпаж начебто ось-ось зіткнеться з кріслом, а підіймаючись на узгірок чи спускаючись униз, пацієнт щоразу неминуче починає міркувати, яка буде його доля, коли раптом його слабосилий опікун — що здається вельми ймовірним — випустить крісло з рук"</w:t>
      </w:r>
    </w:p>
    <w:p>
      <w:r>
        <w:br/>
        <w:t>Але через якийсь час навіть ця розвага втратила свою силу, і нудьга стала просто нестерпна. Я відчував, що мій розум не витримає такого тягаря. У мене й без того розум не надто великий, і я подумав, що було б нерозважливо піддавати його надміру важкому випробуванню. Отож десь так двадцятого ранку я раненько встав, добре поснідав і подався пішки до Гейфілда, принадного гамірливого містечка у мальовничій долині біля гори Кайндер-Скаут, містечка, в якому я побачив, між іншим, двох гарненьких жіночок. Принаймні тоді вони були гарненькі; одна з них, минаючи мене на мосту, як мені здалося, всміхнулась, а друга саме стояла на порозі дому, зайнята дуже невдячним ділом: вона цілувала своє червонолице дитя. Але це було багато років тому, і досі, гадаю, вони обидві давно вже зробилися опасистими й сварливими. Коли я вертався назад, мені трапився один дідуган, що розбивав каміння, і в мене так засвербіли руки до роботи, що я попросив його на часину поступитися своїм місцем, у віддяку за це запропонувавши йому випити чарку. Старий виявився добросердим і вволив моє бажання. Я заходився трощити каміння з усією силою, нагромадженою в моїх м'язах протягом трьох тижнів неробства, і за півгодини натрощив більше, ніж він за цілий день. Але моя працьовитість не збудила в старому ніяких заздрощів.</w:t>
      </w:r>
    </w:p>
    <w:p>
      <w:r>
        <w:br/>
        <w:t>Наважившись на перший крок, далі я вже не стримував себе на шляху розваг: щоранку вирушав у довгу прогулянку пішки, а щовечора слухав оркестр на естраді. Але однаково дні минали таки повільно, і я був щиро радий, коли настав останній з них і я міг чимшвидше забратися з цього подагричного, сухотного Бакстона в Лондон з його суворою працею і життям. Коли ми мчали ввечері через Гендон, я виглянув з вагона. Багряна імла, що піднімалась над величезним містом, здавалося, зігрівала мені серце, а коли пізніше мій кеб загуркотів колесами, від'їжджаючи від станції Сент-Пенкрес, давній знайомий гул, що наростав круг мене, звучав для моїх вух наче найніжніша музика, якої я не чув уже багато днів.</w:t>
      </w:r>
    </w:p>
    <w:p>
      <w:r>
        <w:br/>
        <w:t>Звісно ж, така бездіяльність упродовж цілого місяця не дала мені ніяких радощів. Бездіяльність мені до вподоби тоді, коли я не повинен бути бездіяльним, а не тоді, коли я просто не маю чого робити. Така вже моя дурна вдача. Стояти спиною до каміна й розмірковувати, як багато я маю обов'язків, мені найбільше подобається тоді, коли на моєму столі лежить величезна купа листів, на які треба відповісти негайно. Обід я люблю найдовше затягувати тоді, коли на мене чекає важка вечірня праця. І якщо з якоїсь пильної причини мені треба дуже рано встати вранці, то саме тоді більше, ніж будь-коли, я люблю полежати в ліжку зайвих півгодини.</w:t>
      </w:r>
    </w:p>
    <w:p>
      <w:r>
        <w:br/>
        <w:t>Ах, як приємно перевернутись на другий бік і знову заснути, "тільки на п'ять хвилин"! Чи знайдеться на світі хоч одна людська істота (крім героїв "оповідок для хлопчиків" з недільних шкіл), яка без усякого примусу підводиться вранці? Є такі люди, що для них устати в належну годину просто неможливо. Якщо вони повинні встати</w:t>
      </w:r>
    </w:p>
    <w:p>
      <w:r>
        <w:br/>
        <w:t>О восьмій, вони неодмінно лежать до пів на дев'яту. Якщо обставини зміняться і їм треба встати о пів на дев'яту, тоді їм просто несила підвестись раніш, як о дев'ятій. Вони скидаються на того державного діяча, про якого казали, що він завжди приходять точнісінько з півгодинним запізненням. До яких тільки способів вони не вдаються! То купують будильники (ці хитромудрі пристрої, що дзвонять не в ту пору і будять не тих, кого треба). То кажуть покоївці постукати в двері й розбудити їх, а коли покоївка так і зробить, вони пробурчать у відповідь "умгу" і любісінько вмощуються далі спати. Я знав одного чоловіка, який і справді підводився, коли його будили, і біг під холодний душ, але навіть це не допомагало, бо потім він знову стрибав у постіль, щоб зігрітись.</w:t>
      </w:r>
    </w:p>
    <w:p>
      <w:r>
        <w:br/>
        <w:t>Щодо мене, то, раз уставши, я вже можу втриматись і не лягти знову. Якраз відірвати голову від подушки — ось що мені найважче дається, і ніяка рішучість, звечора така сильна, не полегшує справи. Цілий вечір марно силкувавшись засісти за роботу, я кажу собі кінець кінцем: "Ну добре, сьогодні в мене вже нічого не вийде, ось я завтра встану рано",— і я тоді справді сповнений рішучості, тобто звечора. Однак уранці мене вже не так захоплює ця ідея, і я розмірковую, що було б краще, якби я довше посидів увечері. А потім ще ж і клопіт з одяганням, і що більше думаєш про це, то дужче хочеш відмовитись від свого наміру.</w:t>
      </w:r>
    </w:p>
    <w:p>
      <w:r>
        <w:br/>
        <w:t>Дивна річ це наше ліжко, ця подоба могили, в якій ми випростуємо свої натруджені кінцівки і спокійно поринаємо в тишу й спочинок. "О ліжко, ліжко, райське ложе, що завжди втомленим поможе", як співає бідолашний Гуд,— ти немов старенька нянечка для нас, вередливих хлопчиків і дівчаток. Розумних і тупуватих, нахабних і добрих, ти всіх нас садовиш на свої материнські коліна і втишуєш наші примхливі плачі. Дужа людина, яку тривожать турботи; хвора, яку діймає страждання; дівчина, що ридає через зраду коханого,— усі ми, як діти, кладемо свої зболілі голови тобі на білі груди, і ти лагідно заколисуєш нас.</w:t>
      </w:r>
    </w:p>
    <w:p>
      <w:r>
        <w:br/>
        <w:t>Але як тяжко нам тоді, коли ти відвертаєш своє лице і не хочеш заспокоїти нас. Як довго чекати світанку, коли не приходить сон! Ох, ці жахливі ночі, коли нас пече біль і трясе гарячка, коли ми лежимо, ніби живі серед небіжчиків, втупивши погляд у темні години, що так повільно наближають нас до світанку! І ще жахливіші ночі, коли ми сидимо біля когось недужого, коли тендітний вогник, тривожачи нас, то блимне, то пригасне, а цокання годинника здається ударами молота, який вибиває життя з того, хто лежить перед нами на постелі.</w:t>
      </w:r>
    </w:p>
    <w:p>
      <w:r>
        <w:br/>
        <w:t>Але годі вже про ліжка й спальні. Я вже й так занадто довго на них затримався, навіть як на бездіяльну людину. Краще-но вийдімо та покурімо. Це незгірше збавляє час і не виглядає так похмуро. Тютюн — це благословення для нас, курців. Важко навіть уявити" про що могли собі мізкувати канцеляристи ще до часів сера Уолтера[2], коли в Англії ще не знали тютюну. На мою думку, молоді люди в середні віки були такі забіякуваті лише тому, що не мали цього заспокійливого зілля. Роботи в них не було, а курити вони не вміли, отож ті хлопці й заводилися раз у раз битись та сваритись. Коли траплялась рідкісна часина без війни, вони починали зводити сімейні рахунки з сусідами, а коли й після цього лишалась вільна хвилина, вони затівали суперечки, чия наречена вродливіша, як аргументи використовуючи топірці, дрюки тощо. Питання смаку в ті дні вирішувалися швидко. Коли юнак дванадцятого сторіччя закохувався, він не відступав на три кроки, не заглядав дівчині в очі і не казав, що вона надміру прекрасна для цього світу. Ні, він казав, що вийде надвір і з'ясує це діло. І якщо надворі йому випадало спіткати іншого юнака й він розбивав йому голову — тобто перший юнак другому,— то це доводило, що його — першого юнака — дівчина справді гарна. Але якщо другий юнак розбивав йому голову — тобто першому юнакові,— в такому разі його дівчина — не дівчина першого юнака, того, якому розбили голову, а дівчина саме другого, була... Стривайте, ось я поясню простіше: якщо хлопець А розіб'є голову хлопцеві Б, тоді дівчина хлопця А — гарна; але якщо Б розбив голову А, тоді гарною була дівчина не хлопця А, а хлопця Б. Оце такий був у них метод художньої критики.</w:t>
      </w:r>
    </w:p>
    <w:p>
      <w:r>
        <w:br/>
        <w:t>А тепер ми запалюємо собі люльки й полишаємо дівчатам самим битися між собою.</w:t>
      </w:r>
    </w:p>
    <w:p>
      <w:r>
        <w:br/>
        <w:t>І вони управляються з цим чудово. Вони домагаються того, щоб виконувати всю нашу роботу. З них стають лікарі, адвокати, художники. Вони керують театрами, виручають шахраїв, редагують газети. Я вже бачу той час, коли нам, чоловікам, не лишиться ніякої роботи, як тільки лежати в постелі до полудня, читати по два романи на день, частувати один одного чаєм о п'ятій годині і не сушити собі голови нічим іншим, крім обговорення найновішого фасону штанів та дискусій про те, з якого сукна пошито пальто містера Джонса і чи добре воно облягає йому фігуру. Для бездіяльних чоловіків це преславна перспектива.</w:t>
      </w:r>
    </w:p>
    <w:p>
      <w:r>
        <w:br/>
        <w:t>[1] Солодке неробство (італ.).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бути бездіяльним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