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Яблуня при вікні</w:t>
      </w:r>
    </w:p>
    <w:p>
      <w:r>
        <w:br/>
        <w:t xml:space="preserve"> &lt;p&gt;Яблуня була й не стара, але вже почала всихати, хоч ще родила великі яблука.</w:t>
      </w:r>
    </w:p>
    <w:p>
      <w:r>
        <w:br/>
        <w:t>Вони достигали аж восени. З зелених повільно ставали білими, а потім непомітно жовтіли і падали.</w:t>
      </w:r>
    </w:p>
    <w:p>
      <w:r>
        <w:br/>
        <w:t>Інколи навіть у хаті чутно було, як, прошелестівши між гілля, бухкалося яблуко об землю.</w:t>
      </w:r>
    </w:p>
    <w:p>
      <w:r>
        <w:br/>
        <w:t>Костик тоді вибігав із хати і шукав те яблуко. Знаходив його в пожовтілій жухлій траві і нюхав, бо любив той запах. А пахло яблуко медом і завжди світилося, начеб усередину його, якраз там, де зернятка, хтось уставив маленьку лампочку і засвітив її.</w:t>
      </w:r>
    </w:p>
    <w:p>
      <w:r>
        <w:br/>
        <w:t>Якось батько сказав:</w:t>
      </w:r>
    </w:p>
    <w:p>
      <w:r>
        <w:br/>
        <w:t>— Треба спиляти яблуню. Дуже застує вікно. Та й користі з неї вже ніякої не буде — всихає...</w:t>
      </w:r>
    </w:p>
    <w:p>
      <w:r>
        <w:br/>
        <w:t>— А як на мене, то хай би стояла,— озвалася на те мати.— Це ж пам'ять про діда Максима — ще він її посадив. А як садив, то казав: "Я, діти, вже не скуштую з неї яблук — ви їстимете та мене згадаєте..."</w:t>
      </w:r>
    </w:p>
    <w:p>
      <w:r>
        <w:br/>
        <w:t>— Я б і не проти, але ж диви: в шибки гіллям упирається, майже в вікно залізла,— пояснив батько.</w:t>
      </w:r>
    </w:p>
    <w:p>
      <w:r>
        <w:br/>
        <w:t>— Може, вона до нас у хату хоче,— сказав Костик, що чув ту розмову.</w:t>
      </w:r>
    </w:p>
    <w:p>
      <w:r>
        <w:br/>
        <w:t>— Ну ти й придумаєш! — усміхнувся батько.</w:t>
      </w:r>
    </w:p>
    <w:p>
      <w:r>
        <w:br/>
        <w:t>— А чому б і ні?</w:t>
      </w:r>
    </w:p>
    <w:p>
      <w:r>
        <w:br/>
        <w:t>— У хаті дерева не ростуть.</w:t>
      </w:r>
    </w:p>
    <w:p>
      <w:r>
        <w:br/>
        <w:t>— Шкода,— зітхнув Костик.— 3 яблунею було б цікавіше. І взимку вона не мерзла б. Може, сохне вона од морозів?</w:t>
      </w:r>
    </w:p>
    <w:p>
      <w:r>
        <w:br/>
        <w:t>— А ти знаєш, Костику, правда. Морози торік і позаторік — як найнялися, ніколи наче таких не було.</w:t>
      </w:r>
    </w:p>
    <w:p>
      <w:r>
        <w:br/>
        <w:t>— От бачиш, тату, чому вона сохне!</w:t>
      </w:r>
    </w:p>
    <w:p>
      <w:r>
        <w:br/>
        <w:t>— А в нас за роботою якось і руки не дійшли закутати яблуню на зиму. Тепер таки доведеться зрізати.</w:t>
      </w:r>
    </w:p>
    <w:p>
      <w:r>
        <w:br/>
        <w:t>— Не треба зрізати,— попрохав Костик.— Як же ми будемо без неї?</w:t>
      </w:r>
    </w:p>
    <w:p>
      <w:r>
        <w:br/>
        <w:t>— Іншу посадимо.</w:t>
      </w:r>
    </w:p>
    <w:p>
      <w:r>
        <w:br/>
        <w:t>— Мені цієї шкода!</w:t>
      </w:r>
    </w:p>
    <w:p>
      <w:r>
        <w:br/>
        <w:t>— Все одно ж пропаде.</w:t>
      </w:r>
    </w:p>
    <w:p>
      <w:r>
        <w:br/>
        <w:t>— А може, не пропаде? Давай врятуємо її!</w:t>
      </w:r>
    </w:p>
    <w:p>
      <w:r>
        <w:br/>
        <w:t>— Давайте спробуємо,— підтримала Костика й мама.— Деревина ж тільки почала всихати, а раптом — не пізно...</w:t>
      </w:r>
    </w:p>
    <w:p>
      <w:r>
        <w:br/>
        <w:t>Коли настали холоди й зовсім облетіло листя, тато поспилював сухі гілки, а Костик з мамою обмазали глиною всі ті місця.</w:t>
      </w:r>
    </w:p>
    <w:p>
      <w:r>
        <w:br/>
        <w:t>Потім обкутали стовбур старим непотрібним одягом. Ще й туго підперезали дерево мотузкою.</w:t>
      </w:r>
    </w:p>
    <w:p>
      <w:r>
        <w:br/>
        <w:t>— Отепер їй тепло буде,— сказав Костик.— Не страшні ніякі морози.</w:t>
      </w:r>
    </w:p>
    <w:p>
      <w:r>
        <w:br/>
        <w:t>Обкутана яблуня перестояла зиму.</w:t>
      </w:r>
    </w:p>
    <w:p>
      <w:r>
        <w:br/>
        <w:t>А навесні вони зняли з неї той кожух і побілили стовбур вапном.</w:t>
      </w:r>
    </w:p>
    <w:p>
      <w:r>
        <w:br/>
        <w:t>Щоб шкідливі комахи не заводилися і не псували кору.</w:t>
      </w:r>
    </w:p>
    <w:p>
      <w:r>
        <w:br/>
        <w:t>А коли настали зовсім теплі дні, яблуня викинула бруньки й зацвіла.</w:t>
      </w:r>
    </w:p>
    <w:p>
      <w:r>
        <w:br/>
        <w:t>І на ній не було жодної сухої гілки.</w:t>
      </w:r>
    </w:p>
    <w:p>
      <w:r>
        <w:br/>
        <w:t>— Житиме наша яблунька,— сказала Костикові мама.— Не помре деревина...</w:t>
      </w:r>
    </w:p>
    <w:p>
      <w:r>
        <w:br/>
        <w:t>— Я знав, що так буде! Знав! — підстрибнув на радощах Костик.</w:t>
      </w:r>
    </w:p>
    <w:p>
      <w:r>
        <w:br/>
        <w:t>І стоїть вона при вікні, світить білим цвітом і в хату, і на весь двір.</w:t>
      </w:r>
    </w:p>
    <w:p>
      <w:r>
        <w:br/>
        <w:t>І хто не йде вулицею — неодмінно на неї дивиться. Бо дуже гарна та яблуня в цвіту.</w:t>
      </w:r>
    </w:p>
    <w:p>
      <w:r>
        <w:br/>
        <w:t>Біла яблуня і біла хата стоять поряд. Одна на одну дивляться.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Яблуня при вікні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