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знав священика, який був у полоні...</w:t>
      </w:r>
    </w:p>
    <w:p>
      <w:r>
        <w:br/>
        <w:t xml:space="preserve"> Я знав священика, який був у полоні.&lt;br /&gt;</w:t>
        <w:br/>
        <w:t>Шрам на скроні. Збиті чорні долоні.&lt;br /&gt;</w:t>
        <w:br/>
        <w:t>Телефонні розмови з донецькими операми.&lt;br /&gt;</w:t>
        <w:br/>
        <w:t>Трофейний опель із польськими номерами.</w:t>
      </w:r>
    </w:p>
    <w:p>
      <w:r>
        <w:br/>
        <w:t>І ось він мені говорив: інститут церкви&lt;br /&gt;</w:t>
        <w:br/>
        <w:t>поєднує нас усіх подібно до цегли,&lt;br /&gt;</w:t>
        <w:br/>
        <w:t>випалює нас у вогні, скріплює нас для грунтовки,&lt;br /&gt;</w:t>
        <w:br/>
        <w:t>хоча все це втрачає сенс уже під час артпідготовки.</w:t>
      </w:r>
    </w:p>
    <w:p>
      <w:r>
        <w:br/>
        <w:t>Ще він говорив: спитай мене про воскресіння,&lt;br /&gt;</w:t>
        <w:br/>
        <w:t>я відповім – щоби воскреснути, потрібне везіння.&lt;br /&gt;</w:t>
        <w:br/>
        <w:t>Праведникам якраз не щастить в основній їхній масі.&lt;br /&gt;</w:t>
        <w:br/>
        <w:t>Я люблю говорити про ворогів у минулому часі.</w:t>
      </w:r>
    </w:p>
    <w:p>
      <w:r>
        <w:br/>
        <w:t>Спитай мене про прощення, я маю що відповісти:&lt;br /&gt;</w:t>
        <w:br/>
        <w:t>прощення передбачає, що частина мирян – атеїсти.&lt;br /&gt;</w:t>
        <w:br/>
        <w:t>Я принесу своїм ворогам на могили квіти.&lt;br /&gt;</w:t>
        <w:br/>
        <w:t>Кара господня настигне всіх.&lt;br /&gt;</w:t>
        <w:br/>
        <w:t>Вам, атеїстам, не зрозуміти.</w:t>
      </w:r>
    </w:p>
    <w:p>
      <w:r>
        <w:br/>
        <w:t>Війна мене навчила не говорити про втрати.&lt;br /&gt;</w:t>
        <w:br/>
        <w:t>З живими краще. Живих, принаймні, можна порятувати.&lt;br /&gt;</w:t>
        <w:br/>
        <w:t>В живих є те, що не дає їм лягти в траншею.&lt;br /&gt;</w:t>
        <w:br/>
        <w:t>Здається ви, атеїсти, називаєте це душею.</w:t>
      </w:r>
    </w:p>
    <w:p>
      <w:r>
        <w:br/>
        <w:t>Я думаю іноді, чи зрозуміють нас наші діти.&lt;br /&gt;</w:t>
        <w:br/>
        <w:t>Серце моє легке і обійми мої розпростерті.&lt;br /&gt;</w:t>
        <w:br/>
        <w:t>Моєї любові стане на всіх,&lt;br /&gt;</w:t>
        <w:br/>
        <w:t>навіть на тих, хто хотів мене вбити.&lt;br /&gt;</w:t>
        <w:br/>
        <w:t>Піду, до речі, нагадаю їм, що їх чекає по смерті.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знав священика, який був у полоні...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