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вас жалую...</w:t>
      </w:r>
    </w:p>
    <w:p>
      <w:r>
        <w:br/>
        <w:t xml:space="preserve"> Я вас жалую, яблуні, груші,&lt;br /&gt;</w:t>
        <w:br/>
        <w:t>Вас, берези дрижучі, плачливі,&lt;br /&gt;</w:t>
        <w:br/>
        <w:t>Що на цвинтарі виросли, в глуші,&lt;br /&gt;</w:t>
        <w:br/>
        <w:t>Гробів сторожі мовчаливі.</w:t>
      </w:r>
    </w:p>
    <w:p>
      <w:r>
        <w:br/>
        <w:t>В час літнього гарячого жару&lt;br /&gt;</w:t>
        <w:br/>
        <w:t>Ваше листя тінь, холод кидає,&lt;br /&gt;</w:t>
        <w:br/>
        <w:t>Та ніхто з благодатного дару&lt;br /&gt;</w:t>
        <w:br/>
        <w:t>Хісна, ні пожитку не має.</w:t>
      </w:r>
    </w:p>
    <w:p>
      <w:r>
        <w:br/>
        <w:t>Ні женці, утомившись на ниві,&lt;br /&gt;</w:t>
        <w:br/>
        <w:t>Не прийдуть в вашу тінь спочивати,&lt;br /&gt;</w:t>
        <w:br/>
        <w:t>Лиш гроби тут лягли мовчазливі,&lt;br /&gt;</w:t>
        <w:br/>
        <w:t>Раз лягли і не хочуть вставати.</w:t>
      </w:r>
    </w:p>
    <w:p>
      <w:r>
        <w:br/>
        <w:t>Ні серна, ані заєць трусливий&lt;br /&gt;</w:t>
        <w:br/>
        <w:t>Не прийдуть в вас приюту шукати,&lt;br /&gt;</w:t>
        <w:br/>
        <w:t>Як на ловах завзятий мисливий&lt;br /&gt;</w:t>
        <w:br/>
        <w:t>Прожене їх із власної хати.</w:t>
      </w:r>
    </w:p>
    <w:p>
      <w:r>
        <w:br/>
        <w:t>Не прийдуть, бо їх гірше жахає,&lt;br /&gt;</w:t>
        <w:br/>
        <w:t>Чим мисливого певна рушниця:&lt;br /&gt;</w:t>
        <w:br/>
        <w:t>Той спокій, що над вами витає,&lt;br /&gt;</w:t>
        <w:br/>
        <w:t>І той черв, що під вами гніздиться.</w:t>
      </w:r>
    </w:p>
    <w:p>
      <w:r>
        <w:br/>
        <w:t>Я вас жалую, яблуні, груші,&lt;br /&gt;</w:t>
        <w:br/>
        <w:t>Вас, берези дрижучі, плачливі,&lt;br /&gt;</w:t>
        <w:br/>
        <w:t>Що на цвинтарі виросли, в глуші,&lt;br /&gt;</w:t>
        <w:br/>
        <w:t>Гробів сторожі мовчазливі.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вас жалую...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