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кохав...</w:t>
      </w:r>
    </w:p>
    <w:p>
      <w:r>
        <w:br/>
        <w:t xml:space="preserve"> Олександр Пушкін&lt;br /&gt;</w:t>
        <w:br/>
        <w:t>Я вас кохав...</w:t>
      </w:r>
    </w:p>
    <w:p>
      <w:r>
        <w:br/>
        <w:t>Перекладач: М. Чернявський</w:t>
      </w:r>
    </w:p>
    <w:p>
      <w:r>
        <w:br/>
        <w:t>Я вас кохав; в душі моїй ще, може,&lt;br /&gt;</w:t>
        <w:br/>
        <w:t>Кохання пал і досі не погас,&lt;br /&gt;</w:t>
        <w:br/>
        <w:t>Та хай воно вас більше не тривоже, —&lt;br /&gt;</w:t>
        <w:br/>
        <w:t>Не хочу я нічим журити вас.&lt;br /&gt;</w:t>
        <w:br/>
        <w:t>Я вас кохав мовчазно й безнадійно,&lt;br /&gt;</w:t>
        <w:br/>
        <w:t>Боявся вас і потай ревнував;&lt;br /&gt;</w:t>
        <w:br/>
        <w:t>Я вас кохав так ніжно і так мрійно,&lt;br /&gt;</w:t>
        <w:br/>
        <w:t>Як дай вам Бог, щоб інший вас кохав!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кохав...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