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спокійно б лежав під вагою століть</w:t>
      </w:r>
    </w:p>
    <w:p>
      <w:r>
        <w:br/>
        <w:t xml:space="preserve"> Я спокійно б лежав під вагою століть,&lt;br /&gt;</w:t>
        <w:br/>
        <w:t>Я б давно вже й землею став,&lt;br /&gt;</w:t>
        <w:br/>
        <w:t>Але ж бісова дівка на кручі стоїть,&lt;br /&gt;</w:t>
        <w:br/>
        <w:t>Огорнувши вітрами стан.</w:t>
      </w:r>
    </w:p>
    <w:p>
      <w:r>
        <w:br/>
        <w:t>Вже зітліли до кореня меч і щит,&lt;br /&gt;</w:t>
        <w:br/>
        <w:t>Наді мною гуде Дніпрельстан.&lt;br /&gt;</w:t>
        <w:br/>
        <w:t>Але ж бісова дівка на кручі стоїть,&lt;br /&gt;</w:t>
        <w:br/>
        <w:t>Огорнувши вітрами стан.</w:t>
      </w:r>
    </w:p>
    <w:p>
      <w:r>
        <w:br/>
        <w:t>Це було зо дві тисячі з гаком літ,&lt;br /&gt;</w:t>
        <w:br/>
        <w:t>Коли стрів мене вражий спис:&lt;br /&gt;</w:t>
        <w:br/>
        <w:t>От як стала на кручі, так і стоїть,&lt;br /&gt;</w:t>
        <w:br/>
        <w:t>І в зіницях лукавий біс.</w:t>
      </w:r>
    </w:p>
    <w:p>
      <w:r>
        <w:br/>
        <w:t>І зове, і чарує бровою-крилом,&lt;br /&gt;</w:t>
        <w:br/>
        <w:t>І п'янить, мов козацький мед,&lt;br /&gt;</w:t>
        <w:br/>
        <w:t>Перехоплений в стані купальним зелом&lt;br /&gt;</w:t>
        <w:br/>
        <w:t>Ворожбитського зілля букет.</w:t>
      </w:r>
    </w:p>
    <w:p>
      <w:r>
        <w:br/>
        <w:t>Ех, повстав я —&lt;br /&gt;</w:t>
        <w:br/>
        <w:t>розпалася скіфська гора,&lt;br /&gt;</w:t>
        <w:br/>
        <w:t>Наполохавши римських гусей!&lt;br /&gt;</w:t>
        <w:br/>
        <w:t>Взяв я рештки меча, золоту пектораль&lt;br /&gt;</w:t>
        <w:br/>
        <w:t>І сховав крадькома в музей.</w:t>
      </w:r>
    </w:p>
    <w:p>
      <w:r>
        <w:br/>
        <w:t>Я одягся модерно в нейлон і лавсан,&lt;br /&gt;</w:t>
        <w:br/>
        <w:t>На побачення біг сто літ.&lt;br /&gt;</w:t>
        <w:br/>
        <w:t>А вона, огорнувши вітрами стан,&lt;br /&gt;</w:t>
        <w:br/>
        <w:t>Вже на іншій межі стоїть.</w:t>
      </w:r>
    </w:p>
    <w:p>
      <w:r>
        <w:br/>
        <w:t>Я роззув черевики, я біг сто літ,&lt;br /&gt;</w:t>
        <w:br/>
        <w:t>Я побив олімпійський рекорд!&lt;br /&gt;</w:t>
        <w:br/>
        <w:t>Та вона вже на третій межі стоїть, —&lt;br /&gt;</w:t>
        <w:br/>
        <w:t>А нехай би взяв мене чорт!</w:t>
      </w:r>
    </w:p>
    <w:p>
      <w:r>
        <w:br/>
        <w:t>Я поклав собі: вмерти і стерти слід.&lt;br /&gt;</w:t>
        <w:br/>
        <w:t>Хай гуде по мені Дніпрельстан...&lt;br /&gt;</w:t>
        <w:br/>
        <w:t>Але ж бісова дівка на кручі стоїть,&lt;br /&gt;</w:t>
        <w:br/>
        <w:t>Огорнувши вітрами стан.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спокійно б лежав під вагою століть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