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ще мала</w:t>
      </w:r>
    </w:p>
    <w:p>
      <w:r>
        <w:br/>
        <w:t xml:space="preserve"> Я ще мала&lt;br /&gt;</w:t>
        <w:br/>
        <w:t>Я, пане, мамина дочка,&lt;br /&gt;</w:t>
        <w:br/>
        <w:t>Не можу жить без мами я,&lt;br /&gt;</w:t>
        <w:br/>
        <w:t>Не знаю, що мені робить,&lt;br /&gt;</w:t>
        <w:br/>
        <w:t>Як поберусь із вами я.</w:t>
      </w:r>
    </w:p>
    <w:p>
      <w:r>
        <w:br/>
        <w:t>Я ще мала, я ще мала,&lt;br /&gt;</w:t>
        <w:br/>
        <w:t>Я ще мала, не підросла,&lt;br /&gt;</w:t>
        <w:br/>
        <w:t>Я ще мала, не підросла,&lt;br /&gt;</w:t>
        <w:br/>
        <w:t>Чого б то заміж я ішла?</w:t>
      </w:r>
    </w:p>
    <w:p>
      <w:r>
        <w:br/>
        <w:t>Є в мене платтячко нове,&lt;br /&gt;</w:t>
        <w:br/>
        <w:t>Не платтячко — картиночка;&lt;br /&gt;</w:t>
        <w:br/>
        <w:t>До вас піти — того й гляди&lt;br /&gt;</w:t>
        <w:br/>
        <w:t>Розтягнеться шнурівочка.</w:t>
      </w:r>
    </w:p>
    <w:p>
      <w:r>
        <w:br/>
        <w:t>Із вами ночі коротать&lt;br /&gt;</w:t>
        <w:br/>
        <w:t>Було б моїм обов'язком,&lt;br /&gt;</w:t>
        <w:br/>
        <w:t>В зимову ж пору — ніч як вік,&lt;br /&gt;</w:t>
        <w:br/>
        <w:t>Подумаю, аж боязко.</w:t>
      </w:r>
    </w:p>
    <w:p>
      <w:r>
        <w:br/>
        <w:t>Зима морозами кріпить,&lt;br /&gt;</w:t>
        <w:br/>
        <w:t>Зима гуляє хвижею...&lt;br /&gt;</w:t>
        <w:br/>
        <w:t>Приїдьте краще на той рік —&lt;br /&gt;</w:t>
        <w:br/>
        <w:t>За літо я підбільшаю.</w:t>
      </w:r>
    </w:p>
    <w:p>
      <w:r>
        <w:br/>
        <w:t>Я ще мала, я ще мала,&lt;br /&gt;</w:t>
        <w:br/>
        <w:t>Я ще мала, не підросла,&lt;br /&gt;</w:t>
        <w:br/>
        <w:t>Я ще мала, не підросла,&lt;br /&gt;</w:t>
        <w:br/>
        <w:t>Чого б то заміж я ішла?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ще мала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