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рад би все забути...</w:t>
      </w:r>
    </w:p>
    <w:p>
      <w:r>
        <w:br/>
        <w:t xml:space="preserve"> Я рад би все забути,&lt;br /&gt;</w:t>
        <w:br/>
        <w:t>що трапилось мені,&lt;br /&gt;</w:t>
        <w:br/>
        <w:t>і знову хлопцем бути&lt;br /&gt;</w:t>
        <w:br/>
        <w:t>у рідній стороні.</w:t>
      </w:r>
    </w:p>
    <w:p>
      <w:r>
        <w:br/>
        <w:t>Нехай би жив і бідно,&lt;br /&gt;</w:t>
        <w:br/>
        <w:t>та знав уже свій шлях —</w:t>
      </w:r>
    </w:p>
    <w:p>
      <w:r>
        <w:br/>
        <w:t>і вік провів свобідно&lt;br /&gt;</w:t>
        <w:br/>
        <w:t>при плузі на полях.</w:t>
      </w:r>
    </w:p>
    <w:p>
      <w:r>
        <w:br/>
        <w:t>А так я загубився&lt;br /&gt;</w:t>
        <w:br/>
        <w:t>і плакати дарма:&lt;br /&gt;</w:t>
        <w:br/>
        <w:t>від роду вже відбився,&lt;br /&gt;</w:t>
        <w:br/>
        <w:t>і вороття нема.</w:t>
      </w:r>
    </w:p>
    <w:p>
      <w:r>
        <w:br/>
        <w:t>1900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рад би все забути...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