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промчався тунелем тих літ...</w:t>
      </w:r>
    </w:p>
    <w:p>
      <w:r>
        <w:br/>
        <w:t xml:space="preserve"> Я промчався тунелем тих літ,&lt;br /&gt;</w:t>
        <w:br/>
        <w:t>де лиш протяг і втома,&lt;br /&gt;</w:t>
        <w:br/>
        <w:t>і малим повернувся на світ,&lt;br /&gt;</w:t>
        <w:br/>
        <w:t>та змаліли і вдома</w:t>
      </w:r>
    </w:p>
    <w:p>
      <w:r>
        <w:br/>
        <w:t>ті великі боги і дідьки,&lt;br /&gt;</w:t>
        <w:br/>
        <w:t>що в дитинстві лякали.&lt;br /&gt;</w:t>
        <w:br/>
        <w:t>Я сказав про підземні стежки,&lt;br /&gt;</w:t>
        <w:br/>
        <w:t>і мене не впізнали.</w:t>
      </w:r>
    </w:p>
    <w:p>
      <w:r>
        <w:br/>
        <w:t>А тебе я, кохана, впізнав,&lt;br /&gt;</w:t>
        <w:br/>
        <w:t>хоч не пахла, як злива,&lt;br /&gt;</w:t>
        <w:br/>
        <w:t>із холодних</w:t>
      </w:r>
    </w:p>
    <w:p>
      <w:r>
        <w:br/>
        <w:t>космацьких</w:t>
      </w:r>
    </w:p>
    <w:p>
      <w:r>
        <w:br/>
        <w:t>отав</w:t>
      </w:r>
    </w:p>
    <w:p>
      <w:r>
        <w:br/>
        <w:t>твоя посмішка сива.</w:t>
      </w:r>
    </w:p>
    <w:p>
      <w:r>
        <w:br/>
        <w:t>Хоч весільний твій кінь не носив&lt;br /&gt;</w:t>
        <w:br/>
        <w:t>ні барвінку, ні рути,&lt;br /&gt;</w:t>
        <w:br/>
        <w:t>хтось волосся твоє розповив…&lt;br /&gt;</w:t>
        <w:br/>
        <w:t>Може, протяг забутий?..</w:t>
      </w:r>
    </w:p>
    <w:p>
      <w:r>
        <w:br/>
        <w:t>Я руками тебе обів'ю,&lt;br /&gt;</w:t>
        <w:br/>
        <w:t>як тремтячу морелю, –&lt;br /&gt;</w:t>
        <w:br/>
        <w:t>наче білу сорочку твою&lt;br /&gt;</w:t>
        <w:br/>
        <w:t>втягне</w:t>
      </w:r>
    </w:p>
    <w:p>
      <w:r>
        <w:br/>
        <w:t>в пащу</w:t>
      </w:r>
    </w:p>
    <w:p>
      <w:r>
        <w:br/>
        <w:t>тунелю.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промчався тунелем тих літ...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