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прокинувся в серпні...</w:t>
      </w:r>
    </w:p>
    <w:p>
      <w:r>
        <w:br/>
        <w:t xml:space="preserve"> Я прокинувся в серпні</w:t>
      </w:r>
    </w:p>
    <w:p>
      <w:r>
        <w:br/>
        <w:t>з холодних космацьких отав...&lt;br /&gt;</w:t>
        <w:br/>
        <w:t>І в багряному Києві як би мені не жилося,&lt;br /&gt;</w:t>
        <w:br/>
        <w:t>це неспинене місто дитинства твого –</w:t>
      </w:r>
    </w:p>
    <w:p>
      <w:r>
        <w:br/>
        <w:t>як волосся,&lt;br /&gt;</w:t>
        <w:br/>
        <w:t>я над росами вгледів</w:t>
      </w:r>
    </w:p>
    <w:p>
      <w:r>
        <w:br/>
        <w:t>і в росах космацьких зібрав.&lt;br /&gt;</w:t>
        <w:br/>
        <w:t>Наче буковий ліс,</w:t>
      </w:r>
    </w:p>
    <w:p>
      <w:r>
        <w:br/>
        <w:t>я під ранок шепочу: "Не плач..."&lt;br /&gt;</w:t>
        <w:br/>
        <w:t>Я нагадував блазня і сном,</w:t>
      </w:r>
    </w:p>
    <w:p>
      <w:r>
        <w:br/>
        <w:t>і премудрістю лісу...&lt;br /&gt;</w:t>
        <w:br/>
        <w:t>А на жовтому склі тебе</w:t>
      </w:r>
    </w:p>
    <w:p>
      <w:r>
        <w:br/>
        <w:t>знову закутало місто –&lt;br /&gt;</w:t>
        <w:br/>
        <w:t>все із літер малих,</w:t>
      </w:r>
    </w:p>
    <w:p>
      <w:r>
        <w:br/>
        <w:t>як гарольд, коли йдеться про плащ.&lt;br /&gt;</w:t>
        <w:br/>
        <w:t>Теплі камені осені.</w:t>
      </w:r>
    </w:p>
    <w:p>
      <w:r>
        <w:br/>
        <w:t>Ранок! – на запах, на гул.&lt;br /&gt;</w:t>
        <w:br/>
        <w:t>Плечі голі, як сіно...</w:t>
      </w:r>
    </w:p>
    <w:p>
      <w:r>
        <w:br/>
        <w:t>І видно ж тебе – на півсвіта!&lt;br /&gt;</w:t>
        <w:br/>
        <w:t>Ти на вранішнім вітрі лежиш...</w:t>
      </w:r>
    </w:p>
    <w:p>
      <w:r>
        <w:br/>
        <w:t>Ти лежиш розповита,&lt;br /&gt;</w:t>
        <w:br/>
        <w:t>як роса!..</w:t>
      </w:r>
    </w:p>
    <w:p>
      <w:r>
        <w:br/>
        <w:t>Так лежиш ти одна,</w:t>
      </w:r>
    </w:p>
    <w:p>
      <w:r>
        <w:br/>
        <w:t>з тих, що знав і забув.&lt;br /&gt;</w:t>
        <w:br/>
        <w:t>...Та невже не притулю ніколи</w:t>
      </w:r>
    </w:p>
    <w:p>
      <w:r>
        <w:br/>
        <w:t>до жовтих озер&lt;br /&gt;</w:t>
        <w:br/>
        <w:t>два листки?..</w:t>
      </w:r>
    </w:p>
    <w:p>
      <w:r>
        <w:br/>
        <w:t>Все летять,</w:t>
      </w:r>
    </w:p>
    <w:p>
      <w:r>
        <w:br/>
        <w:t>пропадають у леготах, стуках&lt;br /&gt;</w:t>
        <w:br/>
        <w:t>на світанку,</w:t>
      </w:r>
    </w:p>
    <w:p>
      <w:r>
        <w:br/>
        <w:t>коли доростаєм до тих,</w:t>
      </w:r>
    </w:p>
    <w:p>
      <w:r>
        <w:br/>
        <w:t>що на буках...&lt;br /&gt;</w:t>
        <w:br/>
        <w:t>ніби вчора...</w:t>
      </w:r>
    </w:p>
    <w:p>
      <w:r>
        <w:br/>
        <w:t>Ще тепле каміння</w:t>
      </w:r>
    </w:p>
    <w:p>
      <w:r>
        <w:br/>
        <w:t>плечима повзе.&lt;br /&gt;</w:t>
        <w:br/>
        <w:t>Що ж, ми в серпні живем.</w:t>
      </w:r>
    </w:p>
    <w:p>
      <w:r>
        <w:br/>
        <w:t>У повітрі, де кожен згорав.&lt;br /&gt;</w:t>
        <w:br/>
        <w:t>Тут багато від кожного.</w:t>
      </w:r>
    </w:p>
    <w:p>
      <w:r>
        <w:br/>
        <w:t>Тільки під ранок не досить...&lt;br /&gt;</w:t>
        <w:br/>
        <w:t>Втім, це, може, тому,</w:t>
      </w:r>
    </w:p>
    <w:p>
      <w:r>
        <w:br/>
        <w:t>що душа на світанку попросить...&lt;br /&gt;</w:t>
        <w:br/>
        <w:t>І такої попросить –</w:t>
      </w:r>
    </w:p>
    <w:p>
      <w:r>
        <w:br/>
        <w:t>з холодних космацьких отав.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прокинувся в серпні...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