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пригорнусь до тебе...</w:t>
      </w:r>
    </w:p>
    <w:p>
      <w:r>
        <w:br/>
        <w:t xml:space="preserve"> Я пригорнусь до тебе&lt;br /&gt;</w:t>
        <w:br/>
        <w:t>Серцем і небесами,&lt;br /&gt;</w:t>
        <w:br/>
        <w:t>Плечима пагорбів рідних&lt;br /&gt;</w:t>
        <w:br/>
        <w:t>І доріг поясами.</w:t>
      </w:r>
    </w:p>
    <w:p>
      <w:r>
        <w:br/>
        <w:t>Я пригорнусь до тебе&lt;br /&gt;</w:t>
        <w:br/>
        <w:t>Мислею і землею,&lt;br /&gt;</w:t>
        <w:br/>
        <w:t>Темнотами чорнозему&lt;br /&gt;</w:t>
        <w:br/>
        <w:t>І туманами глею.</w:t>
      </w:r>
    </w:p>
    <w:p>
      <w:r>
        <w:br/>
        <w:t>Я пригорнусь до тебе&lt;br /&gt;</w:t>
        <w:br/>
        <w:t>Піснею і яворами,&lt;br /&gt;</w:t>
        <w:br/>
        <w:t>Золотими крильми пшениці,&lt;br /&gt;</w:t>
        <w:br/>
        <w:t>Тінявими ярами.</w:t>
      </w:r>
    </w:p>
    <w:p>
      <w:r>
        <w:br/>
        <w:t>Я пригорнусь до тебе&lt;br /&gt;</w:t>
        <w:br/>
        <w:t>Подихом лісу і полем,&lt;br /&gt;</w:t>
        <w:br/>
        <w:t>Клекотом Дніпрельстану,&lt;br /&gt;</w:t>
        <w:br/>
        <w:t>Тарасовим ореолом.</w:t>
      </w:r>
    </w:p>
    <w:p>
      <w:r>
        <w:br/>
        <w:t>Я пригорнусь до тебе&lt;br /&gt;</w:t>
        <w:br/>
        <w:t>Срібними віями хвої,&lt;br /&gt;</w:t>
        <w:br/>
        <w:t>Невмирущими голосами&lt;br /&gt;</w:t>
        <w:br/>
        <w:t>України нової.</w:t>
      </w:r>
    </w:p>
    <w:p>
      <w:r>
        <w:br/>
        <w:t>Я пригорнусь до тебе&lt;br /&gt;</w:t>
        <w:br/>
        <w:t>Світлом і далечиною&lt;br /&gt;</w:t>
        <w:br/>
        <w:t>Багряних зірниць, що вічно&lt;br /&gt;</w:t>
        <w:br/>
        <w:t>Світитимуть наді мною.</w:t>
      </w:r>
    </w:p>
    <w:p>
      <w:r>
        <w:br/>
        <w:t>В моєму тілі почуєш&lt;br /&gt;</w:t>
        <w:br/>
        <w:t>Гомін смереки, і рути,&lt;br /&gt;</w:t>
        <w:br/>
        <w:t>І того, що ніколи тліном&lt;br /&gt;</w:t>
        <w:br/>
        <w:t>Не було і не може 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пригорнусь до тебе...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