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поліг біля Ржева</w:t>
      </w:r>
    </w:p>
    <w:p>
      <w:r>
        <w:br/>
        <w:t xml:space="preserve"> Я поліг біля Ржева&lt;br /&gt;</w:t>
        <w:br/>
        <w:t>В безіменнім болоті,&lt;br /&gt;</w:t>
        <w:br/>
        <w:t>В п'ятій роті Сталева&lt;br /&gt;</w:t>
        <w:br/>
        <w:t>Вбила бомба в польоті.&lt;br /&gt;</w:t>
        <w:br/>
        <w:t>Били блиски сліпучі&lt;br /&gt;</w:t>
        <w:br/>
        <w:t>По передньому краю,&lt;br /&gt;</w:t>
        <w:br/>
        <w:t>Як в безодню із кручі&lt;br /&gt;</w:t>
        <w:br/>
        <w:t>Впав — і згадки немає.&lt;br /&gt;</w:t>
        <w:br/>
        <w:t>І на білому світі&lt;br /&gt;</w:t>
        <w:br/>
        <w:t>Наступила пітьма,&lt;br /&gt;</w:t>
        <w:br/>
        <w:t>Ні петлички-налички&lt;br /&gt;</w:t>
        <w:br/>
        <w:t>З гімнастьорки нема.&lt;br /&gt;</w:t>
        <w:br/>
        <w:t>Я — де корені силу&lt;br /&gt;</w:t>
        <w:br/>
        <w:t>Смокчуть в чорних гіллях,&lt;br /&gt;</w:t>
        <w:br/>
        <w:t>Я — де з хмаркою пилу&lt;br /&gt;</w:t>
        <w:br/>
        <w:t>Спіє жито в полях.&lt;br /&gt;</w:t>
        <w:br/>
        <w:t>Я — де щебет пташиний&lt;br /&gt;</w:t>
        <w:br/>
        <w:t>В вечори золоті,&lt;br /&gt;</w:t>
        <w:br/>
        <w:t>Я — де ваші машини&lt;br /&gt;</w:t>
        <w:br/>
        <w:t>Рвуть повітря в путі;&lt;br /&gt;</w:t>
        <w:br/>
        <w:t>Де травинку в травинку&lt;br /&gt;</w:t>
        <w:br/>
        <w:t>Річка трави пряде,&lt;br /&gt;</w:t>
        <w:br/>
        <w:t>Там, куди на поминки&lt;br /&gt;</w:t>
        <w:br/>
        <w:t>Навіть мати не йде.&lt;br /&gt;</w:t>
        <w:br/>
        <w:t>Полічіте, солдати,&lt;br /&gt;</w:t>
        <w:br/>
        <w:t>Скільки ночей назад&lt;br /&gt;</w:t>
        <w:br/>
        <w:t>Раптом вийшов на дати&lt;br /&gt;</w:t>
        <w:br/>
        <w:t>У бою Сталінград.&lt;br /&gt;</w:t>
        <w:br/>
        <w:t>Фронт горів з виднокраю,&lt;br /&gt;</w:t>
        <w:br/>
        <w:t>Мов на тілі рубці,&lt;br /&gt;</w:t>
        <w:br/>
        <w:t>Я поліг і не знаю:&lt;br /&gt;</w:t>
        <w:br/>
        <w:t>Чи у Ржеві бійці?&lt;br /&gt;</w:t>
        <w:br/>
        <w:t>А чи маєм удачі&lt;br /&gt;</w:t>
        <w:br/>
        <w:t>На середнім Дону?&lt;br /&gt;</w:t>
        <w:br/>
        <w:t>Дні останні гарячі, —&lt;br /&gt;</w:t>
        <w:br/>
        <w:t>Все було на кону.&lt;br /&gt;</w:t>
        <w:br/>
        <w:t>І невже то із танками&lt;br /&gt;</w:t>
        <w:br/>
        <w:t>Ворог вийшов за Дін,&lt;br /&gt;</w:t>
        <w:br/>
        <w:t>І хоча б то останками&lt;br /&gt;</w:t>
        <w:br/>
        <w:t>Аж до Волги йде він?&lt;br /&gt;</w:t>
        <w:br/>
        <w:t>Ні, неправда. До краю&lt;br /&gt;</w:t>
        <w:br/>
        <w:t>Він знеміг від атак.&lt;br /&gt;</w:t>
        <w:br/>
        <w:t>А інакше — не знаю,&lt;br /&gt;</w:t>
        <w:br/>
        <w:t>Навіть мертвому — як?&lt;br /&gt;</w:t>
        <w:br/>
        <w:t>І у мертвих, щоб знали,&lt;br /&gt;</w:t>
        <w:br/>
        <w:t>Є відрада одна:&lt;br /&gt;</w:t>
        <w:br/>
        <w:t>За Вітчизну ми впали,&lt;br /&gt;</w:t>
        <w:br/>
        <w:t>Та не впала вона.&lt;br /&gt;</w:t>
        <w:br/>
        <w:t>В нас потьмарились очі,&lt;br /&gt;</w:t>
        <w:br/>
        <w:t>Пломінь серця погас,&lt;br /&gt;</w:t>
        <w:br/>
        <w:t>На повірці щоночі&lt;br /&gt;</w:t>
        <w:br/>
        <w:t>Викликають не нас.&lt;br /&gt;</w:t>
        <w:br/>
        <w:t>Орденів не чіпляти,&lt;br /&gt;</w:t>
        <w:br/>
        <w:t>Що дала нам війна,&lt;br /&gt;</w:t>
        <w:br/>
        <w:t>Вам — життя все багате,&lt;br /&gt;</w:t>
        <w:br/>
        <w:t>Нам — відрада одна:&lt;br /&gt;</w:t>
        <w:br/>
        <w:t>Що пройшли всі маршрути&lt;br /&gt;</w:t>
        <w:br/>
        <w:t>За Вітчизну свою,&lt;br /&gt;</w:t>
        <w:br/>
        <w:t>Хай наш голос не чути, —&lt;br /&gt;</w:t>
        <w:br/>
        <w:t>Він із вами в бою.</w:t>
      </w:r>
    </w:p>
    <w:p>
      <w:r>
        <w:br/>
        <w:t>Ви повинні там, браття,&lt;br /&gt;</w:t>
        <w:br/>
        <w:t>Всі стоять, як стіна,&lt;br /&gt;</w:t>
        <w:br/>
        <w:t>Бо вже мертвих прокляття —&lt;br /&gt;</w:t>
        <w:br/>
        <w:t>То покара страшна.&lt;br /&gt;</w:t>
        <w:br/>
        <w:t>Це нескорене слово&lt;br /&gt;</w:t>
        <w:br/>
        <w:t>Нам навіки дано,&lt;br /&gt;</w:t>
        <w:br/>
        <w:t>І за нами воно&lt;br /&gt;</w:t>
        <w:br/>
        <w:t>Ходить вічно, грозово.&lt;br /&gt;</w:t>
        <w:br/>
        <w:t>В мене мертве чоло&lt;br /&gt;</w:t>
        <w:br/>
        <w:t>Не прикрила могила,&lt;br /&gt;</w:t>
        <w:br/>
        <w:t>Всім, що потім було,&lt;br /&gt;</w:t>
        <w:br/>
        <w:t>Смерть мене обділила.&lt;br /&gt;</w:t>
        <w:br/>
        <w:t>Всім, що, може, давно&lt;br /&gt;</w:t>
        <w:br/>
        <w:t>Вам у звичці ясніє,&lt;br /&gt;</w:t>
        <w:br/>
        <w:t>Хай же буде воно&lt;br /&gt;</w:t>
        <w:br/>
        <w:t>Жити в нашій надії.&lt;br /&gt;</w:t>
        <w:br/>
        <w:t>Браття, може, там ви&lt;br /&gt;</w:t>
        <w:br/>
        <w:t>І не Дон загубили&lt;br /&gt;</w:t>
        <w:br/>
        <w:t>І в тилу у Москви&lt;br /&gt;</w:t>
        <w:br/>
        <w:t>Віддали свої сили.&lt;br /&gt;</w:t>
        <w:br/>
        <w:t>Там, де волзькі вали,&lt;br /&gt;</w:t>
        <w:br/>
        <w:t>Ви копали окопи&lt;br /&gt;</w:t>
        <w:br/>
        <w:t>І з боями дійшли&lt;br /&gt;</w:t>
        <w:br/>
        <w:t>До кордону Європи.&lt;br /&gt;</w:t>
        <w:br/>
        <w:t>Нам лиш знати б, узнать,&lt;br /&gt;</w:t>
        <w:br/>
        <w:t>Що була у тривозі&lt;br /&gt;</w:t>
        <w:br/>
        <w:t>Та останняя п'ядь&lt;br /&gt;</w:t>
        <w:br/>
        <w:t>На воєнній дорозі.&lt;br /&gt;</w:t>
        <w:br/>
        <w:t>П'ядь, що кожен їй рад,&lt;br /&gt;</w:t>
        <w:br/>
        <w:t>І якщо її збавить,&lt;br /&gt;</w:t>
        <w:br/>
        <w:t>То, ступивши назад,&lt;br /&gt;</w:t>
        <w:br/>
        <w:t>Ногу нікуди ставить.&lt;br /&gt;</w:t>
        <w:br/>
        <w:t>П'ядь у грозяний час,&lt;br /&gt;</w:t>
        <w:br/>
        <w:t>За якою вставала&lt;br /&gt;</w:t>
        <w:br/>
        <w:t>За плечима у нас&lt;br /&gt;</w:t>
        <w:br/>
        <w:t>Вічна кузня Урала.&lt;br /&gt;</w:t>
        <w:br/>
        <w:t>Може, селами тими&lt;br /&gt;</w:t>
        <w:br/>
        <w:t>Відступа людожер.&lt;br /&gt;</w:t>
        <w:br/>
        <w:t>Може, ви, побратими,&lt;br /&gt;</w:t>
        <w:br/>
        <w:t>Вже в Смоленську тепер?&lt;br /&gt;</w:t>
        <w:br/>
        <w:t>Може, в дні сніговиці&lt;br /&gt;</w:t>
        <w:br/>
        <w:t>Гинуть німці-вовки,&lt;br /&gt;</w:t>
        <w:br/>
        <w:t>Може, вже до границі&lt;br /&gt;</w:t>
        <w:br/>
        <w:t>Наші вийшли полки?&lt;br /&gt;</w:t>
        <w:br/>
        <w:t>Може... Тільки ж ви знаєте&lt;br /&gt;</w:t>
        <w:br/>
        <w:t>Заповіт наших прав!&lt;br /&gt;</w:t>
        <w:br/>
        <w:t>Хоч Берлін, — пам'ятаєте,&lt;br /&gt;</w:t>
        <w:br/>
        <w:t>—До Москви підступав.&lt;br /&gt;</w:t>
        <w:br/>
        <w:t>Браття, вами поборені&lt;br /&gt;</w:t>
        <w:br/>
        <w:t>Ті ворожі вали,&lt;br /&gt;</w:t>
        <w:br/>
        <w:t>Якби мертві, нескорені,&lt;br /&gt;</w:t>
        <w:br/>
        <w:t>Хоч би плакать могли!&lt;br /&gt;</w:t>
        <w:br/>
        <w:t>Щоб з гармат із "катюшиних"&lt;br /&gt;</w:t>
        <w:br/>
        <w:t>Залпи в грізну блакить&lt;br /&gt;</w:t>
        <w:br/>
        <w:t>Нас, німих і заглушених,&lt;br /&gt;</w:t>
        <w:br/>
        <w:t>Воскрешали на мить.&lt;br /&gt;</w:t>
        <w:br/>
        <w:t>О брати наші звірені,&lt;br /&gt;</w:t>
        <w:br/>
        <w:t>Лиш тоді б на війні&lt;br /&gt;</w:t>
        <w:br/>
        <w:t>Ваше щастя незміряне&lt;br /&gt;</w:t>
        <w:br/>
        <w:t>Ви пізнали б вповні.</w:t>
      </w:r>
    </w:p>
    <w:p>
      <w:r>
        <w:br/>
        <w:t>В тому щасті незмінена&lt;br /&gt;</w:t>
        <w:br/>
        <w:t>Й наша часточка є,&lt;br /&gt;</w:t>
        <w:br/>
        <w:t>В ньому, смертю зупинена,&lt;br /&gt;</w:t>
        <w:br/>
        <w:t>Віра й зненависть б'є.&lt;br /&gt;</w:t>
        <w:br/>
        <w:t>Наше все! Не лукавими&lt;br /&gt;</w:t>
        <w:br/>
        <w:t>Ми пройшли в боротьбі,&lt;br /&gt;</w:t>
        <w:br/>
        <w:t>Все дали й не сховали ми&lt;br /&gt;</w:t>
        <w:br/>
        <w:t>А нічого собі.&lt;br /&gt;</w:t>
        <w:br/>
        <w:t>Все на вас перечислено&lt;br /&gt;</w:t>
        <w:br/>
        <w:t>На віки, не на час,&lt;br /&gt;</w:t>
        <w:br/>
        <w:t>І не в докір для вас,&lt;br /&gt;</w:t>
        <w:br/>
        <w:t>Що в цім слові замислено.&lt;br /&gt;</w:t>
        <w:br/>
        <w:t>Браття, в лютій війні&lt;br /&gt;</w:t>
        <w:br/>
        <w:t>Ми різниці не знали:&lt;br /&gt;</w:t>
        <w:br/>
        <w:t>І живі, і що впали, —&lt;br /&gt;</w:t>
        <w:br/>
        <w:t>Всі були нарівні.&lt;br /&gt;</w:t>
        <w:br/>
        <w:t>І ніхто перед нами&lt;br /&gt;</w:t>
        <w:br/>
        <w:t>Із живих не в боргу,&lt;br /&gt;</w:t>
        <w:br/>
        <w:t>Хто наш стяг між рядами&lt;br /&gt;</w:t>
        <w:br/>
        <w:t>Підхопив на снігу.&lt;br /&gt;</w:t>
        <w:br/>
        <w:t>Щоб за владу щасливу,&lt;br /&gt;</w:t>
        <w:br/>
        <w:t>За Радвладу свою,&lt;br /&gt;</w:t>
        <w:br/>
        <w:t>Кроком далі, можливо,&lt;br /&gt;</w:t>
        <w:br/>
        <w:t>Впасти в лютім бою.&lt;br /&gt;</w:t>
        <w:br/>
        <w:t>Я поліг біля Ржева,&lt;br /&gt;</w:t>
        <w:br/>
        <w:t>Кат грозить ще Москві.&lt;br /&gt;</w:t>
        <w:br/>
        <w:t>Де ви, воїни, де ви,&lt;br /&gt;</w:t>
        <w:br/>
        <w:t>Побратими живі?&lt;br /&gt;</w:t>
        <w:br/>
        <w:t>У містах вогнезорих,&lt;br /&gt;</w:t>
        <w:br/>
        <w:t>У сім'ї, у селі?&lt;br /&gt;</w:t>
        <w:br/>
        <w:t>В гарнізонах суворих&lt;br /&gt;</w:t>
        <w:br/>
        <w:t>Не на нашій землі?&lt;br /&gt;</w:t>
        <w:br/>
        <w:t>Земле, рідна без краю,&lt;br /&gt;</w:t>
        <w:br/>
        <w:t>Жив би — знав і чужу...&lt;br /&gt;</w:t>
        <w:br/>
        <w:t>Я вам жити бажаю, —&lt;br /&gt;</w:t>
        <w:br/>
        <w:t>Що я більше скажу?&lt;br /&gt;</w:t>
        <w:br/>
        <w:t>Завіщаю вам нині&lt;br /&gt;</w:t>
        <w:br/>
        <w:t>Всім у щасті прожить&lt;br /&gt;</w:t>
        <w:br/>
        <w:t>І своїй Батьківщині&lt;br /&gt;</w:t>
        <w:br/>
        <w:t>З честю вірно служить.&lt;br /&gt;</w:t>
        <w:br/>
        <w:t>Горювати — гордливо,&lt;br /&gt;</w:t>
        <w:br/>
        <w:t>Не хилить голови,&lt;br /&gt;</w:t>
        <w:br/>
        <w:t>Святкувать — не чванливо,&lt;br /&gt;</w:t>
        <w:br/>
        <w:t>Як повернетесь ви.&lt;br /&gt;</w:t>
        <w:br/>
        <w:t>Берегти її свято,&lt;br /&gt;</w:t>
        <w:br/>
        <w:t>Перемогу свою,&lt;br /&gt;</w:t>
        <w:br/>
        <w:t>В пам'ять воїна-брата,&lt;br /&gt;</w:t>
        <w:br/>
        <w:t>Що поліг у бою.&lt;br /&gt;</w:t>
        <w:br/>
        <w:t>Переклад Андрія Малишка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поліг біля Ржева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