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плакав у сні, мені снилася мрія...</w:t>
      </w:r>
    </w:p>
    <w:p>
      <w:r>
        <w:br/>
        <w:t xml:space="preserve"> Я плакав у сні, мені снилася мрія:&lt;br /&gt;</w:t>
        <w:br/>
        <w:t>Десь ніби я пташка, лечу уві сні —&lt;br /&gt;</w:t>
        <w:br/>
        <w:t>А долом сія Україна квітками,&lt;br /&gt;</w:t>
        <w:br/>
        <w:t>Красується вільна, своя, у весні!&lt;br /&gt;</w:t>
        <w:br/>
        <w:t>Я з радости плакав у сні...</w:t>
      </w:r>
    </w:p>
    <w:p>
      <w:r>
        <w:br/>
        <w:t>Я плакав у сні, мені снилася слава:&lt;br /&gt;</w:t>
        <w:br/>
        <w:t>Десь ніби я в трумні, сміюся у сні,&lt;br /&gt;</w:t>
        <w:br/>
        <w:t>А там, на горі, Україна співає,&lt;br /&gt;</w:t>
        <w:br/>
        <w:t>А світ весь за нею складає пісні...&lt;br /&gt;</w:t>
        <w:br/>
        <w:t>І ревне ридав я у сні!</w:t>
      </w:r>
    </w:p>
    <w:p>
      <w:r>
        <w:br/>
        <w:t>Проснувся в сльозах я і ревне заплакав:&lt;br /&gt;</w:t>
        <w:br/>
        <w:t>Всі люди побачать, здавалось мені,&lt;br /&gt;</w:t>
        <w:br/>
        <w:t>Вільну Україну! А я ще невольник! —&lt;br /&gt;</w:t>
        <w:br/>
        <w:t>Останній невольник — умру навесні...&lt;br /&gt;</w:t>
        <w:br/>
        <w:t>І хлинули сльози рясні!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плакав у сні, мені снилася мрія...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