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пішла як на дно. Наді мною свинцеві води...</w:t>
      </w:r>
    </w:p>
    <w:p>
      <w:r>
        <w:br/>
        <w:t xml:space="preserve"> * * *</w:t>
      </w:r>
    </w:p>
    <w:p>
      <w:r>
        <w:br/>
        <w:t>Я пішла як на дно. Наді мною свинцеві води.&lt;br /&gt;</w:t>
        <w:br/>
        <w:t>Тихі привиди верб обмивають стежку з колін.&lt;br /&gt;</w:t>
        <w:br/>
        <w:t>Захлинулась і впала, як розгойданий сполох свободи,&lt;br /&gt;</w:t>
        <w:br/>
        <w:t>як з німої дзвіниці обрізаний ворогом дзвін.</w:t>
      </w:r>
    </w:p>
    <w:p>
      <w:r>
        <w:br/>
        <w:t>Я вгрузаю в пісок. Може, десь там, в часах потомних,&lt;br /&gt;</w:t>
        <w:br/>
        <w:t>хтось, колись, пригадає і тихо мене позве.&lt;br /&gt;</w:t>
        <w:br/>
        <w:t>Дивні риби, і хмари, і тіні биків бетонних —&lt;br /&gt;</w:t>
        <w:br/>
        <w:t>все пливе наді мною... усе наді мною пливе...</w:t>
      </w:r>
    </w:p>
    <w:p>
      <w:r>
        <w:br/>
        <w:t>Мені сниться мій храм. Мені сняться золочені бані.&lt;br /&gt;</w:t>
        <w:br/>
        <w:t>У високому небі обгорілої віри хрести.&lt;br /&gt;</w:t>
        <w:br/>
        <w:t>Мені холодно тут. Та принаймні — ніякої твані.&lt;br /&gt;</w:t>
        <w:br/>
        <w:t>Глибина, вона що ж? — потойбічна сестра висоти.</w:t>
      </w:r>
    </w:p>
    <w:p>
      <w:r>
        <w:br/>
        <w:t>Забуваю свій голос. І вчуся тихо конати.&lt;br /&gt;</w:t>
        <w:br/>
        <w:t>Крижаніє ріка. Вже немає ні хвилі, ні хмар...&lt;br /&gt;</w:t>
        <w:br/>
        <w:t>Та зате хоч одне: перетлілі мої канати&lt;br /&gt;</w:t>
        <w:br/>
        <w:t>в не мої Великодні не сіпає жоден дзвонар.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пішла як на дно. Наді мною свинцеві води...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