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не співець чудовної природи...</w:t>
      </w:r>
    </w:p>
    <w:p>
      <w:r>
        <w:br/>
        <w:t xml:space="preserve"> Я не співець чудовної природи&lt;br /&gt;</w:t>
        <w:br/>
        <w:t>З холодною байдужістю її;&lt;br /&gt;</w:t>
        <w:br/>
        <w:t>З ума не йдуть знедолені народи, —&lt;br /&gt;</w:t>
        <w:br/>
        <w:t>Їм я віддав усі чуття мої.</w:t>
      </w:r>
    </w:p>
    <w:p>
      <w:r>
        <w:br/>
        <w:t>Серед ясних, золочених просторів&lt;br /&gt;</w:t>
        <w:br/>
        <w:t>Я бачу люд без житнього шматка...&lt;br /&gt;</w:t>
        <w:br/>
        <w:t>Блакить... пташки... з-під соловйових хорів,&lt;br /&gt;</w:t>
        <w:br/>
        <w:t>Мов ніж, вража скрізь стогін мужика.</w:t>
      </w:r>
    </w:p>
    <w:p>
      <w:r>
        <w:br/>
        <w:t>Нехай кругом розумний лад та втіха, —&lt;br /&gt;</w:t>
        <w:br/>
        <w:t>Не здужа їх мій мозок осягти,&lt;br /&gt;</w:t>
        <w:br/>
        <w:t>Бо скільки кривд, бо скільки всюди лиха,&lt;br /&gt;</w:t>
        <w:br/>
        <w:t>Як хижий звір, братів гризуть брати.</w:t>
      </w:r>
    </w:p>
    <w:p>
      <w:r>
        <w:br/>
        <w:t>Нехай людці, що до вітхнення вдатні,&lt;br /&gt;</w:t>
        <w:br/>
        <w:t>Співають нам на всякі голоси&lt;br /&gt;</w:t>
        <w:br/>
        <w:t>Про райські сни й куточки благодатні, —&lt;br /&gt;</w:t>
        <w:br/>
        <w:t>Де плачуть, там немає вже краси!</w:t>
      </w:r>
    </w:p>
    <w:p>
      <w:r>
        <w:br/>
        <w:t>Нехай вони, кохаючись "на лоні",&lt;br /&gt;</w:t>
        <w:br/>
        <w:t>Мук забуття вишукують дарма,&lt;br /&gt;</w:t>
        <w:br/>
        <w:t>Їх не заспать: у серця відгомоні&lt;br /&gt;</w:t>
        <w:br/>
        <w:t>Озветься світ з турботами всіма!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не співець чудовної природи...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