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дивуюся...</w:t>
      </w:r>
    </w:p>
    <w:p>
      <w:r>
        <w:br/>
        <w:t xml:space="preserve"> Я не дивуюся, що ми&lt;br /&gt;</w:t>
        <w:br/>
        <w:t>Нічого в світі не умієм&lt;br /&gt;</w:t>
        <w:br/>
        <w:t>(Звичайно, бідні гречкосії);&lt;br /&gt;</w:t>
        <w:br/>
        <w:t>Але дивуюся, що ми&lt;br /&gt;</w:t>
        <w:br/>
        <w:t>Нічого вчитися не хочем,&lt;br /&gt;</w:t>
        <w:br/>
        <w:t>Хоть нам наука коле в очі,&lt;br /&gt;</w:t>
        <w:br/>
        <w:t>Хоть нам при кождому лучаю&lt;br /&gt;</w:t>
        <w:br/>
        <w:t>І верби ю проповідають.</w:t>
      </w:r>
    </w:p>
    <w:p>
      <w:r>
        <w:br/>
        <w:t>Не цурайтесь, не цураймось&lt;br /&gt;</w:t>
        <w:br/>
        <w:t>Ми науки, браття!&lt;br /&gt;</w:t>
        <w:br/>
        <w:t>Роздивімся поусюду,&lt;br /&gt;</w:t>
        <w:br/>
        <w:t>Заздрім в кожду хату,&lt;br /&gt;</w:t>
        <w:br/>
        <w:t>Щоб навчитися з чужої,&lt;br /&gt;</w:t>
        <w:br/>
        <w:t>А не свої хиби,&lt;br /&gt;</w:t>
        <w:br/>
        <w:t>Що нам вчитись ще, а що нам&lt;br /&gt;</w:t>
        <w:br/>
        <w:t>Забувати треба,&lt;br /&gt;</w:t>
        <w:br/>
        <w:t>Й до котрого поберіжжя&lt;br /&gt;</w:t>
        <w:br/>
        <w:t>Нам би кермувати,&lt;br /&gt;</w:t>
        <w:br/>
        <w:t>Щоб до мети ся добити,&lt;br /&gt;</w:t>
        <w:br/>
        <w:t>В пристань ся дістати.&lt;br /&gt;</w:t>
        <w:br/>
        <w:t>Бо та руська наша мета&lt;br /&gt;</w:t>
        <w:br/>
        <w:t>Світла і велика,&lt;br /&gt;</w:t>
        <w:br/>
        <w:t>Але путь до неї строма,&lt;br /&gt;</w:t>
        <w:br/>
        <w:t>Прикра і далека.&lt;br /&gt;</w:t>
        <w:br/>
        <w:t>І ніхто ю нам не справить,&lt;br /&gt;</w:t>
        <w:br/>
        <w:t>Як свята наука;&lt;br /&gt;</w:t>
        <w:br/>
        <w:t>Задля того ж, руські браття,&lt;br /&gt;</w:t>
        <w:br/>
        <w:t>Книжку, книжку в руки!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дивуюся...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