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і смуток мій</w:t>
      </w:r>
    </w:p>
    <w:p>
      <w:r>
        <w:br/>
        <w:t xml:space="preserve"> &lt;p&gt;Всю ніч зо мною сум болючий мій,</w:t>
      </w:r>
    </w:p>
    <w:p>
      <w:r>
        <w:br/>
        <w:t>Супутник-друг блукань моїх безцільних.</w:t>
      </w:r>
    </w:p>
    <w:p>
      <w:r>
        <w:br/>
        <w:t>Нам весело у парі мовчазній,</w:t>
      </w:r>
    </w:p>
    <w:p>
      <w:r>
        <w:br/>
        <w:t>Де б не були ми — двоє нероздільних.</w:t>
      </w:r>
    </w:p>
    <w:p>
      <w:r>
        <w:br/>
        <w:t>Та давить нас нудьга похмурих стін,</w:t>
      </w:r>
    </w:p>
    <w:p>
      <w:r>
        <w:br/>
        <w:t>А книги сі — живої думки препарати —</w:t>
      </w:r>
    </w:p>
    <w:p>
      <w:r>
        <w:br/>
        <w:t>Вже виглядом самим наводять сплін</w:t>
      </w:r>
    </w:p>
    <w:p>
      <w:r>
        <w:br/>
        <w:t>І геть женуть з набридлої кімнати.</w:t>
      </w:r>
    </w:p>
    <w:p>
      <w:r>
        <w:br/>
        <w:t>З портретів дивляться докором нам услід</w:t>
      </w:r>
    </w:p>
    <w:p>
      <w:r>
        <w:br/>
        <w:t>Славетних діячів померхлі очі.</w:t>
      </w:r>
    </w:p>
    <w:p>
      <w:r>
        <w:br/>
        <w:t>Нас душить сміх... Ще мить — і пішохід</w:t>
      </w:r>
    </w:p>
    <w:p>
      <w:r>
        <w:br/>
        <w:t>Вітає нас весняним чаром ночі,</w:t>
      </w:r>
    </w:p>
    <w:p>
      <w:r>
        <w:br/>
        <w:t>Куди?.. Та все одно—аби звідсіль!</w:t>
      </w:r>
    </w:p>
    <w:p>
      <w:r>
        <w:br/>
        <w:t>Ось нам шепоче дощ свого таємну казку,</w:t>
      </w:r>
    </w:p>
    <w:p>
      <w:r>
        <w:br/>
        <w:t>Мов знахор той наврочений тамує біль</w:t>
      </w:r>
    </w:p>
    <w:p>
      <w:r>
        <w:br/>
        <w:t>Або зашіптує уразку.</w:t>
      </w:r>
    </w:p>
    <w:p>
      <w:r>
        <w:br/>
        <w:t>Блакитним сяєвом шипить ліхтар</w:t>
      </w:r>
    </w:p>
    <w:p>
      <w:r>
        <w:br/>
        <w:t>Бренять на вітах перли сліз весняних.</w:t>
      </w:r>
    </w:p>
    <w:p>
      <w:r>
        <w:br/>
        <w:t>Проваллям чорним нудиться бульвар</w:t>
      </w:r>
    </w:p>
    <w:p>
      <w:r>
        <w:br/>
        <w:t>І в пітьмі гасить спів мелодій ресторанних.</w:t>
      </w:r>
    </w:p>
    <w:p>
      <w:r>
        <w:br/>
        <w:t>Схилившись до колін, заснув візник...</w:t>
      </w:r>
    </w:p>
    <w:p>
      <w:r>
        <w:br/>
        <w:t>Забувши присягу і обов'язок,</w:t>
      </w:r>
    </w:p>
    <w:p>
      <w:r>
        <w:br/>
        <w:t>Одну із фей нічних обняв городовик</w:t>
      </w:r>
    </w:p>
    <w:p>
      <w:r>
        <w:br/>
        <w:t>І шепче їй про чар весняних казок.</w:t>
      </w:r>
    </w:p>
    <w:p>
      <w:r>
        <w:br/>
        <w:t>Ображений у найсвятіших почуттях,</w:t>
      </w:r>
    </w:p>
    <w:p>
      <w:r>
        <w:br/>
        <w:t>На них наскакує ретельний</w:t>
      </w:r>
    </w:p>
    <w:p>
      <w:r>
        <w:br/>
        <w:t>Дозорець-педагог... Кричить: "Розпуста! Жах!"</w:t>
      </w:r>
    </w:p>
    <w:p>
      <w:r>
        <w:br/>
        <w:t>І з подругою в кабінет готельний</w:t>
      </w:r>
    </w:p>
    <w:p>
      <w:r>
        <w:br/>
        <w:t>Спішить спасти порушену мораль</w:t>
      </w:r>
    </w:p>
    <w:p>
      <w:r>
        <w:br/>
        <w:t>Під регіт вулиці, і глузування.,</w:t>
      </w:r>
    </w:p>
    <w:p>
      <w:r>
        <w:br/>
        <w:t>І тихо знов..</w:t>
      </w:r>
    </w:p>
    <w:p>
      <w:r>
        <w:br/>
        <w:t>Всесвітня етуаль—</w:t>
      </w:r>
    </w:p>
    <w:p>
      <w:r>
        <w:br/>
        <w:t>Весна-красна — корять всіх співами кохання</w:t>
      </w:r>
    </w:p>
    <w:p>
      <w:r>
        <w:br/>
        <w:t>(Програми їх не знають заборон!):</w:t>
      </w:r>
    </w:p>
    <w:p>
      <w:r>
        <w:br/>
        <w:t>І старця, й буржуа, і проститутку,</w:t>
      </w:r>
    </w:p>
    <w:p>
      <w:r>
        <w:br/>
        <w:t>І, повную чеснот, достойні ту з матрон...</w:t>
      </w:r>
    </w:p>
    <w:p>
      <w:r>
        <w:br/>
        <w:t>Куди ж подітись нам, мій любий смутку?</w:t>
      </w:r>
    </w:p>
    <w:p>
      <w:r>
        <w:br/>
        <w:t>Розтанути в юрбі.?.. В душі пустій,</w:t>
      </w:r>
    </w:p>
    <w:p>
      <w:r>
        <w:br/>
        <w:t>Де з почуттів засушених зробивсь гербарій,</w:t>
      </w:r>
    </w:p>
    <w:p>
      <w:r>
        <w:br/>
        <w:t>Чи ж викличем ми відгук весняний</w:t>
      </w:r>
    </w:p>
    <w:p>
      <w:r>
        <w:br/>
        <w:t>Заснулих там чудово-ніжних арій?..</w:t>
      </w:r>
    </w:p>
    <w:p>
      <w:r>
        <w:br/>
        <w:t>Світає вже-.. Спізнілий десь автомобіль</w:t>
      </w:r>
    </w:p>
    <w:p>
      <w:r>
        <w:br/>
        <w:t>Кричить назустріч —дневі ревом п'яним,</w:t>
      </w:r>
    </w:p>
    <w:p>
      <w:r>
        <w:br/>
        <w:t>З кав'ярень віє пахом пряним...</w:t>
      </w:r>
    </w:p>
    <w:p>
      <w:r>
        <w:br/>
        <w:t>Встає рожевий день,</w:t>
      </w:r>
    </w:p>
    <w:p>
      <w:r>
        <w:br/>
        <w:t>Ходімо й ми звідсіль;</w:t>
      </w:r>
    </w:p>
    <w:p>
      <w:r>
        <w:br/>
        <w:t>Заснемо дома від турбот</w:t>
      </w:r>
    </w:p>
    <w:p>
      <w:r>
        <w:br/>
        <w:t>Та, пригадавши свій громадський обов'язок,</w:t>
      </w:r>
    </w:p>
    <w:p>
      <w:r>
        <w:br/>
        <w:t>Поринемо в утворення чеснот,</w:t>
      </w:r>
    </w:p>
    <w:p>
      <w:r>
        <w:br/>
        <w:t>В які й останній ідіот</w:t>
      </w:r>
    </w:p>
    <w:p>
      <w:r>
        <w:br/>
        <w:t>Не вірить у чаду весняних казок.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і смуток мій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