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і лис</w:t>
      </w:r>
    </w:p>
    <w:p>
      <w:r>
        <w:br/>
        <w:t xml:space="preserve"> Я восени зустріла лиса,&lt;br /&gt;</w:t>
        <w:br/>
        <w:t>А ліс довкола був рудим.&lt;br /&gt;</w:t>
        <w:br/>
        <w:t>Він біля мене зупинився&lt;br /&gt;</w:t>
        <w:br/>
        <w:t>І запитав: "То де твій дім?"&lt;br /&gt;</w:t>
        <w:br/>
        <w:t>Я розгубилася: "За лісом&lt;br /&gt;</w:t>
        <w:br/>
        <w:t>Його не видно, десь он там,&lt;br /&gt;</w:t>
        <w:br/>
        <w:t>Знайдеш".&lt;br /&gt;</w:t>
        <w:br/>
        <w:t>І лис не був би лисом,&lt;br /&gt;</w:t>
        <w:br/>
        <w:t>Якби не довіряв слідам.&lt;br /&gt;</w:t>
        <w:br/>
        <w:t>А навесні, коли зелене&lt;br /&gt;</w:t>
        <w:br/>
        <w:t>Й таке все гарне, аж до сліз,&lt;br /&gt;</w:t>
        <w:br/>
        <w:t>В міське помешкання до мене&lt;br /&gt;</w:t>
        <w:br/>
        <w:t>Постукав мій знайомий лис.&lt;br /&gt;</w:t>
        <w:br/>
        <w:t>Понюшив носом, облизнувся&lt;br /&gt;</w:t>
        <w:br/>
        <w:t>(я ж випікала пиріжки).&lt;br /&gt;</w:t>
        <w:br/>
        <w:t>Сказав: "Ну от, я повернувся,&lt;br /&gt;</w:t>
        <w:br/>
        <w:t>Тепер ходімо навпрошки.&lt;br /&gt;</w:t>
        <w:br/>
        <w:t>Взуй чобітки, бо в лісі трави&lt;br /&gt;</w:t>
        <w:br/>
        <w:t>Надвечір сиві від роси".&lt;br /&gt;</w:t>
        <w:br/>
        <w:t>І я залишила всі справи&lt;br /&gt;</w:t>
        <w:br/>
        <w:t>Й пішла із лисом у ліси.&lt;br /&gt;</w:t>
        <w:br/>
        <w:t>Було так зелено і свіжо,&lt;br /&gt;</w:t>
        <w:br/>
        <w:t>Як по народженні на світ,&lt;br /&gt;</w:t>
        <w:br/>
        <w:t>Лис, усміхаючись (не хижо),&lt;br /&gt;</w:t>
        <w:br/>
        <w:t>Ступав за мною слід у слід.&lt;br /&gt;</w:t>
        <w:br/>
        <w:t>Нас обіймали трави й квіти,&lt;br /&gt;</w:t>
        <w:br/>
        <w:t>нас огортав у сутінь ліс,&lt;br /&gt;</w:t>
        <w:br/>
        <w:t>і то не ми були — а діти,&lt;br /&gt;</w:t>
        <w:br/>
        <w:t>щасливі діти — я і лис.</w:t>
      </w:r>
    </w:p>
    <w:p>
      <w:r>
        <w:br/>
        <w:t>* * 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і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