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Гамлет. Як холоне кров...</w:t>
      </w:r>
    </w:p>
    <w:p>
      <w:r>
        <w:br/>
        <w:t xml:space="preserve"> Олександр Блок&lt;br /&gt;</w:t>
        <w:br/>
        <w:t>Я — Гамлет. Як холоне кров...</w:t>
      </w:r>
    </w:p>
    <w:p>
      <w:r>
        <w:br/>
        <w:t>Перекладач: Анатолій Гризун&lt;br /&gt;</w:t>
        <w:br/>
        <w:t>Джерело: З газети: "Літературна Україна" 24 листопада 2005 року</w:t>
      </w:r>
    </w:p>
    <w:p>
      <w:r>
        <w:br/>
        <w:t>Я — Гамлет. Як холоне кров,&lt;br /&gt;</w:t>
        <w:br/>
        <w:t>Коли сплітає підлість сіті!&lt;br /&gt;</w:t>
        <w:br/>
        <w:t>І в серці — перша ще любов&lt;br /&gt;</w:t>
        <w:br/>
        <w:t>До тої, що єдина в світі.</w:t>
      </w:r>
    </w:p>
    <w:p>
      <w:r>
        <w:br/>
        <w:t>Тебе, Офелію мою,&lt;br /&gt;</w:t>
        <w:br/>
        <w:t>Взяла зима життєва в далі.&lt;br /&gt;</w:t>
        <w:br/>
        <w:t>Я — принцу отчому краю,&lt;br /&gt;</w:t>
        <w:br/>
        <w:t>Від трути гину на кинджалі.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Гамлет. Як холоне кров...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