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мертвим, і живим, і ненарожденним...</w:t>
      </w:r>
    </w:p>
    <w:p>
      <w:r>
        <w:br/>
        <w:t xml:space="preserve"> І МЕРТВИМ, І ЖИВИМ, І НЕНАРОЖДЕННИМ *&lt;br /&gt;</w:t>
        <w:br/>
        <w:t>ЗЕМЛЯКАМ МОЇМ В УКРАЙНІ І НЕ В УКРАЙНІ МОЄ ДРУЖНЄЄ ПОСЛАНІЄ</w:t>
      </w:r>
    </w:p>
    <w:p>
      <w:r>
        <w:br/>
        <w:t>&lt;blockquote&gt;Аще кто речет, яко люблю бога, а брата своего ненавижу, ложь есть.&lt;br /&gt;</w:t>
        <w:br/>
        <w:t>Соборное послание Иоанна Глава 4, ст. 20.&lt;/blockquote&gt;</w:t>
      </w:r>
    </w:p>
    <w:p>
      <w:r>
        <w:br/>
        <w:t>І смеркає, і світає,&lt;br /&gt;</w:t>
        <w:br/>
        <w:t>День божий минає,&lt;br /&gt;</w:t>
        <w:br/>
        <w:t>І знову люд потомлений&lt;br /&gt;</w:t>
        <w:br/>
        <w:t>І все спочиває.&lt;br /&gt;</w:t>
        <w:br/>
        <w:t>Тільки я, мов окаянний,&lt;br /&gt;</w:t>
        <w:br/>
        <w:t>І день і ніч плачу&lt;br /&gt;</w:t>
        <w:br/>
        <w:t>На розпуттях велелюдних,&lt;br /&gt;</w:t>
        <w:br/>
        <w:t>І ніхто не бачить,&lt;br /&gt;</w:t>
        <w:br/>
        <w:t>І не бачить, і не знає —&lt;br /&gt;</w:t>
        <w:br/>
        <w:t>Оглухли, не чують;&lt;br /&gt;</w:t>
        <w:br/>
        <w:t>Кайданами міняються,&lt;br /&gt;</w:t>
        <w:br/>
        <w:t>Правдою торгують.&lt;br /&gt;</w:t>
        <w:br/>
        <w:t>І господа зневажають, —&lt;br /&gt;</w:t>
        <w:br/>
        <w:t>Людей запрягають&lt;br /&gt;</w:t>
        <w:br/>
        <w:t>В тяжкі ярма. Орють лихо,&lt;br /&gt;</w:t>
        <w:br/>
        <w:t>Лихом засівають.;:&lt;br /&gt;</w:t>
        <w:br/>
        <w:t>А що вродить? Побачите,&lt;br /&gt;</w:t>
        <w:br/>
        <w:t>Які будуть жнива!&lt;br /&gt;</w:t>
        <w:br/>
        <w:t>Схаменіться, недолюди,&lt;br /&gt;</w:t>
        <w:br/>
        <w:t>Діти юродивії&lt;br /&gt;</w:t>
        <w:br/>
        <w:t>Подивіться на рай тихий,&lt;br /&gt;</w:t>
        <w:br/>
        <w:t>На свою країну!&lt;br /&gt;</w:t>
        <w:br/>
        <w:t>Полюбіте щирим серцем&lt;br /&gt;</w:t>
        <w:br/>
        <w:t>Велику руїну!&lt;br /&gt;</w:t>
        <w:br/>
        <w:t>Розкуйтеся, братайтеся!&lt;br /&gt;</w:t>
        <w:br/>
        <w:t>У чужому краю&lt;br /&gt;</w:t>
        <w:br/>
        <w:t>Не шукайте, не питайте&lt;br /&gt;</w:t>
        <w:br/>
        <w:t>Того, що немає&lt;br /&gt;</w:t>
        <w:br/>
        <w:t>І на небі, а не тільки&lt;br /&gt;</w:t>
        <w:br/>
        <w:t>На чужому полі.&lt;br /&gt;</w:t>
        <w:br/>
        <w:t>В своїй хаті своя й правда,&lt;br /&gt;</w:t>
        <w:br/>
        <w:t>І сила, і воля.</w:t>
      </w:r>
    </w:p>
    <w:p>
      <w:r>
        <w:br/>
        <w:t>Нема на світі України,&lt;br /&gt;</w:t>
        <w:br/>
        <w:t>Немає другого Дніпра;&lt;br /&gt;</w:t>
        <w:br/>
        <w:t>А ви претеся на чужину&lt;br /&gt;</w:t>
        <w:br/>
        <w:t>Шукати доброго добра,&lt;br /&gt;</w:t>
        <w:br/>
        <w:t>Добра святого. Волі! волі!&lt;br /&gt;</w:t>
        <w:br/>
        <w:t>Братерства братнього! Найшли,&lt;br /&gt;</w:t>
        <w:br/>
        <w:t>Несли, несли з чужого поля&lt;br /&gt;</w:t>
        <w:br/>
        <w:t>І в Україну принесли&lt;br /&gt;</w:t>
        <w:br/>
        <w:t>Великих слов велику силу,&lt;br /&gt;</w:t>
        <w:br/>
        <w:t>Та й більш нічого. Кричите,&lt;br /&gt;</w:t>
        <w:br/>
        <w:t>Що бог создав вас не на те,&lt;br /&gt;</w:t>
        <w:br/>
        <w:t>Щоб ви неправді поклонились!..&lt;br /&gt;</w:t>
        <w:br/>
        <w:t>І хилитесь, як і хилилисьі&lt;br /&gt;</w:t>
        <w:br/>
        <w:t>І знову шкуру дерете&lt;br /&gt;</w:t>
        <w:br/>
        <w:t>З братів незрящих, гречкосіїв;&lt;br /&gt;</w:t>
        <w:br/>
        <w:t>І сонця правди дозрівать&lt;br /&gt;</w:t>
        <w:br/>
        <w:t>В німецькі землі, не чужії,&lt;br /&gt;</w:t>
        <w:br/>
        <w:t>Претеся знову!.. Якби взять&lt;br /&gt;</w:t>
        <w:br/>
        <w:t>І всю мізерію з собою,&lt;br /&gt;</w:t>
        <w:br/>
        <w:t>Дідами крадене добро,&lt;br /&gt;</w:t>
        <w:br/>
        <w:t>Тоді оставсь би сиротою&lt;br /&gt;</w:t>
        <w:br/>
        <w:t>З святими горами Дніпро!&lt;br /&gt;</w:t>
        <w:br/>
        <w:t>Ох, якби те сталось, щоб ви не вертались,&lt;br /&gt;</w:t>
        <w:br/>
        <w:t>Щоб там і здихали, де ви поросли!&lt;br /&gt;</w:t>
        <w:br/>
        <w:t>Не плакали б діти, мати б не ридала,&lt;br /&gt;</w:t>
        <w:br/>
        <w:t>Не чула б у бога вашої хули.&lt;br /&gt;</w:t>
        <w:br/>
        <w:t>І сонце не гріло б смердячого гною&lt;br /&gt;</w:t>
        <w:br/>
        <w:t>На чистій, широкій, на вольній землі.&lt;br /&gt;</w:t>
        <w:br/>
        <w:t>І люди б не знали, що ви за орли,&lt;br /&gt;</w:t>
        <w:br/>
        <w:t>І не покивали б на вас головою.&lt;br /&gt;</w:t>
        <w:br/>
        <w:t>Схаменіться! Будьте люди,&lt;br /&gt;</w:t>
        <w:br/>
        <w:t>Бо лихо вам буде!&lt;br /&gt;</w:t>
        <w:br/>
        <w:t>Розкуються незабаром&lt;br /&gt;</w:t>
        <w:br/>
        <w:t>Заковані люди.&lt;br /&gt;</w:t>
        <w:br/>
        <w:t>Настане суд, заговорять&lt;br /&gt;</w:t>
        <w:br/>
        <w:t>І Дніпро і гори!&lt;br /&gt;</w:t>
        <w:br/>
        <w:t>І потече сторіками&lt;br /&gt;</w:t>
        <w:br/>
        <w:t>Кров у синє море&lt;br /&gt;</w:t>
        <w:br/>
        <w:t>Дітей ваших... І не буде&lt;br /&gt;</w:t>
        <w:br/>
        <w:t>Кому помагати:&lt;br /&gt;</w:t>
        <w:br/>
        <w:t>Одцурається брат брата&lt;br /&gt;</w:t>
        <w:br/>
        <w:t>І дитини мати.&lt;br /&gt;</w:t>
        <w:br/>
        <w:t>І дим хмарою заступить&lt;br /&gt;</w:t>
        <w:br/>
        <w:t>Сонце перед вами,&lt;br /&gt;</w:t>
        <w:br/>
        <w:t>І навіки прокленетесь&lt;br /&gt;</w:t>
        <w:br/>
        <w:t>Своїми синами!&lt;br /&gt;</w:t>
        <w:br/>
        <w:t>Умийтеся! Образ божий&lt;br /&gt;</w:t>
        <w:br/>
        <w:t>Багном не скверніте.&lt;br /&gt;</w:t>
        <w:br/>
        <w:t>Не дуріте дітей ваших,&lt;br /&gt;</w:t>
        <w:br/>
        <w:t>Що вони на світі&lt;br /&gt;</w:t>
        <w:br/>
        <w:t>На те тільки, щоб панувать...&lt;br /&gt;</w:t>
        <w:br/>
        <w:t>Бо невчене око&lt;br /&gt;</w:t>
        <w:br/>
        <w:t>Загляне їм в саму душу&lt;br /&gt;</w:t>
        <w:br/>
        <w:t>Глибоко! глибоко!&lt;br /&gt;</w:t>
        <w:br/>
        <w:t>Дознаються небожата,&lt;br /&gt;</w:t>
        <w:br/>
        <w:t>Чия на вас шкура,&lt;br /&gt;</w:t>
        <w:br/>
        <w:t>Та й засудять, — і премудрих&lt;br /&gt;</w:t>
        <w:br/>
        <w:t>Немудрі одурять!</w:t>
      </w:r>
    </w:p>
    <w:p>
      <w:r>
        <w:br/>
        <w:t>Якби ви вчились так, як треба,&lt;br /&gt;</w:t>
        <w:br/>
        <w:t>То й мудрість би була своя.&lt;br /&gt;</w:t>
        <w:br/>
        <w:t>А то залізете на небо:&lt;br /&gt;</w:t>
        <w:br/>
        <w:t>— І ми — не ми, і я — не я!&lt;br /&gt;</w:t>
        <w:br/>
        <w:t>І все те бачив, і все знаю:&lt;br /&gt;</w:t>
        <w:br/>
        <w:t>Нема ні пекла, ані раю,&lt;br /&gt;</w:t>
        <w:br/>
        <w:t>Немає й бога, тільки я!&lt;br /&gt;</w:t>
        <w:br/>
        <w:t>Та куций німець узлуватий,&lt;br /&gt;</w:t>
        <w:br/>
        <w:t>А більш нікого!.. — Добре, брате,&lt;br /&gt;</w:t>
        <w:br/>
        <w:t>Що ж ти такеє?&lt;br /&gt;</w:t>
        <w:br/>
        <w:t>— Нехай скаже&lt;br /&gt;</w:t>
        <w:br/>
        <w:t>Німець. Ми не знаєм. —&lt;br /&gt;</w:t>
        <w:br/>
        <w:t>Отак-то ви навчаєтесь&lt;br /&gt;</w:t>
        <w:br/>
        <w:t>У чужому краю!&lt;br /&gt;</w:t>
        <w:br/>
        <w:t>Німець скаже: — Ви моголи. —&lt;br /&gt;</w:t>
        <w:br/>
        <w:t>— Моголи! моголи! —&lt;br /&gt;</w:t>
        <w:br/>
        <w:t>Золотого Тамерлана&lt;br /&gt;</w:t>
        <w:br/>
        <w:t>Онучата голі.&lt;br /&gt;</w:t>
        <w:br/>
        <w:t>Німець скаже: — Ви слав'яни.&lt;br /&gt;</w:t>
        <w:br/>
        <w:t>— Слав'яни! слав'яни!&lt;br /&gt;</w:t>
        <w:br/>
        <w:t>Славних прадідів великих&lt;br /&gt;</w:t>
        <w:br/>
        <w:t>Правнуки погані!&lt;br /&gt;</w:t>
        <w:br/>
        <w:t>І Коллара читаєте&lt;br /&gt;</w:t>
        <w:br/>
        <w:t>З усієї сили,&lt;br /&gt;</w:t>
        <w:br/>
        <w:t>І Шафарика, і Ганка,&lt;br /&gt;</w:t>
        <w:br/>
        <w:t>І в слав'янофіли&lt;br /&gt;</w:t>
        <w:br/>
        <w:t>Так і претесь... І всі мови&lt;br /&gt;</w:t>
        <w:br/>
        <w:t>Слав'янського люду —&lt;br /&gt;</w:t>
        <w:br/>
        <w:t>Всі знаєте. А своєї&lt;br /&gt;</w:t>
        <w:br/>
        <w:t>Дастьбі... Колись будем&lt;br /&gt;</w:t>
        <w:br/>
        <w:t>І по-своєму глаголать,&lt;br /&gt;</w:t>
        <w:br/>
        <w:t>Як німець покаже&lt;br /&gt;</w:t>
        <w:br/>
        <w:t>Та до того й історію&lt;br /&gt;</w:t>
        <w:br/>
        <w:t>Нашу нам розкаже.&lt;br /&gt;</w:t>
        <w:br/>
        <w:t>Отоді ми заходимось!&lt;br /&gt;</w:t>
        <w:br/>
        <w:t>Добре заходились&lt;br /&gt;</w:t>
        <w:br/>
        <w:t>По німецькому показу&lt;br /&gt;</w:t>
        <w:br/>
        <w:t>І заговорили&lt;br /&gt;</w:t>
        <w:br/>
        <w:t>Так, що й німець не второпа,&lt;br /&gt;</w:t>
        <w:br/>
        <w:t>Учитель великий,&lt;br /&gt;</w:t>
        <w:br/>
        <w:t>А не те, щоб прості люди,&lt;br /&gt;</w:t>
        <w:br/>
        <w:t>А гвалту! а крику!&lt;br /&gt;</w:t>
        <w:br/>
        <w:t>— І гармонія, і сила:&lt;br /&gt;</w:t>
        <w:br/>
        <w:t>Музика та й годі!&lt;br /&gt;</w:t>
        <w:br/>
        <w:t>А історія!.. Поема&lt;br /&gt;</w:t>
        <w:br/>
        <w:t>Вольного народа!&lt;br /&gt;</w:t>
        <w:br/>
        <w:t>Що ті римляни убогі!&lt;br /&gt;</w:t>
        <w:br/>
        <w:t>Чорт зна що — не Брутиі&lt;br /&gt;</w:t>
        <w:br/>
        <w:t>У нас Брути! і Коклеси!&lt;br /&gt;</w:t>
        <w:br/>
        <w:t>Плавні, незабуті!&lt;br /&gt;</w:t>
        <w:br/>
        <w:t>( У нас воля виростала,&lt;br /&gt;</w:t>
        <w:br/>
        <w:t>Дніпром умивалась,&lt;br /&gt;</w:t>
        <w:br/>
        <w:t>У голови гори слала,&lt;br /&gt;</w:t>
        <w:br/>
        <w:t>Степом укривалась! —&lt;br /&gt;</w:t>
        <w:br/>
        <w:t>Кров'ю вона умивалась,&lt;br /&gt;</w:t>
        <w:br/>
        <w:t>А спала на купах,&lt;br /&gt;</w:t>
        <w:br/>
        <w:t>На козацьких вольних трупах,&lt;br /&gt;</w:t>
        <w:br/>
        <w:t>Окрадених трупах!&lt;br /&gt;</w:t>
        <w:br/>
        <w:t>Подивіться лишень добре,&lt;br /&gt;</w:t>
        <w:br/>
        <w:t>Прочитайте знову&lt;br /&gt;</w:t>
        <w:br/>
        <w:t>Тую славу. Та читайте&lt;br /&gt;</w:t>
        <w:br/>
        <w:t>Од слова до слова,&lt;br /&gt;</w:t>
        <w:br/>
        <w:t>Не минайте ані титли,&lt;br /&gt;</w:t>
        <w:br/>
        <w:t>Ніже тії коми —&lt;br /&gt;</w:t>
        <w:br/>
        <w:t>Все розберіть... Та й спитайте&lt;br /&gt;</w:t>
        <w:br/>
        <w:t>Тоді себе: що ми?..&lt;br /&gt;</w:t>
        <w:br/>
        <w:t>Чиї сини? Яких батьків?&lt;br /&gt;</w:t>
        <w:br/>
        <w:t>Ким? За що закуті?..&lt;br /&gt;</w:t>
        <w:br/>
        <w:t>То й побачите, що ось що&lt;br /&gt;</w:t>
        <w:br/>
        <w:t>Ваші славні Брути:</w:t>
      </w:r>
    </w:p>
    <w:p>
      <w:r>
        <w:br/>
        <w:t>Раби, підніжки, грязь Москви,&lt;br /&gt;</w:t>
        <w:br/>
        <w:t>Варшавське сміття — ваші пани,&lt;br /&gt;</w:t>
        <w:br/>
        <w:t>Ясновельможнії гетьмани.&lt;br /&gt;</w:t>
        <w:br/>
        <w:t>Чого ж ви чванитеся, ви!&lt;br /&gt;</w:t>
        <w:br/>
        <w:t>Сини сердешної Украйни!&lt;br /&gt;</w:t>
        <w:br/>
        <w:t>Що добре ходите в ярмі,&lt;br /&gt;</w:t>
        <w:br/>
        <w:t>Ще лучче, як батьки ходили?!&lt;br /&gt;</w:t>
        <w:br/>
        <w:t>Не чваньтесь, з вас деруть ремінь,&lt;br /&gt;</w:t>
        <w:br/>
        <w:t>А з їх, бувало, й лій топили.&lt;br /&gt;</w:t>
        <w:br/>
        <w:t>Може, чванитесь, що братство&lt;br /&gt;</w:t>
        <w:br/>
        <w:t>Віру заступило?&lt;br /&gt;</w:t>
        <w:br/>
        <w:t>Що Синопом, Трапезонтом&lt;br /&gt;</w:t>
        <w:br/>
        <w:t>Галушки варило?&lt;br /&gt;</w:t>
        <w:br/>
        <w:t>Правда!.. Правда, наїдались,&lt;br /&gt;</w:t>
        <w:br/>
        <w:t>А вам тепер вадить.&lt;br /&gt;</w:t>
        <w:br/>
        <w:t>І па Січі мудрий німець&lt;br /&gt;</w:t>
        <w:br/>
        <w:t>Картопельку садить,&lt;br /&gt;</w:t>
        <w:br/>
        <w:t>А ви її купуєте,&lt;br /&gt;</w:t>
        <w:br/>
        <w:t>Їсте на здоров'я&lt;br /&gt;</w:t>
        <w:br/>
        <w:t>Та славите Запорожжя.&lt;br /&gt;</w:t>
        <w:br/>
        <w:t>А чиєю кров'ю&lt;br /&gt;</w:t>
        <w:br/>
        <w:t>Ота земля напоєна,&lt;br /&gt;</w:t>
        <w:br/>
        <w:t>Що картопля родить?&lt;br /&gt;</w:t>
        <w:br/>
        <w:t>Вам байдуже. Аби добра&lt;br /&gt;</w:t>
        <w:br/>
        <w:t>Була для городу!&lt;br /&gt;</w:t>
        <w:br/>
        <w:t>А чванитесь, що ми Польщу&lt;br /&gt;</w:t>
        <w:br/>
        <w:t>Колись завалили!..&lt;br /&gt;</w:t>
        <w:br/>
        <w:t>Правда ваша: Польща впала,&lt;br /&gt;</w:t>
        <w:br/>
        <w:t>Та й вас роздавила!</w:t>
      </w:r>
    </w:p>
    <w:p>
      <w:r>
        <w:br/>
        <w:t>Так от як кров свою лили&lt;br /&gt;</w:t>
        <w:br/>
        <w:t>Батьки за Москву і Варшаву,&lt;br /&gt;</w:t>
        <w:br/>
        <w:t>І вам, синам, передали&lt;br /&gt;</w:t>
        <w:br/>
        <w:t>Свої кайдани, свою славу!</w:t>
      </w:r>
    </w:p>
    <w:p>
      <w:r>
        <w:br/>
        <w:t>Доборолась Україна&lt;br /&gt;</w:t>
        <w:br/>
        <w:t>До самого краю.&lt;br /&gt;</w:t>
        <w:br/>
        <w:t>Гірше ляха свої діти&lt;br /&gt;</w:t>
        <w:br/>
        <w:t>Її розпинають.&lt;br /&gt;</w:t>
        <w:br/>
        <w:t>Замість пива праведную&lt;br /&gt;</w:t>
        <w:br/>
        <w:t>Кров із ребер точать.&lt;br /&gt;</w:t>
        <w:br/>
        <w:t>Просвітити, кажуть, хочуть&lt;br /&gt;</w:t>
        <w:br/>
        <w:t>Материні очі&lt;br /&gt;</w:t>
        <w:br/>
        <w:t>Современними огнями.&lt;br /&gt;</w:t>
        <w:br/>
        <w:t>Повести за віком,&lt;br /&gt;</w:t>
        <w:br/>
        <w:t>За німцями, недоріку,&lt;br /&gt;</w:t>
        <w:br/>
        <w:t>Сліпую каліку.&lt;br /&gt;</w:t>
        <w:br/>
        <w:t>Добре! Ведіть, показуйте!&lt;br /&gt;</w:t>
        <w:br/>
        <w:t>Нехай стара мати&lt;br /&gt;</w:t>
        <w:br/>
        <w:t>Навчається, як дітей тих&lt;br /&gt;</w:t>
        <w:br/>
        <w:t>Нових доглядати.&lt;br /&gt;</w:t>
        <w:br/>
        <w:t>Показуйте!.. За науку&lt;br /&gt;</w:t>
        <w:br/>
        <w:t>Не турбуйтесь! Буде&lt;br /&gt;</w:t>
        <w:br/>
        <w:t>Материна добра плата:&lt;br /&gt;</w:t>
        <w:br/>
        <w:t>Розпадеться луда&lt;br /&gt;</w:t>
        <w:br/>
        <w:t>На очах ваших неситих;&lt;br /&gt;</w:t>
        <w:br/>
        <w:t>Побачите славу,&lt;br /&gt;</w:t>
        <w:br/>
        <w:t>Живу славу дідів своїх&lt;br /&gt;</w:t>
        <w:br/>
        <w:t>І батьків лукавих.&lt;br /&gt;</w:t>
        <w:br/>
        <w:t>Не дуріте самі себе!&lt;br /&gt;</w:t>
        <w:br/>
        <w:t>Учітесь, читайте,&lt;br /&gt;</w:t>
        <w:br/>
        <w:t>І чужому научайтесь,&lt;br /&gt;</w:t>
        <w:br/>
        <w:t>Й свого не цурайтесь.&lt;br /&gt;</w:t>
        <w:br/>
        <w:t>Бо хто матір забуває,&lt;br /&gt;</w:t>
        <w:br/>
        <w:t>Того бог карає,&lt;br /&gt;</w:t>
        <w:br/>
        <w:t>Того діти цураються,&lt;br /&gt;</w:t>
        <w:br/>
        <w:t>В хату не пускають.&lt;br /&gt;</w:t>
        <w:br/>
        <w:t>Чужі люди проганяють,&lt;br /&gt;</w:t>
        <w:br/>
        <w:t>І немає злому&lt;br /&gt;</w:t>
        <w:br/>
        <w:t>На всій землі безконечній&lt;br /&gt;</w:t>
        <w:br/>
        <w:t>Веселого дому.&lt;br /&gt;</w:t>
        <w:br/>
        <w:t>Я ридаю, як згадаю&lt;br /&gt;</w:t>
        <w:br/>
        <w:t>Діла незабуті&lt;br /&gt;</w:t>
        <w:br/>
        <w:t>Дідів наших. Тяжкі діла!&lt;br /&gt;</w:t>
        <w:br/>
        <w:t>Якби їх забути,&lt;br /&gt;</w:t>
        <w:br/>
        <w:t>Я оддав би веселого&lt;br /&gt;</w:t>
        <w:br/>
        <w:t>Віку половину.&lt;br /&gt;</w:t>
        <w:br/>
        <w:t>Отака-то наша слава,&lt;br /&gt;</w:t>
        <w:br/>
        <w:t>Слава України.&lt;br /&gt;</w:t>
        <w:br/>
        <w:t>Отак і ви прочитайте,&lt;br /&gt;</w:t>
        <w:br/>
        <w:t>Щоб не сонним снились&lt;br /&gt;</w:t>
        <w:br/>
        <w:t>Всі неправди, щоб розкрились&lt;br /&gt;</w:t>
        <w:br/>
        <w:t>Високі могили&lt;br /&gt;</w:t>
        <w:br/>
        <w:t>Перед вашими очима.&lt;br /&gt;</w:t>
        <w:br/>
        <w:t>Щоб ви розпитали&lt;br /&gt;</w:t>
        <w:br/>
        <w:t>Мучеників: кого, коли,&lt;br /&gt;</w:t>
        <w:br/>
        <w:t>За що розпинали?&lt;br /&gt;</w:t>
        <w:br/>
        <w:t>Обніміте ж, брати мої,&lt;br /&gt;</w:t>
        <w:br/>
        <w:t>Найменшого брата, —&lt;br /&gt;</w:t>
        <w:br/>
        <w:t>Нехай мати усміхнеться,&lt;br /&gt;</w:t>
        <w:br/>
        <w:t>Заплакана мати.&lt;br /&gt;</w:t>
        <w:br/>
        <w:t>Благословить дітей своїх&lt;br /&gt;</w:t>
        <w:br/>
        <w:t>Твердими руками&lt;br /&gt;</w:t>
        <w:br/>
        <w:t>І діточок поцілує&lt;br /&gt;</w:t>
        <w:br/>
        <w:t>Вольними устами.&lt;br /&gt;</w:t>
        <w:br/>
        <w:t>І забудеться срамотна&lt;br /&gt;</w:t>
        <w:br/>
        <w:t>Давняя година,&lt;br /&gt;</w:t>
        <w:br/>
        <w:t>І оживе добра слава,&lt;br /&gt;</w:t>
        <w:br/>
        <w:t>Слава України,&lt;br /&gt;</w:t>
        <w:br/>
        <w:t>І світ ясний, невечерній&lt;br /&gt;</w:t>
        <w:br/>
        <w:t>Тихо засіяє. ....&lt;br /&gt;</w:t>
        <w:br/>
        <w:t>Обніміться ж, брати мої,&lt;br /&gt;</w:t>
        <w:br/>
        <w:t>Молю вас, благаю!</w:t>
      </w:r>
    </w:p>
    <w:p>
      <w:r>
        <w:br/>
        <w:t>14 грудня 1845 В'юнища</w:t>
      </w:r>
    </w:p>
    <w:p>
      <w:r>
        <w:br/>
        <w:t>&lt;blockquote class="cita" style='text-align:left'&gt;* Згідно до сучасної орфографії української мови правильним буде написання "ненародженим", але в першодруку та в оригіналі Тарас Григорович використав написання "ненарожденним"&lt;/blockquote&gt;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мертвим, і живим, і ненарожденним...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