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кінь тебе поніс через потік...</w:t>
      </w:r>
    </w:p>
    <w:p>
      <w:r>
        <w:br/>
        <w:t xml:space="preserve"> І кінь тебе поніс через потік.&lt;br /&gt;</w:t>
        <w:br/>
        <w:t>Для тебе ліжник на коня накинув&lt;br /&gt;</w:t>
        <w:br/>
        <w:t>панашко.</w:t>
      </w:r>
    </w:p>
    <w:p>
      <w:r>
        <w:br/>
        <w:t>Він коня твого зарік</w:t>
      </w:r>
    </w:p>
    <w:p>
      <w:r>
        <w:br/>
        <w:t>на воду й камінь, блискавки і глину.</w:t>
      </w:r>
    </w:p>
    <w:p>
      <w:r>
        <w:br/>
        <w:t>І кінь пішов на воду,</w:t>
      </w:r>
    </w:p>
    <w:p>
      <w:r>
        <w:br/>
        <w:t>і поніс</w:t>
      </w:r>
    </w:p>
    <w:p>
      <w:r>
        <w:br/>
        <w:t>тебе через потік.</w:t>
      </w:r>
    </w:p>
    <w:p>
      <w:r>
        <w:br/>
        <w:t>І ліг на воду</w:t>
      </w:r>
    </w:p>
    <w:p>
      <w:r>
        <w:br/>
        <w:t>узір барвистий ліжника.</w:t>
      </w:r>
    </w:p>
    <w:p>
      <w:r>
        <w:br/>
        <w:t>І ліс</w:t>
      </w:r>
    </w:p>
    <w:p>
      <w:r>
        <w:br/>
        <w:t>осінній розірвав його зі споду.</w:t>
      </w:r>
    </w:p>
    <w:p>
      <w:r>
        <w:br/>
        <w:t>Ти глянула у воду:</w:t>
      </w:r>
    </w:p>
    <w:p>
      <w:r>
        <w:br/>
        <w:t>не стає</w:t>
      </w:r>
    </w:p>
    <w:p>
      <w:r>
        <w:br/>
        <w:t>одної барви — щоб лице погладить.&lt;br /&gt;</w:t>
        <w:br/>
        <w:t>Спізнилось у воді лице твоє —&lt;br /&gt;</w:t>
        <w:br/>
        <w:t>умре в узорі,</w:t>
      </w:r>
    </w:p>
    <w:p>
      <w:r>
        <w:br/>
        <w:t>не спинившись навіть.</w:t>
      </w:r>
    </w:p>
    <w:p>
      <w:r>
        <w:br/>
        <w:t>А кінь тебе несе через потік.&lt;br /&gt;</w:t>
        <w:br/>
        <w:t>А кінь тебе несе в осінній праліс.&lt;br /&gt;</w:t>
        <w:br/>
        <w:t>Не вирветься на твердь узорний лик.&lt;br /&gt;</w:t>
        <w:br/>
        <w:t>Зімкнулись води,</w:t>
      </w:r>
    </w:p>
    <w:p>
      <w:r>
        <w:br/>
        <w:t>щоб сліди зостались.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кінь тебе поніс через потік...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