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Грузія Радянська</w:t>
      </w:r>
    </w:p>
    <w:p>
      <w:r>
        <w:br/>
        <w:t xml:space="preserve"> І</w:t>
      </w:r>
    </w:p>
    <w:p>
      <w:r>
        <w:br/>
        <w:t>Прекрасні і гори твої, і долини,&lt;br /&gt;</w:t>
        <w:br/>
        <w:t>Поети Едемом тебе звуть не всує!&lt;br /&gt;</w:t>
        <w:br/>
        <w:t>Поглянеш — і зір не сягне верховини,&lt;br /&gt;</w:t>
        <w:br/>
        <w:t>Поглянеш — і зір виноградник чарує.&lt;br /&gt;</w:t>
        <w:br/>
        <w:t>Як біле парне молоко олениці,&lt;br /&gt;</w:t>
        <w:br/>
        <w:t>Ця ніч, а цей день — мов кизил злотосяйний;&lt;br /&gt;</w:t>
        <w:br/>
        <w:t>Черкеські дівчата ідуть з косовиці,&lt;br /&gt;</w:t>
        <w:br/>
        <w:t>Буяє плодами земля добродайна.</w:t>
      </w:r>
    </w:p>
    <w:p>
      <w:r>
        <w:br/>
        <w:t>II</w:t>
      </w:r>
    </w:p>
    <w:p>
      <w:r>
        <w:br/>
        <w:t>Прадавні поети плоди прославляли,&lt;br /&gt;</w:t>
        <w:br/>
        <w:t>Складаючи їм хитросплетену оду,&lt;br /&gt;</w:t>
        <w:br/>
        <w:t>Але всі минулі століття не знали&lt;br /&gt;</w:t>
        <w:br/>
        <w:t>Такого, як нині, розкішного плоду.&lt;br /&gt;</w:t>
        <w:br/>
        <w:t>Спливає туман на стогорбих Гомборах,&lt;br /&gt;</w:t>
        <w:br/>
        <w:t>Ясніє цвітіння ожини й омели.&lt;br /&gt;</w:t>
        <w:br/>
        <w:t>На квітах рясних, на гілках срібнокорих&lt;br /&gt;</w:t>
        <w:br/>
        <w:t>Роса — наче зронені сльози Пшавели.</w:t>
      </w:r>
    </w:p>
    <w:p>
      <w:r>
        <w:br/>
        <w:t>III</w:t>
      </w:r>
    </w:p>
    <w:p>
      <w:r>
        <w:br/>
        <w:t>Розорано гір твоїх пруги і схили,&lt;br /&gt;</w:t>
        <w:br/>
        <w:t>Пробито путі крізь твої перевали.&lt;br /&gt;</w:t>
        <w:br/>
        <w:t>Яку ще пустелю канали не вкрили?&lt;br /&gt;</w:t>
        <w:br/>
        <w:t>Яку ще земну цілину не підняли?&lt;br /&gt;</w:t>
        <w:br/>
        <w:t>І хто ще не став, як борець, у колону,&lt;br /&gt;</w:t>
        <w:br/>
        <w:t>У шерегу хто не стоїть бойовому?&lt;br /&gt;</w:t>
        <w:br/>
        <w:t>Чекають до себе ескадру червону&lt;br /&gt;</w:t>
        <w:br/>
        <w:t>Розсунуті багнища Палеостому.</w:t>
      </w:r>
    </w:p>
    <w:p>
      <w:r>
        <w:br/>
        <w:t>IV</w:t>
      </w:r>
    </w:p>
    <w:p>
      <w:r>
        <w:br/>
        <w:t>Усі літописці, невіри лукаві,-&lt;br /&gt;</w:t>
        <w:br/>
        <w:t>Старий Гіппократ і уважний Вахушті,-&lt;br /&gt;</w:t>
        <w:br/>
        <w:t>Хіба сотворити могли б хоч в уяві&lt;br /&gt;</w:t>
        <w:br/>
        <w:t>Такі дивовижні бувальщини сущі,&lt;br /&gt;</w:t>
        <w:br/>
        <w:t>Що висушать багна одвічні Ріоні,&lt;br /&gt;</w:t>
        <w:br/>
        <w:t>Що зрушать до дна болота й оболоні?&lt;br /&gt;</w:t>
        <w:br/>
        <w:t>Колхіда стара відійшла у минуле,&lt;br /&gt;</w:t>
        <w:br/>
        <w:t>Від руна злотого не стало і сліду;&lt;br /&gt;</w:t>
        <w:br/>
        <w:t>Коли б Атлантида тут в море пірнула,-&lt;br /&gt;</w:t>
        <w:br/>
        <w:t>Розривши, знайшли б і саму Атлантиду!</w:t>
      </w:r>
    </w:p>
    <w:p>
      <w:r>
        <w:br/>
        <w:t>V</w:t>
      </w:r>
    </w:p>
    <w:p>
      <w:r>
        <w:br/>
        <w:t>Поглянь на величні Ельбрусу вершини&lt;br /&gt;</w:t>
        <w:br/>
        <w:t>Або на Казбеку засніжені схили,-&lt;br /&gt;</w:t>
        <w:br/>
        <w:t>Вони зупинити не можуть людини,&lt;br /&gt;</w:t>
        <w:br/>
        <w:t>Коли перед нею прийдешнє розкрили.&lt;br /&gt;</w:t>
        <w:br/>
        <w:t>В усьому живому, в плодах урожаю,&lt;br /&gt;</w:t>
        <w:br/>
        <w:t>В лозі виноградній, у зелені гаю,&lt;br /&gt;</w:t>
        <w:br/>
        <w:t>В садах буйнолистих, наповнених шуму,-&lt;br /&gt;</w:t>
        <w:br/>
        <w:t>Я ленінську душу в їх цвіті вчуваю,&lt;br /&gt;</w:t>
        <w:br/>
        <w:t>Я чую в них мудрої партії думу.</w:t>
      </w:r>
    </w:p>
    <w:p>
      <w:r>
        <w:br/>
        <w:t>VI</w:t>
      </w:r>
    </w:p>
    <w:p>
      <w:r>
        <w:br/>
        <w:t>Ширакські широкі степи неозорі,&lt;br /&gt;</w:t>
        <w:br/>
        <w:t>Правічні діброви, бори Чіаурі,&lt;br /&gt;</w:t>
        <w:br/>
        <w:t>Інгурські потоки порвисті й прозорі,&lt;br /&gt;</w:t>
        <w:br/>
        <w:t>Узгір'я Сванетського скелі похмурі,&lt;br /&gt;</w:t>
        <w:br/>
        <w:t>Краса цінандальських троянд невмируща,&lt;br /&gt;</w:t>
        <w:br/>
        <w:t>І серце Кахетії — лози Кварелі,&lt;br /&gt;</w:t>
        <w:br/>
        <w:t>І, мов Аджаметська уквітчана пуща,&lt;br /&gt;</w:t>
        <w:br/>
        <w:t>Долини зелені та ниви веселі,&lt;br /&gt;</w:t>
        <w:br/>
        <w:t>І гори Ушгулу, і Ушба найдужча,&lt;br /&gt;</w:t>
        <w:br/>
        <w:t>Й оновлені села, і світлі оселі,-&lt;br /&gt;</w:t>
        <w:br/>
        <w:t>Буття прославляють снагою земною&lt;br /&gt;</w:t>
        <w:br/>
        <w:t>І пісню співають укупі зі мною.</w:t>
      </w:r>
    </w:p>
    <w:p>
      <w:r>
        <w:br/>
        <w:t>VII</w:t>
      </w:r>
    </w:p>
    <w:p>
      <w:r>
        <w:br/>
        <w:t>Мені уже сорок. Хай навіть ще сорок&lt;br /&gt;</w:t>
        <w:br/>
        <w:t>Додам собі років кволіших і тяжчих —&lt;br /&gt;</w:t>
        <w:br/>
        <w:t>Не спинить мене ні могила, ні морок,&lt;br /&gt;</w:t>
        <w:br/>
        <w:t>Бо тільки юнак недосвідчений я ще.&lt;br /&gt;</w:t>
        <w:br/>
        <w:t>Як фенікса долю, вбираю у себе&lt;br /&gt;</w:t>
        <w:br/>
        <w:t>Я долю моєї Вітчизни прекрасну.&lt;br /&gt;</w:t>
        <w:br/>
        <w:t>І серцю кресалом кресати не треба&lt;br /&gt;</w:t>
        <w:br/>
        <w:t>Пісень, бо палає воно непогасно.</w:t>
      </w:r>
    </w:p>
    <w:p>
      <w:r>
        <w:br/>
        <w:t>VIII</w:t>
      </w:r>
    </w:p>
    <w:p>
      <w:r>
        <w:br/>
        <w:t>Про давнє говорить ця повість старезна,&lt;br /&gt;</w:t>
        <w:br/>
        <w:t>Та будь вона навіть старіша стокротно —&lt;br /&gt;</w:t>
        <w:br/>
        <w:t>Згадаймо бувальщину чорну й скорботну,&lt;br /&gt;</w:t>
        <w:br/>
        <w:t>І хай вона тінню летючою щезне!&lt;br /&gt;</w:t>
        <w:br/>
        <w:t>Згадаймо, як зяяли села пустельні —&lt;br /&gt;</w:t>
        <w:br/>
        <w:t>Сини не відбили лихого наскоку;&lt;br /&gt;</w:t>
        <w:br/>
        <w:t>В Стамбулі, прип'яті до щогл корабельних,&lt;br /&gt;</w:t>
        <w:br/>
        <w:t>Клялися вони бородою пророка.</w:t>
      </w:r>
    </w:p>
    <w:p>
      <w:r>
        <w:br/>
        <w:t>IX</w:t>
      </w:r>
    </w:p>
    <w:p>
      <w:r>
        <w:br/>
        <w:t>Лунайте, пісні яничарові, слізно,&lt;br /&gt;</w:t>
        <w:br/>
        <w:t>Плачі мамелюкові, линьте і марьте?&lt;br /&gt;</w:t>
        <w:br/>
        <w:t>Бо серце і тужить, і снить про Вітчизну,&lt;br /&gt;</w:t>
        <w:br/>
        <w:t>Але всі шляхи постирались на карті.&lt;br /&gt;</w:t>
        <w:br/>
        <w:t>Хіба кому-небудь із бранців щастило&lt;br /&gt;</w:t>
        <w:br/>
        <w:t>Іще раз побачити землю кохану?&lt;br /&gt;</w:t>
        <w:br/>
        <w:t>Гіркими сльозами зросивши точило,&lt;br /&gt;</w:t>
        <w:br/>
        <w:t>Гострив він кривого свого ятагана,-&lt;br /&gt;</w:t>
        <w:br/>
        <w:t>Та бранцю з неволі назад не вертати,&lt;br /&gt;</w:t>
        <w:br/>
        <w:t>Арабському огирю не заіржати.</w:t>
      </w:r>
    </w:p>
    <w:p>
      <w:r>
        <w:br/>
        <w:t>X</w:t>
      </w:r>
    </w:p>
    <w:p>
      <w:r>
        <w:br/>
        <w:t>О, ти пам'ятаєш, коханий мій краю,&lt;br /&gt;</w:t>
        <w:br/>
        <w:t>В минулому змучений лихом до краю,&lt;br /&gt;</w:t>
        <w:br/>
        <w:t>Плачі свої, муки і сльози одчаю!&lt;br /&gt;</w:t>
        <w:br/>
        <w:t>Розкрий же історії книгу дебелу,&lt;br /&gt;</w:t>
        <w:br/>
        <w:t>Літописи хмурих часів Сакартвело,-&lt;br /&gt;</w:t>
        <w:br/>
        <w:t>Скажи — чи народ наш собі на догоду&lt;br /&gt;</w:t>
        <w:br/>
        <w:t>Колись мурував щось для щастя приходу?&lt;br /&gt;</w:t>
        <w:br/>
        <w:t>Чи щастя зазнав він хоч миті єдині?&lt;br /&gt;</w:t>
        <w:br/>
        <w:t>Не скажеш, бо вперше розгортуєш нині&lt;br /&gt;</w:t>
        <w:br/>
        <w:t>Ти перший коронікон щастя народу.</w:t>
      </w:r>
    </w:p>
    <w:p>
      <w:r>
        <w:br/>
        <w:t>XI</w:t>
      </w:r>
    </w:p>
    <w:p>
      <w:r>
        <w:br/>
        <w:t>Наш люд пережив Вавілон і Халдею,&lt;br /&gt;</w:t>
        <w:br/>
        <w:t>Пройшов іще довших мандрівок безмір'я.&lt;br /&gt;</w:t>
        <w:br/>
        <w:t>Чимало на лобі мінялось єлею,&lt;br /&gt;</w:t>
        <w:br/>
        <w:t>Чимало вітрів розмело твоє пір'я.&lt;br /&gt;</w:t>
        <w:br/>
        <w:t>І землі змінялись... Так само зміняють&lt;br /&gt;</w:t>
        <w:br/>
        <w:t>Для хворого подушку, зм'яту в недузі.&lt;br /&gt;</w:t>
        <w:br/>
        <w:t>Сьогодні ж ходу твою в братнім союзі&lt;br /&gt;</w:t>
        <w:br/>
        <w:t>Вітає епоха, народи вславляють.</w:t>
      </w:r>
    </w:p>
    <w:p>
      <w:r>
        <w:br/>
        <w:t>XII</w:t>
      </w:r>
    </w:p>
    <w:p>
      <w:r>
        <w:br/>
        <w:t>Я вірш цей виводжу як заспів, як подих,&lt;br /&gt;</w:t>
        <w:br/>
        <w:t>І вірші не ждуть, щоб злягла збаламученість.&lt;br /&gt;</w:t>
        <w:br/>
        <w:t>Як повідь, навала чуттів повноводих&lt;br /&gt;</w:t>
        <w:br/>
        <w:t>В день свята змітає журбу і засмученість.&lt;br /&gt;</w:t>
        <w:br/>
        <w:t>Всі держална стягів підношу я в леті,&lt;br /&gt;</w:t>
        <w:br/>
        <w:t>Хай славить ударників слово натхненне!&lt;br /&gt;</w:t>
        <w:br/>
        <w:t>Проте не рівняюсь до добрих поетів,&lt;br /&gt;</w:t>
        <w:br/>
        <w:t>Відмінник-школяр — і той ліпший за мене.</w:t>
      </w:r>
    </w:p>
    <w:p>
      <w:r>
        <w:br/>
        <w:t>XIII</w:t>
      </w:r>
    </w:p>
    <w:p>
      <w:r>
        <w:br/>
        <w:t>Ця ніч — мов парне молоко олениці,&lt;br /&gt;</w:t>
        <w:br/>
        <w:t>Цей день — мов кизил золотий полонини.&lt;br /&gt;</w:t>
        <w:br/>
        <w:t>Нове почуття озоряє зіниці,&lt;br /&gt;</w:t>
        <w:br/>
        <w:t>Спотужнює подих нової людини.&lt;br /&gt;</w:t>
        <w:br/>
        <w:t>І хто з нас наважиться пісні не скласти,&lt;br /&gt;</w:t>
        <w:br/>
        <w:t>Хто пройде зухвало в мовчанні байдужім,&lt;br /&gt;</w:t>
        <w:br/>
        <w:t>Узрівши Сванетії гори стрімчасті,&lt;br /&gt;</w:t>
        <w:br/>
        <w:t>Що "Ліле" виводять у захваті дружнім?</w:t>
      </w:r>
    </w:p>
    <w:p>
      <w:r>
        <w:br/>
        <w:t>XIV</w:t>
      </w:r>
    </w:p>
    <w:p>
      <w:r>
        <w:br/>
        <w:t>Прекрасні і гори твої, і міжгір'я,&lt;br /&gt;</w:t>
        <w:br/>
        <w:t>І можна з Едемом нехибно рівняти&lt;br /&gt;</w:t>
        <w:br/>
        <w:t>Твоїх виноградників сяйне сумир'я,&lt;br /&gt;</w:t>
        <w:br/>
        <w:t>Що змушує серце огненно палати.&lt;br /&gt;</w:t>
        <w:br/>
        <w:t>Поет твій немов народився удруге,&lt;br /&gt;</w:t>
        <w:br/>
        <w:t>Твоїм надихнувшись народженням першим,&lt;br /&gt;</w:t>
        <w:br/>
        <w:t>Щоб людства нового могутню потугу&lt;br /&gt;</w:t>
        <w:br/>
        <w:t>Збирати й вловляти у вірш, як у верші.</w:t>
      </w:r>
    </w:p>
    <w:p>
      <w:r>
        <w:br/>
        <w:t>XV</w:t>
      </w:r>
    </w:p>
    <w:p>
      <w:r>
        <w:br/>
        <w:t>Оспівувать годі Медею лукаву,&lt;br /&gt;</w:t>
        <w:br/>
        <w:t>Тамару, і Ніну святу, й Кетевану,-&lt;br /&gt;</w:t>
        <w:br/>
        <w:t>Великі поети співали їм славу,&lt;br /&gt;</w:t>
        <w:br/>
        <w:t>До бою нерівного з ними не стану,&lt;br /&gt;</w:t>
        <w:br/>
        <w:t>Ти казку нову розкажи нам, Рукайя,&lt;br /&gt;</w:t>
        <w:br/>
        <w:t>Про дівчину юну в червоній хустині,&lt;br /&gt;</w:t>
        <w:br/>
        <w:t>Яка з парашутом з-за хмари шугає,-&lt;br /&gt;</w:t>
        <w:br/>
        <w:t>Про славну ударницю — гордість країни&lt;br /&gt;</w:t>
        <w:br/>
        <w:t>Ти казку нову розкажи нам, Рукайя!</w:t>
      </w:r>
    </w:p>
    <w:p>
      <w:r>
        <w:br/>
        <w:t>XVI</w:t>
      </w:r>
    </w:p>
    <w:p>
      <w:r>
        <w:br/>
        <w:t>Якобу Хуцесі, Левону Мровелі,&lt;br /&gt;</w:t>
        <w:br/>
        <w:t>Мікелю Модрвілі, Єфремові Мціре,&lt;br /&gt;</w:t>
        <w:br/>
        <w:t>Ченцям-святогорцям, монахам пустелі,&lt;br /&gt;</w:t>
        <w:br/>
        <w:t>Що слово грузинське підносили щире,&lt;br /&gt;</w:t>
        <w:br/>
        <w:t>І Гурамішвілі, і левню Тмогвелі,&lt;br /&gt;</w:t>
        <w:br/>
        <w:t>І двом Теймуразам в їх дружнім єднанні,&lt;br /&gt;</w:t>
        <w:br/>
        <w:t>І найбагатішому з всіх Руставелі,&lt;br /&gt;</w:t>
        <w:br/>
        <w:t>І Саба-Сулханові Орбеліані,&lt;br /&gt;</w:t>
        <w:br/>
        <w:t>І всім літописникам "Картліс-Цховреби",&lt;br /&gt;</w:t>
        <w:br/>
        <w:t>Творцю "Калмасоби", співцю Іоанну,-&lt;br /&gt;</w:t>
        <w:br/>
        <w:t>Кажу я і свідками кличу до себе:&lt;br /&gt;</w:t>
        <w:br/>
        <w:t>Хай вийдуть з могили, хай в очі поглянуть,-&lt;br /&gt;</w:t>
        <w:br/>
        <w:t>Я зору свого не сховаю раптово,&lt;br /&gt;</w:t>
        <w:br/>
        <w:t>І сорому я не зазнаю нітрохи,-&lt;br /&gt;</w:t>
        <w:br/>
        <w:t>Хоч, може, й невмілим, та радісним словом&lt;br /&gt;</w:t>
        <w:br/>
        <w:t>Вславляю я велич моєї епохи!</w:t>
      </w:r>
    </w:p>
    <w:p>
      <w:r>
        <w:br/>
        <w:t>1934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Грузія Радянська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