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Грай, Бджілко! (збірка)</w:t>
      </w:r>
    </w:p>
    <w:p>
      <w:r>
        <w:br/>
        <w:t xml:space="preserve"> Марійка Підгірянка</w:t>
      </w:r>
    </w:p>
    <w:p>
      <w:r>
        <w:br/>
        <w:t>КУ-КУ, КУ-КУ!</w:t>
      </w:r>
    </w:p>
    <w:p>
      <w:r>
        <w:br/>
        <w:t>Край лісу, на полянці,&lt;br /&gt;</w:t>
        <w:br/>
        <w:t>На свіжому дубку&lt;br /&gt;</w:t>
        <w:br/>
        <w:t>Кує зозуля вранці:&lt;br /&gt;</w:t>
        <w:br/>
        <w:t>Ку-ку, ку-ку, ку-ку!</w:t>
      </w:r>
    </w:p>
    <w:p>
      <w:r>
        <w:br/>
        <w:t>Внизу біжить струмочок&lt;br /&gt;</w:t>
        <w:br/>
        <w:t>По жовтому піску.&lt;br /&gt;</w:t>
        <w:br/>
        <w:t>І здалека всім чути:&lt;br /&gt;</w:t>
        <w:br/>
        <w:t>Ку-ку, ку-ку, ку-ку!</w:t>
      </w:r>
    </w:p>
    <w:p>
      <w:r>
        <w:br/>
        <w:t>Червонії сунички&lt;br /&gt;</w:t>
        <w:br/>
        <w:t>Видніють на горбку,&lt;br /&gt;</w:t>
        <w:br/>
        <w:t>І чути аж до ночі:&lt;br /&gt;</w:t>
        <w:br/>
        <w:t>Ку-ку, ку-ку, ку-ку.</w:t>
      </w:r>
    </w:p>
    <w:p>
      <w:r>
        <w:br/>
        <w:t>* * *</w:t>
      </w:r>
    </w:p>
    <w:p>
      <w:r>
        <w:br/>
        <w:t>ГРАЙ, БДЖІЛКО!</w:t>
      </w:r>
    </w:p>
    <w:p>
      <w:r>
        <w:br/>
        <w:t>Грай, бджілко, грай!&lt;br /&gt;</w:t>
        <w:br/>
        <w:t>В полі, в лісі, на леваді&lt;br /&gt;</w:t>
        <w:br/>
        <w:t>Усі квіти тобі раді.&lt;br /&gt;</w:t>
        <w:br/>
        <w:t>Увесь рідний край!</w:t>
      </w:r>
    </w:p>
    <w:p>
      <w:r>
        <w:br/>
        <w:t>Грай, бджілко, грай!&lt;br /&gt;</w:t>
        <w:br/>
        <w:t>Цвітуть рясно садки наші.&lt;br /&gt;</w:t>
        <w:br/>
        <w:t>Сік медовий в кожній чаші —&lt;br /&gt;</w:t>
        <w:br/>
        <w:t>Тільки збирай!</w:t>
      </w:r>
    </w:p>
    <w:p>
      <w:r>
        <w:br/>
        <w:t>Грай, бджілко, грай!&lt;br /&gt;</w:t>
        <w:br/>
        <w:t>Межи зіллям, межи квіттям&lt;br /&gt;</w:t>
        <w:br/>
        <w:t>Пісню тиху брини дітям,&lt;br /&gt;</w:t>
        <w:br/>
        <w:t>Усіх звеселяй!</w:t>
      </w:r>
    </w:p>
    <w:p>
      <w:r>
        <w:br/>
        <w:t>* * *</w:t>
      </w:r>
    </w:p>
    <w:p>
      <w:r>
        <w:br/>
        <w:t>ЮРЧИК І КІЗОНЬКА</w:t>
      </w:r>
    </w:p>
    <w:p>
      <w:r>
        <w:br/>
        <w:t>Біжить біла кізонька,&lt;br /&gt;</w:t>
        <w:br/>
        <w:t>Шовкова берізонька,&lt;br /&gt;</w:t>
        <w:br/>
        <w:t>Рівнесенькі ніжки,&lt;br /&gt;</w:t>
        <w:br/>
        <w:t>Тонесенькі ріжки,</w:t>
      </w:r>
    </w:p>
    <w:p>
      <w:r>
        <w:br/>
        <w:t>Біжить кізка: туп, туп.&lt;br /&gt;</w:t>
        <w:br/>
        <w:t>— Тут є Юрчик, тут, тут.&lt;br /&gt;</w:t>
        <w:br/>
        <w:t>Як він мене попасе,&lt;br /&gt;</w:t>
        <w:br/>
        <w:t>Конюшинки принесе,&lt;br /&gt;</w:t>
        <w:br/>
        <w:t>Буде мати молочко&lt;br /&gt;</w:t>
        <w:br/>
        <w:t>Мій маленький Юрочко.</w:t>
      </w:r>
    </w:p>
    <w:p>
      <w:r>
        <w:br/>
        <w:t>* * *</w:t>
      </w:r>
    </w:p>
    <w:p>
      <w:r>
        <w:br/>
        <w:t>ЗАЙЧИКИ НА СТІНІ</w:t>
      </w:r>
    </w:p>
    <w:p>
      <w:r>
        <w:br/>
        <w:t>Бігають зайчики на стіні,&lt;br /&gt;</w:t>
        <w:br/>
        <w:t>Усі в ясненькому убранні.&lt;br /&gt;</w:t>
        <w:br/>
        <w:t>Вушками помахують,&lt;br /&gt;</w:t>
        <w:br/>
        <w:t>Лапками потакують:</w:t>
      </w:r>
    </w:p>
    <w:p>
      <w:r>
        <w:br/>
        <w:t>— Ой аби нам весноньки діждати,&lt;br /&gt;</w:t>
        <w:br/>
        <w:t>Підемо в лісочок гуляти,&lt;br /&gt;</w:t>
        <w:br/>
        <w:t>Підемо скакати полями,&lt;br /&gt;</w:t>
        <w:br/>
        <w:t>А діти гурточком за нами.&lt;br /&gt;</w:t>
        <w:br/>
        <w:t>Так, так, так.</w:t>
      </w:r>
    </w:p>
    <w:p>
      <w:r>
        <w:br/>
        <w:t>* * *</w:t>
      </w:r>
    </w:p>
    <w:p>
      <w:r>
        <w:br/>
        <w:t>ГОСТІ СИНИЦІ</w:t>
      </w:r>
    </w:p>
    <w:p>
      <w:r>
        <w:br/>
        <w:t>— Синичко-сестричко,&lt;br /&gt;</w:t>
        <w:br/>
        <w:t>Звідки гості мала?&lt;br /&gt;</w:t>
        <w:br/>
        <w:t>— Соловей був з лугів,&lt;br /&gt;</w:t>
        <w:br/>
        <w:t>Чорна галка з лісів,&lt;br /&gt;</w:t>
        <w:br/>
        <w:t>А горобчик, добрий хлопчик,&lt;br /&gt;</w:t>
        <w:br/>
        <w:t>З зелених садів.</w:t>
      </w:r>
    </w:p>
    <w:p>
      <w:r>
        <w:br/>
        <w:t>— Синичко-сестричко,&lt;br /&gt;</w:t>
        <w:br/>
        <w:t>Що їм їсти дала?&lt;br /&gt;</w:t>
        <w:br/>
        <w:t>— Соловей їв мушки.&lt;br /&gt;</w:t>
        <w:br/>
        <w:t>Чорна галка черв'ячки,&lt;br /&gt;</w:t>
        <w:br/>
        <w:t>А горобчик, добрий хлопчик,&lt;br /&gt;</w:t>
        <w:br/>
        <w:t>Самі кришечки.</w:t>
      </w:r>
    </w:p>
    <w:p>
      <w:r>
        <w:br/>
        <w:t>— Синичко-сестричко,&lt;br /&gt;</w:t>
        <w:br/>
        <w:t>Що їм пити дала?&lt;br /&gt;</w:t>
        <w:br/>
        <w:t>— Соловей пив медок.&lt;br /&gt;</w:t>
        <w:br/>
        <w:t>Галка сік з ягідок,&lt;br /&gt;</w:t>
        <w:br/>
        <w:t>А горобчик, добрий хлопчик,&lt;br /&gt;</w:t>
        <w:br/>
        <w:t>Лиш росу з квіток.</w:t>
      </w:r>
    </w:p>
    <w:p>
      <w:r>
        <w:br/>
        <w:t>— Синичко-сестричко,&lt;br /&gt;</w:t>
        <w:br/>
        <w:t>А як гості дякували?&lt;br /&gt;</w:t>
        <w:br/>
        <w:t>— Чорна галка крякала,&lt;br /&gt;</w:t>
        <w:br/>
        <w:t>Соловей заспівав,&lt;br /&gt;</w:t>
        <w:br/>
        <w:t>А горобчик, добрий хлопчик.&lt;br /&gt;</w:t>
        <w:br/>
        <w:t>Лиш зацвірінчав.</w:t>
      </w:r>
    </w:p>
    <w:p>
      <w:r>
        <w:br/>
        <w:t>* * *</w:t>
      </w:r>
    </w:p>
    <w:p>
      <w:r>
        <w:br/>
        <w:t>ТА ОЛЕНКА, ТА МАЛЕНЬКА</w:t>
      </w:r>
    </w:p>
    <w:p>
      <w:r>
        <w:br/>
        <w:t>Та Оленка, та маленька&lt;br /&gt;</w:t>
        <w:br/>
        <w:t>Танцювала веселенька,&lt;br /&gt;</w:t>
        <w:br/>
        <w:t>Танцювала безустанку,&lt;br /&gt;</w:t>
        <w:br/>
        <w:t>Як світило сонце зранку.</w:t>
      </w:r>
    </w:p>
    <w:p>
      <w:r>
        <w:br/>
        <w:t>Та Оленка, та маленька&lt;br /&gt;</w:t>
        <w:br/>
        <w:t>Танцювала веселенька,&lt;br /&gt;</w:t>
        <w:br/>
        <w:t>Танцювала і в тій порі,&lt;br /&gt;</w:t>
        <w:br/>
        <w:t>Коли сонце грало вгорі.</w:t>
      </w:r>
    </w:p>
    <w:p>
      <w:r>
        <w:br/>
        <w:t>Лягло сонце за горами,&lt;br /&gt;</w:t>
        <w:br/>
        <w:t>А Оленка біля мами,&lt;br /&gt;</w:t>
        <w:br/>
        <w:t>Та Оленка, та маленька,&lt;br /&gt;</w:t>
        <w:br/>
        <w:t>Що гуляла веселенька.</w:t>
      </w:r>
    </w:p>
    <w:p>
      <w:r>
        <w:br/>
        <w:t>* * *</w:t>
      </w:r>
    </w:p>
    <w:p>
      <w:r>
        <w:br/>
        <w:t>ПРИЙШЛА ОСІНЬ</w:t>
      </w:r>
    </w:p>
    <w:p>
      <w:r>
        <w:br/>
        <w:t>Прийшла осінь люба, мила,&lt;br /&gt;</w:t>
        <w:br/>
        <w:t>Дітям на потіху&lt;br /&gt;</w:t>
        <w:br/>
        <w:t>Груші всі позолотила&lt;br /&gt;</w:t>
        <w:br/>
        <w:t>У годину тиху.</w:t>
      </w:r>
    </w:p>
    <w:p>
      <w:r>
        <w:br/>
        <w:t>Ще червону фарбу мала&lt;br /&gt;</w:t>
        <w:br/>
        <w:t>Осінь-мальовничка,&lt;br /&gt;</w:t>
        <w:br/>
        <w:t>Яблучка помалювала&lt;br /&gt;</w:t>
        <w:br/>
        <w:t>На обидва личка.</w:t>
      </w:r>
    </w:p>
    <w:p>
      <w:r>
        <w:br/>
        <w:t>Як на сливи позирала.&lt;br /&gt;</w:t>
        <w:br/>
        <w:t>Знала, шо робити:&lt;br /&gt;</w:t>
        <w:br/>
        <w:t>Усі сливи завивала&lt;br /&gt;</w:t>
        <w:br/>
        <w:t>В сині оксамити.</w:t>
      </w:r>
    </w:p>
    <w:p>
      <w:r>
        <w:br/>
        <w:t>І куди лиш не ходила&lt;br /&gt;</w:t>
        <w:br/>
        <w:t>У годину тиху.&lt;br /&gt;</w:t>
        <w:br/>
        <w:t>Весь садочок прикрасила&lt;br /&gt;</w:t>
        <w:br/>
        <w:t>Дітям на потіху.</w:t>
      </w:r>
    </w:p>
    <w:p>
      <w:r>
        <w:br/>
        <w:t>* * *</w:t>
      </w:r>
    </w:p>
    <w:p>
      <w:r>
        <w:br/>
        <w:t>ПРИ ДОРОЗІ</w:t>
      </w:r>
    </w:p>
    <w:p>
      <w:r>
        <w:br/>
        <w:t>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ясно-жовте.&lt;br /&gt;</w:t>
        <w:br/>
        <w:t>Вітер хмари в даль несе&lt;br /&gt;</w:t>
        <w:br/>
        <w:t>Над полями і шосе.</w:t>
      </w:r>
    </w:p>
    <w:p>
      <w:r>
        <w:br/>
        <w:t>Низько стеляться дими:&lt;br /&gt;</w:t>
        <w:br/>
        <w:t>Це печем картоплю ми.&lt;br /&gt;</w:t>
        <w:br/>
        <w:t>Розгорілась наша ватра.&lt;br /&gt;</w:t>
        <w:br/>
        <w:t>Біля неї — Оля, Марта,&lt;br /&gt;</w:t>
        <w:br/>
        <w:t>Лесь, Петрусь, малий Івась&lt;br /&gt;</w:t>
        <w:br/>
        <w:t>І Бровко з дітьми весь час.</w:t>
      </w:r>
    </w:p>
    <w:p>
      <w:r>
        <w:br/>
        <w:t>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ясно-жовте.&lt;br /&gt;</w:t>
        <w:br/>
        <w:t>Вітер в даль його несе.&lt;br /&gt;</w:t>
        <w:br/>
        <w:t>На поля і на шосе.</w:t>
      </w:r>
    </w:p>
    <w:p>
      <w:r>
        <w:br/>
        <w:t>* * *</w:t>
      </w:r>
    </w:p>
    <w:p>
      <w:r>
        <w:br/>
        <w:t>МАТИ</w:t>
      </w:r>
    </w:p>
    <w:p>
      <w:r>
        <w:br/>
        <w:t>Хто тебе так широ любить,&lt;br /&gt;</w:t>
        <w:br/>
        <w:t>І вбирає, і голубить,&lt;br /&gt;</w:t>
        <w:br/>
        <w:t>І кладе у постіль спати?&lt;br /&gt;</w:t>
        <w:br/>
        <w:t>Мати.</w:t>
      </w:r>
    </w:p>
    <w:p>
      <w:r>
        <w:br/>
        <w:t>Хто стеріг тебе від злого,&lt;br /&gt;</w:t>
        <w:br/>
        <w:t>Відмовляв собі усього,&lt;br /&gt;</w:t>
        <w:br/>
        <w:t>Щоб тобі віддати?&lt;br /&gt;</w:t>
        <w:br/>
        <w:t>Мати.</w:t>
      </w:r>
    </w:p>
    <w:p>
      <w:r>
        <w:br/>
        <w:t>Хто тебе узяв за руку&lt;br /&gt;</w:t>
        <w:br/>
        <w:t>І до школи на науку&lt;br /&gt;</w:t>
        <w:br/>
        <w:t>Вів, щоб розуму навчати?&lt;br /&gt;</w:t>
        <w:br/>
        <w:t>Мати.</w:t>
      </w:r>
    </w:p>
    <w:p>
      <w:r>
        <w:br/>
        <w:t>* * *</w:t>
      </w:r>
    </w:p>
    <w:p>
      <w:r>
        <w:br/>
        <w:t>ДІТИ Й ПТАШЕНЯТА</w:t>
      </w:r>
    </w:p>
    <w:p>
      <w:r>
        <w:br/>
        <w:t>По доріжках, по стежках&lt;br /&gt;</w:t>
        <w:br/>
        <w:t>Біло, срібно, тихо так.&lt;br /&gt;</w:t>
        <w:br/>
        <w:t>Біло так, тихо так&lt;br /&gt;</w:t>
        <w:br/>
        <w:t>По доріжках, по стежках.</w:t>
      </w:r>
    </w:p>
    <w:p>
      <w:r>
        <w:br/>
        <w:t>Тільки пташка:&lt;br /&gt;</w:t>
        <w:br/>
        <w:t>— Цвірінь!&lt;br /&gt;</w:t>
        <w:br/>
        <w:t>Хлоп'яточку, зернит кинь!&lt;br /&gt;</w:t>
        <w:br/>
        <w:t>Ой, цвірінь, ой, цвірінь!&lt;br /&gt;</w:t>
        <w:br/>
        <w:t>Дівчатоньку, хлібця кинь!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Грай, Бджілко!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