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Граф Габсбург</w:t>
      </w:r>
    </w:p>
    <w:p>
      <w:r>
        <w:br/>
        <w:t xml:space="preserve"> І&lt;br /&gt;</w:t>
        <w:br/>
        <w:t>Ув Ахені, в пишній порфірі царській,&lt;br /&gt;</w:t>
        <w:br/>
        <w:t>В світлиці давнезній, у залі,&lt;br /&gt;</w:t>
        <w:br/>
        <w:t>Сидів король Рудольф в потузі святій:&lt;br /&gt;</w:t>
        <w:br/>
        <w:t>На трон-бо найвищий його повінчали.&lt;br /&gt;</w:t>
        <w:br/>
        <w:t>І се імператор свій пир пирував.&lt;br /&gt;</w:t>
        <w:br/>
        <w:t>Йому Рейнський пфальцграф їду подавав,&lt;br /&gt;</w:t>
        <w:br/>
        <w:t>А Чеський король лив напитки перласті,&lt;br /&gt;</w:t>
        <w:br/>
        <w:t>Всі ж семеро тих, що обрали його,&lt;br /&gt;</w:t>
        <w:br/>
        <w:t>Як ходять планети круг сонця свого,&lt;br /&gt;</w:t>
        <w:br/>
        <w:t>І сили йому підклонялись, і власті.</w:t>
      </w:r>
    </w:p>
    <w:p>
      <w:r>
        <w:t>&lt;br /&gt;</w:t>
        <w:br/>
        <w:t>ІІ&lt;br /&gt;</w:t>
        <w:br/>
        <w:t>Захряснув народом високий балкон.&lt;br /&gt;</w:t>
        <w:br/>
        <w:t>І товпились люде в утісі великій.&lt;br /&gt;</w:t>
        <w:br/>
        <w:t>Мішавсь то грізний, то веселий тромбон&lt;br /&gt;</w:t>
        <w:br/>
        <w:t>З гуканнєм громади та з громом музики.&lt;br /&gt;</w:t>
        <w:br/>
        <w:t>Скінчивсь-бо кривавий, погибельний час,&lt;br /&gt;</w:t>
        <w:br/>
        <w:t>Огонь пожарищ на руїні погас.&lt;br /&gt;</w:t>
        <w:br/>
        <w:t>Найвищого мали суддю тепер люде.&lt;br /&gt;</w:t>
        <w:br/>
        <w:t>Списи не буяли по волі своїй,&lt;br /&gt;</w:t>
        <w:br/>
        <w:t>Злидар не журився в хатині низенькій,&lt;br /&gt;</w:t>
        <w:br/>
        <w:t>Що здобиччю завтра в харцизника буде.</w:t>
      </w:r>
    </w:p>
    <w:p>
      <w:r>
        <w:br/>
        <w:t>ІІІ&lt;br /&gt;</w:t>
        <w:br/>
        <w:t>І взяв цісар кубок з вином золотий,&lt;br /&gt;</w:t>
        <w:br/>
        <w:t>І любо споглянув на дружні він лиця.&lt;br /&gt;</w:t>
        <w:br/>
        <w:t>"Блискучий, — рече, — і розкішний мій пир,&lt;br /&gt;</w:t>
        <w:br/>
        <w:t>І розум, і серце моє веселиться.&lt;br /&gt;</w:t>
        <w:br/>
        <w:t>Одної б ще тілько розкоші мені:&lt;br /&gt;</w:t>
        <w:br/>
        <w:t>Щоб груди восторгом сповнити мої&lt;br /&gt;</w:t>
        <w:br/>
        <w:t>І звисока бога хвалити навчила!&lt;br /&gt;</w:t>
        <w:br/>
        <w:t>Я змалку кохавсь у кобзарських піснях&lt;br /&gt;</w:t>
        <w:br/>
        <w:t>І що, яко рицар, любив у полях,&lt;br /&gt;</w:t>
        <w:br/>
        <w:t>Того і цісарська душа восхотіла ".</w:t>
      </w:r>
    </w:p>
    <w:p>
      <w:r>
        <w:br/>
        <w:t>ІV&lt;br /&gt;</w:t>
        <w:br/>
        <w:t>Аж тут, серед сонму князів-королів,&lt;br /&gt;</w:t>
        <w:br/>
        <w:t>Співець в довгій гуні широкій з'явився.&lt;br /&gt;</w:t>
        <w:br/>
        <w:t>Вже волос його під сріблом побілів:&lt;br /&gt;</w:t>
        <w:br/>
        <w:t>Доволі він світу видав і навчився.&lt;br /&gt;</w:t>
        <w:br/>
        <w:t>"У струнах, — рече, — рокотливих-живих&lt;br /&gt;</w:t>
        <w:br/>
        <w:t>Багацько веселих пісень і сумних&lt;br /&gt;</w:t>
        <w:br/>
        <w:t>Про все, що буває в господньому мирі,&lt;br /&gt;</w:t>
        <w:br/>
        <w:t>Як розум шумує, як серце кипить...&lt;br /&gt;</w:t>
        <w:br/>
        <w:t>Про що ж заспівати мені повелить&lt;br /&gt;</w:t>
        <w:br/>
        <w:t>Великий властитель на пишному пирі? "</w:t>
      </w:r>
    </w:p>
    <w:p>
      <w:r>
        <w:br/>
        <w:t>V&lt;br /&gt;</w:t>
        <w:br/>
        <w:t>"Не нам царювати-рядити між вас, —&lt;br /&gt;</w:t>
        <w:br/>
        <w:t>Рече, до гостей осміхнувшись, владика. —&lt;br /&gt;</w:t>
        <w:br/>
        <w:t>Над розумом вищу признав єси власть:&lt;br /&gt;</w:t>
        <w:br/>
        <w:t>Година — цариця у тебе велика.&lt;br /&gt;</w:t>
        <w:br/>
        <w:t>Як в воздусі вітер крилатий шумить,&lt;br /&gt;</w:t>
        <w:br/>
        <w:t>Не знає ніхто, звідкіля він летить;&lt;br /&gt;</w:t>
        <w:br/>
        <w:t>Як потай нас ключ б'є, з безодняви рине,&lt;br /&gt;</w:t>
        <w:br/>
        <w:t>Так пісня озветься в душі у співця,&lt;br /&gt;</w:t>
        <w:br/>
        <w:t>Всевладиця-сила, що їй ні конця,&lt;br /&gt;</w:t>
        <w:br/>
        <w:t>Ні почину наш розум і серце не знає ".</w:t>
      </w:r>
    </w:p>
    <w:p>
      <w:r>
        <w:br/>
        <w:t>VІ&lt;br /&gt;</w:t>
        <w:br/>
        <w:t>І в струни співець голосні задзвонив,&lt;br /&gt;</w:t>
        <w:br/>
        <w:t>І став подавати до дзвону словами:&lt;br /&gt;</w:t>
        <w:br/>
        <w:t>"По пущі по хмизу граф-рицар горив&lt;br /&gt;</w:t>
        <w:br/>
        <w:t>Конем за бистрими звірми-сугаками.&lt;br /&gt;</w:t>
        <w:br/>
        <w:t>Слідом лук і стріли везло пахоля,&lt;br /&gt;</w:t>
        <w:br/>
        <w:t>Як, доброго ж він зупишивши коня,&lt;br /&gt;</w:t>
        <w:br/>
        <w:t>Став стиха у лузі ступою ступати,&lt;br /&gt;</w:t>
        <w:br/>
        <w:t>Почув дзвоник... Зустріч се піп простував&lt;br /&gt;</w:t>
        <w:br/>
        <w:t>З дарами, і людям дяк знати давав,&lt;br /&gt;</w:t>
        <w:br/>
        <w:t>Щоб кожне могло їх достойно стрічати.</w:t>
      </w:r>
    </w:p>
    <w:p>
      <w:r>
        <w:br/>
        <w:t>VІІ&lt;br /&gt;</w:t>
        <w:br/>
        <w:t>І рицар негайно зсідає з коня,&lt;br /&gt;</w:t>
        <w:br/>
        <w:t>Смирненько свій брилик мисливий здіймає&lt;br /&gt;</w:t>
        <w:br/>
        <w:t>І, так як з ним разом його пахоля,&lt;br /&gt;</w:t>
        <w:br/>
        <w:t>Святиню доземним поклоном вітає.&lt;br /&gt;</w:t>
        <w:br/>
        <w:t>Нагірні ж дощі скрізь води налили,&lt;br /&gt;</w:t>
        <w:br/>
        <w:t>І се — бурчаки гучно лугом текли:&lt;br /&gt;</w:t>
        <w:br/>
        <w:t>Попові з дарами нема переходу.&lt;br /&gt;</w:t>
        <w:br/>
        <w:t>Він ставить на землю святий сакрамент,&lt;br /&gt;</w:t>
        <w:br/>
        <w:t>Розувсь із обув'я свого в один мент...&lt;br /&gt;</w:t>
        <w:br/>
        <w:t>Готов у бистру босоніж ійти воду.</w:t>
      </w:r>
    </w:p>
    <w:p>
      <w:r>
        <w:br/>
        <w:t>VІІІ&lt;br /&gt;</w:t>
        <w:br/>
        <w:t>"Куди се, панотче? " — тут рицар спитав,&lt;br /&gt;</w:t>
        <w:br/>
        <w:t>Побачивши, що він задумав чинити.&lt;br /&gt;</w:t>
        <w:br/>
        <w:t>"Хапаюсь, мій пане, — йому відказав ,-&lt;br /&gt;</w:t>
        <w:br/>
        <w:t>Недужнього, докіль не вмер, причастити.&lt;br /&gt;</w:t>
        <w:br/>
        <w:t>Щоб душу в скорботі від муки спасти,&lt;br /&gt;</w:t>
        <w:br/>
        <w:t>Сюди навпростець я задумав пройти&lt;br /&gt;</w:t>
        <w:br/>
        <w:t>Хмизами-ярами з святими дарами.&lt;br /&gt;</w:t>
        <w:br/>
        <w:t>Аж греблю нагірня прорвала вода,&lt;br /&gt;</w:t>
        <w:br/>
        <w:t>Тепер же навколо обходить шкода,&lt;br /&gt;</w:t>
        <w:br/>
        <w:t>А босими скорше постигну ногами ".</w:t>
      </w:r>
    </w:p>
    <w:p>
      <w:r>
        <w:br/>
        <w:t>ІХ&lt;br /&gt;</w:t>
        <w:br/>
        <w:t>"Ні, отче! " — й саджає його на коня,&lt;br /&gt;</w:t>
        <w:br/>
        <w:t>Шовкові дає поводи йому в руки,&lt;br /&gt;</w:t>
        <w:br/>
        <w:t>Щоб він по затонах не брів навмання&lt;br /&gt;</w:t>
        <w:br/>
        <w:t>І душу спасав у скорботі від муки.&lt;br /&gt;</w:t>
        <w:br/>
        <w:t>А сам до хлоп'ятка сідає в сідло,&lt;br /&gt;</w:t>
        <w:br/>
        <w:t>Що панське знаряддя мисливське везло,&lt;br /&gt;</w:t>
        <w:br/>
        <w:t>І з серцем веселим додому вертає.&lt;br /&gt;</w:t>
        <w:br/>
        <w:t>А піп, скоро діло спасенне вчинив,&lt;br /&gt;</w:t>
        <w:br/>
        <w:t>Коня за повіддя шовкові привів&lt;br /&gt;</w:t>
        <w:br/>
        <w:t>І графові дяку смиренно складає.</w:t>
      </w:r>
    </w:p>
    <w:p>
      <w:r>
        <w:br/>
        <w:t>Х&lt;br /&gt;</w:t>
        <w:br/>
        <w:t>"Ні, чесний панотче! — промовив тут граф. —&lt;br /&gt;</w:t>
        <w:br/>
        <w:t>Не смію на службі коня потребити,&lt;br /&gt;</w:t>
        <w:br/>
        <w:t>Чи то в полюванні, чи то у боях,&lt;br /&gt;</w:t>
        <w:br/>
        <w:t>Що ти його Спасу сподобив служити.&lt;br /&gt;</w:t>
        <w:br/>
        <w:t>Коли не на власну домову користь,&lt;br /&gt;</w:t>
        <w:br/>
        <w:t>На церкву обернеш красу його й хисть.&lt;br /&gt;</w:t>
        <w:br/>
        <w:t>Тому-бо подав я коня бойового.&lt;br /&gt;</w:t>
        <w:br/>
        <w:t>Що маю і честь, і всі блага земні,&lt;br /&gt;</w:t>
        <w:br/>
        <w:t>І все, що досталось в насліддє мені,&lt;br /&gt;</w:t>
        <w:br/>
        <w:t>Не інше, як тілько від нього самого ".&lt;br /&gt;</w:t>
        <w:br/>
        <w:t>ХІ&lt;br /&gt;</w:t>
        <w:br/>
        <w:t>"Нехай же, — рече піп, — господь із небес,&lt;br /&gt;</w:t>
        <w:br/>
        <w:t>Що голос болящих людей своїх чує,&lt;br /&gt;</w:t>
        <w:br/>
        <w:t>І тут, і там вище всещедро тебе,&lt;br /&gt;</w:t>
        <w:br/>
        <w:t>Як ти його даром твоїм, ушанує!&lt;br /&gt;</w:t>
        <w:br/>
        <w:t>Ти з рицарів рицар, з графів єси граф,&lt;br /&gt;</w:t>
        <w:br/>
        <w:t>Боями ти славен в чужих сторонах,&lt;br /&gt;</w:t>
        <w:br/>
        <w:t>Шість дочок вродливих тобі процвітає...&lt;br /&gt;</w:t>
        <w:br/>
        <w:t>Нехай же, — пророчо рече, — у твій дом&lt;br /&gt;</w:t>
        <w:br/>
        <w:t>Вони принесуть шість блискучих корон,&lt;br /&gt;</w:t>
        <w:br/>
        <w:t>Нехай його слава вовіки сіяє! "</w:t>
      </w:r>
    </w:p>
    <w:p>
      <w:r>
        <w:br/>
        <w:t>ХІІ&lt;br /&gt;</w:t>
        <w:br/>
        <w:t>Тоді імператор чоло похилив,&lt;br /&gt;</w:t>
        <w:br/>
        <w:t>Забуте йому його пам'ять вертає...&lt;br /&gt;</w:t>
        <w:br/>
        <w:t>Споглянув у вічі співцю й зрозумів,&lt;br /&gt;</w:t>
        <w:br/>
        <w:t>Яким його співом старенький вітає.&lt;br /&gt;</w:t>
        <w:br/>
        <w:t>В простацькій кобзарській одежі співця&lt;br /&gt;</w:t>
        <w:br/>
        <w:t>Він давнього бачить свого панотця, —&lt;br /&gt;</w:t>
        <w:br/>
        <w:t>І ринули сльози... Їх цісар ховає&lt;br /&gt;</w:t>
        <w:br/>
        <w:t>В червчатій порфирі, і всяк догадавсь,&lt;br /&gt;</w:t>
        <w:br/>
        <w:t>Який граф з дарами святими стрічавсь,&lt;br /&gt;</w:t>
        <w:br/>
        <w:t>І в серці господні судьби прославляє.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 Габсбург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