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Говерла</w:t>
      </w:r>
    </w:p>
    <w:p>
      <w:r>
        <w:br/>
        <w:t xml:space="preserve"> ГОВЕРЛА&lt;br /&gt;</w:t>
        <w:br/>
        <w:t>Сюїта&lt;br /&gt;</w:t>
        <w:br/>
        <w:t>1. Гроза над Говерлою</w:t>
      </w:r>
    </w:p>
    <w:p>
      <w:r>
        <w:br/>
        <w:t>Говорила громами Говерла,&lt;br /&gt;</w:t>
        <w:br/>
        <w:t>І луна — віл гори до гори!&lt;br /&gt;</w:t>
        <w:br/>
        <w:t>Прокотилась… у небі завмерла…&lt;br /&gt;</w:t>
        <w:br/>
        <w:t>Говори! Говори!!!&lt;br /&gt;</w:t>
        <w:br/>
        <w:t>Не мовчи, український Монблане,&lt;br /&gt;</w:t>
        <w:br/>
        <w:t>Калатай у небесну блакить,&lt;br /&gt;</w:t>
        <w:br/>
        <w:t>Бо як дзвону твойого не стане —&lt;br /&gt;</w:t>
        <w:br/>
        <w:t>Серце стане в ту мить!&lt;br /&gt;</w:t>
        <w:br/>
        <w:t>Бо як грому твойого не буде —&lt;br /&gt;</w:t>
        <w:br/>
        <w:t>Крига смерті осяде в душі.&lt;br /&gt;</w:t>
        <w:br/>
        <w:t>Буйну ватру в засмучених грудях&lt;br /&gt;</w:t>
        <w:br/>
        <w:t>Воруши! Воруши…</w:t>
      </w:r>
    </w:p>
    <w:p>
      <w:r>
        <w:br/>
        <w:t>2. Стежка до вершини</w:t>
      </w:r>
    </w:p>
    <w:p>
      <w:r>
        <w:br/>
        <w:t>В’ється, в’ється стежина&lt;br /&gt;</w:t>
        <w:br/>
        <w:t>Вгору…&lt;br /&gt;</w:t>
        <w:br/>
        <w:t>А що таке вгору?&lt;br /&gt;</w:t>
        <w:br/>
        <w:t>Може, то хитра долина&lt;br /&gt;</w:t>
        <w:br/>
        <w:t>В неба кротову нору?&lt;br /&gt;</w:t>
        <w:br/>
        <w:t>Може, і небо — то пастка&lt;br /&gt;</w:t>
        <w:br/>
        <w:t>Для недозрілого духу,&lt;br /&gt;</w:t>
        <w:br/>
        <w:t>Бога-плантатора ласка —&lt;br /&gt;</w:t>
        <w:br/>
        <w:t>Збудника нашого руху?&lt;br /&gt;</w:t>
        <w:br/>
        <w:t>Бідні Адамові діти&lt;br /&gt;</w:t>
        <w:br/>
        <w:t>Вийшли на ниву Єгови,&lt;br /&gt;</w:t>
        <w:br/>
        <w:t>Стали закваскою світу,&lt;br /&gt;</w:t>
        <w:br/>
        <w:t>Стали підґрунтям основи…&lt;br /&gt;</w:t>
        <w:br/>
        <w:t>Сіємо душі, планети,&lt;br /&gt;</w:t>
        <w:br/>
        <w:t>Губимо думи й надії, —&lt;br /&gt;</w:t>
        <w:br/>
        <w:t>Йоги, аскети, поети,&lt;br /&gt;</w:t>
        <w:br/>
        <w:t>Вчені, святі, гречкосії…&lt;br /&gt;</w:t>
        <w:br/>
        <w:t>Чому так хочеться вгору?&lt;br /&gt;</w:t>
        <w:br/>
        <w:t>Чом наше серце голодне?&lt;br /&gt;</w:t>
        <w:br/>
        <w:t>Хочеться випити зорі,&lt;br /&gt;</w:t>
        <w:br/>
        <w:t>В груди вдихнути безодню!..&lt;br /&gt;</w:t>
        <w:br/>
        <w:t>Може, то наша прасутність&lt;br /&gt;</w:t>
        <w:br/>
        <w:t>Хоче себе об’єднати?&lt;br /&gt;</w:t>
        <w:br/>
        <w:t>Може, то власна відсутність&lt;br /&gt;</w:t>
        <w:br/>
        <w:t>Кличе сама себе з хати?&lt;br /&gt;</w:t>
        <w:br/>
        <w:t>Вгору, все вгору і вгору,&lt;br /&gt;</w:t>
        <w:br/>
        <w:t>На легендарну Говерлу,&lt;br /&gt;</w:t>
        <w:br/>
        <w:t>В неба безодню стозору,&lt;br /&gt;</w:t>
        <w:br/>
        <w:t>В мрію — іще непомерлу…</w:t>
      </w:r>
    </w:p>
    <w:p>
      <w:r>
        <w:br/>
        <w:t>3. Туман</w:t>
      </w:r>
    </w:p>
    <w:p>
      <w:r>
        <w:br/>
        <w:t>Ой, який страшний туман!&lt;br /&gt;</w:t>
        <w:br/>
        <w:t>Всюди сірий океан…&lt;br /&gt;</w:t>
        <w:br/>
        <w:t>Мряка — змій мільйонголовий —&lt;br /&gt;</w:t>
        <w:br/>
        <w:t>Виповза в небесний лан…&lt;br /&gt;</w:t>
        <w:br/>
        <w:t>Щезли квіти і струмки,&lt;br /&gt;</w:t>
        <w:br/>
        <w:t>Вмерли звуки і зірки,&lt;br /&gt;</w:t>
        <w:br/>
        <w:t>І безликість проковтнула&lt;br /&gt;</w:t>
        <w:br/>
        <w:t>Навіть скелі і стежки.&lt;br /&gt;</w:t>
        <w:br/>
        <w:t>І уже не знаєш ти —&lt;br /&gt;</w:t>
        <w:br/>
        <w:t>Чи спинитися, чи йти?&lt;br /&gt;</w:t>
        <w:br/>
        <w:t>Лиш рятує в безнадії&lt;br /&gt;</w:t>
        <w:br/>
        <w:t>Дух незримий висоти…&lt;br /&gt;</w:t>
        <w:br/>
        <w:t>Так недовго до біди,&lt;br /&gt;</w:t>
        <w:br/>
        <w:t>Але ти не спи, не жди,&lt;br /&gt;</w:t>
        <w:br/>
        <w:t>Понад сумнівом і страхом&lt;br /&gt;</w:t>
        <w:br/>
        <w:t>Уперед іди, іди!&lt;br /&gt;</w:t>
        <w:br/>
        <w:t>Змій сміється: — Ну й дивак,&lt;br /&gt;</w:t>
        <w:br/>
        <w:t>Хто ж подасть тобі той знак —&lt;br /&gt;</w:t>
        <w:br/>
        <w:t>Путь вперед поміж туманом&lt;br /&gt;</w:t>
        <w:br/>
        <w:t>Буде так ачи отак?&lt;br /&gt;</w:t>
        <w:br/>
        <w:t>Думи сумніву одгонь!&lt;br /&gt;</w:t>
        <w:br/>
        <w:t>Кров як стукає до скронь,&lt;br /&gt;</w:t>
        <w:br/>
        <w:t>Як трішить хребет від ноші,&lt;br /&gt;</w:t>
        <w:br/>
        <w:t>Як горить в душі вогонь,&lt;br /&gt;</w:t>
        <w:br/>
        <w:t>Отже, ти іще живеш,&lt;br /&gt;</w:t>
        <w:br/>
        <w:t>Отже, кухоль неба п’єш!&lt;br /&gt;</w:t>
        <w:br/>
        <w:t>Як гудуть від втоми ноги —&lt;br /&gt;</w:t>
        <w:br/>
        <w:t>Значить ти угору йдеш!..</w:t>
      </w:r>
    </w:p>
    <w:p>
      <w:r>
        <w:br/>
        <w:t>4. Найвища вода</w:t>
      </w:r>
    </w:p>
    <w:p>
      <w:r>
        <w:br/>
        <w:t>Та проходять тумани,&lt;br /&gt;</w:t>
        <w:br/>
        <w:t>Мов химерні обмани,&lt;br /&gt;</w:t>
        <w:br/>
        <w:t>Росяними перлинами&lt;br /&gt;</w:t>
        <w:br/>
        <w:t>осідають на скелі замшілі,&lt;br /&gt;</w:t>
        <w:br/>
        <w:t>на квітки, на траву.&lt;br /&gt;</w:t>
        <w:br/>
        <w:t>Пурпурове кружало&lt;br /&gt;</w:t>
        <w:br/>
        <w:t>Понад горами встало,&lt;br /&gt;</w:t>
        <w:br/>
        <w:t>Попливло кораблем небувалим&lt;br /&gt;</w:t>
        <w:br/>
        <w:t>у незміряну синяву…&lt;br /&gt;</w:t>
        <w:br/>
        <w:t>Недалека вершина,&lt;br /&gt;</w:t>
        <w:br/>
        <w:t>Мов цнотлива дівчина,&lt;br /&gt;</w:t>
        <w:br/>
        <w:t>Сніговими серпанками&lt;br /&gt;</w:t>
        <w:br/>
        <w:t>прихорошує щоки свої і чоло…&lt;br /&gt;</w:t>
        <w:br/>
        <w:t>А з-під сірої скелі&lt;br /&gt;</w:t>
        <w:br/>
        <w:t>В кам’янистій пустелі&lt;br /&gt;</w:t>
        <w:br/>
        <w:t>Біля ніг моїх заструмилося,&lt;br /&gt;</w:t>
        <w:br/>
        <w:t>заіскрилося, засміялося джерело…&lt;br /&gt;</w:t>
        <w:br/>
        <w:t>Гей, яке воно чисте!&lt;br /&gt;</w:t>
        <w:br/>
        <w:t>Ой, яке променисте!&lt;br /&gt;</w:t>
        <w:br/>
        <w:t>Ух, солодка, холодна, цілюща,&lt;br /&gt;</w:t>
        <w:br/>
        <w:t>бо найвища на всій Україні вода!&lt;br /&gt;</w:t>
        <w:br/>
        <w:t>Ой спасибі, водице,&lt;br /&gt;</w:t>
        <w:br/>
        <w:t>І Говерло-дівице,&lt;br /&gt;</w:t>
        <w:br/>
        <w:t>Що в твоє джерело позахмарне&lt;br /&gt;</w:t>
        <w:br/>
        <w:t>лише небо ясне загляда!&lt;br /&gt;</w:t>
        <w:br/>
        <w:t>В дивній тиші пророчій&lt;br /&gt;</w:t>
        <w:br/>
        <w:t>Хлюпну свіжості в очі,&lt;br /&gt;</w:t>
        <w:br/>
        <w:t>Обережно нап’юся чаклунського трунку,&lt;br /&gt;</w:t>
        <w:br/>
        <w:t>щоб не збурити джерело…&lt;br /&gt;</w:t>
        <w:br/>
        <w:t>Я водиці позичу&lt;br /&gt;</w:t>
        <w:br/>
        <w:t>Для душі, для обличчя,&lt;br /&gt;</w:t>
        <w:br/>
        <w:t>Для одвічного шляху туди,&lt;br /&gt;</w:t>
        <w:br/>
        <w:t>куди сонце велично пішло…</w:t>
      </w:r>
    </w:p>
    <w:p>
      <w:r>
        <w:br/>
        <w:t>5. Вершина</w:t>
      </w:r>
    </w:p>
    <w:p>
      <w:r>
        <w:br/>
        <w:t>Кроки останні. Вершина!&lt;br /&gt;</w:t>
        <w:br/>
        <w:t>Геть остогидлий рюкзак…&lt;br /&gt;</w:t>
        <w:br/>
        <w:t>Сонце у неба глибинах&lt;br /&gt;</w:t>
        <w:br/>
        <w:t>Щастя запалює знак.</w:t>
      </w:r>
    </w:p>
    <w:p>
      <w:r>
        <w:br/>
        <w:t>Дишеться легко і сильно,&lt;br /&gt;</w:t>
        <w:br/>
        <w:t>Вже непотрібні слона.&lt;br /&gt;</w:t>
        <w:br/>
        <w:t>Стукає серце стокрильно,&lt;br /&gt;</w:t>
        <w:br/>
        <w:t>Дух урочисто співа.</w:t>
      </w:r>
    </w:p>
    <w:p>
      <w:r>
        <w:br/>
        <w:t>Раптом… екстаз завмирає,&lt;br /&gt;</w:t>
        <w:br/>
        <w:t>Ще не злетівши увись.&lt;br /&gt;</w:t>
        <w:br/>
        <w:t>Сам я собі дорікаю:&lt;br /&gt;</w:t>
        <w:br/>
        <w:t>— Що ти шукав — подивись?</w:t>
      </w:r>
    </w:p>
    <w:p>
      <w:r>
        <w:br/>
        <w:t>На легендарну вершину&lt;br /&gt;</w:t>
        <w:br/>
        <w:t>Мертвих традицій раби&lt;br /&gt;</w:t>
        <w:br/>
        <w:t>Перли на зігнутих спинах&lt;br /&gt;</w:t>
        <w:br/>
        <w:t>Знаки людської ганьби, —</w:t>
      </w:r>
    </w:p>
    <w:p>
      <w:r>
        <w:br/>
        <w:t>І обеліски, й погруддя&lt;br /&gt;</w:t>
        <w:br/>
        <w:t>І ювілейні значки,&lt;br /&gt;</w:t>
        <w:br/>
        <w:t>Написи всякі облудні,&lt;br /&gt;</w:t>
        <w:br/>
        <w:t>Банки консервні й пляшки.</w:t>
      </w:r>
    </w:p>
    <w:p>
      <w:r>
        <w:br/>
        <w:t>Боже, волаю до Тебе —&lt;br /&gt;</w:t>
        <w:br/>
        <w:t>Істина це чи мара?&lt;br /&gt;</w:t>
        <w:br/>
        <w:t>Отже, я прагнув до неба,&lt;br /&gt;</w:t>
        <w:br/>
        <w:t>Щоб повернутись до дна?</w:t>
      </w:r>
    </w:p>
    <w:p>
      <w:r>
        <w:br/>
        <w:t>Люде вкраїнський, то що ти&lt;br /&gt;</w:t>
        <w:br/>
        <w:t>В серці несеш крізь віки&lt;br /&gt;</w:t>
        <w:br/>
        <w:t>На легендарні висоти,&lt;br /&gt;</w:t>
        <w:br/>
        <w:t>На позахмарні стежки?!</w:t>
      </w:r>
    </w:p>
    <w:p>
      <w:r>
        <w:br/>
        <w:t>6. Вівці на вершині</w:t>
      </w:r>
    </w:p>
    <w:p>
      <w:r>
        <w:br/>
        <w:t>Визріває ясний день.&lt;br /&gt;</w:t>
        <w:br/>
        <w:t>Дзень-дзелень! Дзень-дзелень!&lt;br /&gt;</w:t>
        <w:br/>
        <w:t>Ну й химери! В серці — тінь.&lt;br /&gt;</w:t>
        <w:br/>
        <w:t>Дзінь-дзінь! Дзінь-дзінь!</w:t>
      </w:r>
    </w:p>
    <w:p>
      <w:r>
        <w:br/>
        <w:t>Із долини, з полонини&lt;br /&gt;</w:t>
        <w:br/>
        <w:t>Вівці йдуть аж до вершини,&lt;br /&gt;</w:t>
        <w:br/>
        <w:t>На Говерлу топчуть шлях…&lt;br /&gt;</w:t>
        <w:br/>
        <w:t>Сміх і гріх, горе й жах!</w:t>
      </w:r>
    </w:p>
    <w:p>
      <w:r>
        <w:br/>
        <w:t>Вівці хрумають квітки,&lt;br /&gt;</w:t>
        <w:br/>
        <w:t>Бібки сиплють на стежки,&lt;br /&gt;</w:t>
        <w:br/>
        <w:t>Вівці мекають щасливо,&lt;br /&gt;</w:t>
        <w:br/>
        <w:t>Насміхаючись над дивом.</w:t>
      </w:r>
    </w:p>
    <w:p>
      <w:r>
        <w:br/>
        <w:t>То уже аж понад хмари&lt;br /&gt;</w:t>
        <w:br/>
        <w:t>Розрослась земна кошара?&lt;br /&gt;</w:t>
        <w:br/>
        <w:t>Вівці тут, вівці там…&lt;br /&gt;</w:t>
        <w:br/>
        <w:t>Що ж робити шукачам?</w:t>
      </w:r>
    </w:p>
    <w:p>
      <w:r>
        <w:br/>
        <w:t>7. Туристи на вершині</w:t>
      </w:r>
    </w:p>
    <w:p>
      <w:r>
        <w:br/>
        <w:t>Щезла отара,&lt;br /&gt;</w:t>
        <w:br/>
        <w:t>Ніби примара.&lt;br /&gt;</w:t>
        <w:br/>
        <w:t>Стежку гористу&lt;br /&gt;</w:t>
        <w:br/>
        <w:t>Топчуть туристи.</w:t>
      </w:r>
    </w:p>
    <w:p>
      <w:r>
        <w:br/>
        <w:t>Лайку і сварку,&lt;br /&gt;</w:t>
        <w:br/>
        <w:t>Пляшку і чарку&lt;br /&gt;</w:t>
        <w:br/>
        <w:t>У понадхмарність&lt;br /&gt;</w:t>
        <w:br/>
        <w:t>Тягне бездарність.&lt;br /&gt;</w:t>
        <w:br/>
        <w:t>Всі до Говерли&lt;br /&gt;</w:t>
        <w:br/>
        <w:t>Дурні поперли,&lt;br /&gt;</w:t>
        <w:br/>
        <w:t>Щоб наслідити&lt;br /&gt;</w:t>
        <w:br/>
        <w:t>В ясній блакиті,</w:t>
      </w:r>
    </w:p>
    <w:p>
      <w:r>
        <w:br/>
        <w:t>Щоб України&lt;br /&gt;</w:t>
        <w:br/>
        <w:t>Чиста вершина&lt;br /&gt;</w:t>
        <w:br/>
        <w:t>Стала смішною&lt;br /&gt;</w:t>
        <w:br/>
        <w:t>Брудною горою…</w:t>
      </w:r>
    </w:p>
    <w:p>
      <w:r>
        <w:br/>
        <w:t>8. Вогонь на вершині</w:t>
      </w:r>
    </w:p>
    <w:p>
      <w:r>
        <w:br/>
        <w:t>Як розійдуться і вівці і туристи,&lt;br /&gt;</w:t>
        <w:br/>
        <w:t>Залишивши душу в самотині,&lt;br /&gt;</w:t>
        <w:br/>
        <w:t>Як довкола буде небо чисте,&lt;br /&gt;</w:t>
        <w:br/>
        <w:t>Запали багаття на вершині.</w:t>
      </w:r>
    </w:p>
    <w:p>
      <w:r>
        <w:br/>
        <w:t>Нашукай галузок давньолітніх,&lt;br /&gt;</w:t>
        <w:br/>
        <w:t>Назбирай усього, то згорає, —&lt;br /&gt;</w:t>
        <w:br/>
        <w:t>Хай в пустельних горах непривітних&lt;br /&gt;</w:t>
        <w:br/>
        <w:t>На Говерлі полум’я заграє!</w:t>
      </w:r>
    </w:p>
    <w:p>
      <w:r>
        <w:br/>
        <w:t>Хай побачать янголи і люди,&lt;br /&gt;</w:t>
        <w:br/>
        <w:t>Вороги і друзі у долині,&lt;br /&gt;</w:t>
        <w:br/>
        <w:t>Що не сутінь котиться усюди,&lt;br /&gt;</w:t>
        <w:br/>
        <w:t>Що горить багаття на вершині!</w:t>
      </w:r>
    </w:p>
    <w:p>
      <w:r>
        <w:br/>
        <w:t>Тріпочи, мій вогнику, і смійся&lt;br /&gt;</w:t>
        <w:br/>
        <w:t>Над недолею, дощами і вітрами,&lt;br /&gt;</w:t>
        <w:br/>
        <w:t>Впийся небом щедрим і не бійся,&lt;br /&gt;</w:t>
        <w:br/>
        <w:t>Що немає ватри попід нами!..</w:t>
      </w:r>
    </w:p>
    <w:p>
      <w:r>
        <w:br/>
        <w:t>Там, внизу, є сосни і смереки,&lt;br /&gt;</w:t>
        <w:br/>
        <w:t>Там живуть Опришкові онуки,&lt;br /&gt;</w:t>
        <w:br/>
        <w:t>Є священні вісники-лелеки,&lt;br /&gt;</w:t>
        <w:br/>
        <w:t>Що несуть наказ у дні розпуки.</w:t>
      </w:r>
    </w:p>
    <w:p>
      <w:r>
        <w:br/>
        <w:t>Пломінець твій матиме поживу&lt;br /&gt;</w:t>
        <w:br/>
        <w:t>В грізний час із стовбурів прадавніх, —&lt;br /&gt;</w:t>
        <w:br/>
        <w:t>Лиш не згасни! Будь одвічним дивом,&lt;br /&gt;</w:t>
        <w:br/>
        <w:t>Щоб не вмерли згуки пісень славних!</w:t>
      </w:r>
    </w:p>
    <w:p>
      <w:r>
        <w:br/>
        <w:t>Тиша понад світом лиховісна,&lt;br /&gt;</w:t>
        <w:br/>
        <w:t>Ніч повзе, ляга на полонині…&lt;br /&gt;</w:t>
        <w:br/>
        <w:t>Якщо серцю у долині тісно —&lt;br /&gt;</w:t>
        <w:br/>
        <w:t>Запали багаття на вершині!..</w:t>
      </w:r>
    </w:p>
    <w:p>
      <w:r>
        <w:br/>
        <w:t>9. Далина</w:t>
      </w:r>
    </w:p>
    <w:p>
      <w:r>
        <w:br/>
        <w:t>Пригасає багаття,&lt;br /&gt;</w:t>
        <w:br/>
        <w:t>Утікає завзяття,&lt;br /&gt;</w:t>
        <w:br/>
        <w:t>Душу холод морозить,&lt;br /&gt;</w:t>
        <w:br/>
        <w:t>Сутінь згубою грозить…</w:t>
      </w:r>
    </w:p>
    <w:p>
      <w:r>
        <w:br/>
        <w:t>Та щезає мана!&lt;br /&gt;</w:t>
        <w:br/>
        <w:t>Хай вмирає вона!&lt;br /&gt;</w:t>
        <w:br/>
        <w:t>Загорівся на обрії сонячний шлях —&lt;br /&gt;</w:t>
        <w:br/>
        <w:t>Дивина… далина…</w:t>
      </w:r>
    </w:p>
    <w:p>
      <w:r>
        <w:br/>
        <w:t>І багаття вогні&lt;br /&gt;</w:t>
        <w:br/>
        <w:t>Запалали в мені,&lt;br /&gt;</w:t>
        <w:br/>
        <w:t>І в гуцульськім вікні,&lt;br /&gt;</w:t>
        <w:br/>
        <w:t>І в дитячому сні…</w:t>
      </w:r>
    </w:p>
    <w:p>
      <w:r>
        <w:br/>
        <w:t>Почалася війна —&lt;br /&gt;</w:t>
        <w:br/>
        <w:t>Не одна… не одна!&lt;br /&gt;</w:t>
        <w:br/>
        <w:t>Піднімає блакитні хоругви&lt;br /&gt;</w:t>
        <w:br/>
        <w:t>казкового краю&lt;br /&gt;</w:t>
        <w:br/>
        <w:t>Дивина… далина…</w:t>
      </w:r>
    </w:p>
    <w:p>
      <w:r>
        <w:br/>
        <w:t>10. Нечутний Голос</w:t>
      </w:r>
    </w:p>
    <w:p>
      <w:r>
        <w:br/>
        <w:t>Хтось підходить Незримий —&lt;br /&gt;</w:t>
        <w:br/>
        <w:t>Рідний такий, тривожний…&lt;br /&gt;</w:t>
        <w:br/>
        <w:t>Серце моє нестримно&lt;br /&gt;</w:t>
        <w:br/>
        <w:t>Стає на коліна побожно…</w:t>
      </w:r>
    </w:p>
    <w:p>
      <w:r>
        <w:br/>
        <w:t>Нечутний Голос крає&lt;br /&gt;</w:t>
        <w:br/>
        <w:t>Всі межі смислу й цілі,&lt;br /&gt;</w:t>
        <w:br/>
        <w:t>І цвяхи вогненні вбиває&lt;br /&gt;</w:t>
        <w:br/>
        <w:t>У душу заціпенілу.</w:t>
      </w:r>
    </w:p>
    <w:p>
      <w:r>
        <w:br/>
        <w:t>— Що ти шукаєш у горах? —&lt;br /&gt;</w:t>
        <w:br/>
        <w:t>Питає те Духослово.&lt;br /&gt;</w:t>
        <w:br/>
        <w:t>— Чи тайну науку про зорі,&lt;br /&gt;</w:t>
        <w:br/>
        <w:t>Чи, може, на щастя підкову?</w:t>
      </w:r>
    </w:p>
    <w:p>
      <w:r>
        <w:br/>
        <w:t>— Не хочу, не хочу цілі,&lt;br /&gt;</w:t>
        <w:br/>
        <w:t>Яка виливається в форму,&lt;br /&gt;</w:t>
        <w:br/>
        <w:t>Яка обростає цвіллю&lt;br /&gt;</w:t>
        <w:br/>
        <w:t>І людям стає за норму!</w:t>
      </w:r>
    </w:p>
    <w:p>
      <w:r>
        <w:br/>
        <w:t>Не хочу, не хочу чуда,&lt;br /&gt;</w:t>
        <w:br/>
        <w:t>Яке на Голгофі зріє!&lt;br /&gt;</w:t>
        <w:br/>
        <w:t>То — стовікова облуда&lt;br /&gt;</w:t>
        <w:br/>
        <w:t>Страшного і хитрого Змія!</w:t>
      </w:r>
    </w:p>
    <w:p>
      <w:r>
        <w:br/>
        <w:t>Нехай моя Україна,&lt;br /&gt;</w:t>
        <w:br/>
        <w:t>А з нею сестри-народи,&lt;br /&gt;</w:t>
        <w:br/>
        <w:t>По новій підуть стежині&lt;br /&gt;</w:t>
        <w:br/>
        <w:t>У вимріяну свободу.</w:t>
      </w:r>
    </w:p>
    <w:p>
      <w:r>
        <w:br/>
        <w:t>Туди, де космічні зміни&lt;br /&gt;</w:t>
        <w:br/>
        <w:t>Не нищать душі горіння,&lt;br /&gt;</w:t>
        <w:br/>
        <w:t>Туди, де любов нетлінна&lt;br /&gt;</w:t>
        <w:br/>
        <w:t>Вінчає святі покоління,</w:t>
      </w:r>
    </w:p>
    <w:p>
      <w:r>
        <w:br/>
        <w:t>Туди, до земні герої&lt;br /&gt;</w:t>
        <w:br/>
        <w:t>Не в бронзі вкарбовані злотом,&lt;br /&gt;</w:t>
        <w:br/>
        <w:t>А прагнуть до іншої Трої&lt;br /&gt;</w:t>
        <w:br/>
        <w:t>Небаченим ще польотом,</w:t>
      </w:r>
    </w:p>
    <w:p>
      <w:r>
        <w:br/>
        <w:t>І визволяють Олену —&lt;br /&gt;</w:t>
        <w:br/>
        <w:t>Душу Матері Світу —&lt;br /&gt;</w:t>
        <w:br/>
        <w:t>Від ганебної сцени&lt;br /&gt;</w:t>
        <w:br/>
        <w:t>В край легенди і квітів!..</w:t>
      </w:r>
    </w:p>
    <w:p>
      <w:r>
        <w:br/>
        <w:t>…Мовить Голос Нечутний:&lt;br /&gt;</w:t>
        <w:br/>
        <w:t>— Буде по слову тому,&lt;br /&gt;</w:t>
        <w:br/>
        <w:t>Лише прагни могутньо&lt;br /&gt;</w:t>
        <w:br/>
        <w:t>До Незримого Дому!</w:t>
      </w:r>
    </w:p>
    <w:p>
      <w:r>
        <w:br/>
        <w:t>Від нього видноколу&lt;br /&gt;</w:t>
        <w:br/>
        <w:t>Підіймайся все вище —&lt;br /&gt;</w:t>
        <w:br/>
        <w:t>Туди, де у Сонячнім Колі&lt;br /&gt;</w:t>
        <w:br/>
        <w:t>Мати Сина колише…</w:t>
      </w:r>
    </w:p>
    <w:p>
      <w:r>
        <w:br/>
        <w:t>11. Незрима Гора</w:t>
      </w:r>
    </w:p>
    <w:p>
      <w:r>
        <w:br/>
        <w:t>В серці відкрилися очі,&lt;br /&gt;</w:t>
        <w:br/>
        <w:t>Ніби полум’яні жерла,&lt;br /&gt;</w:t>
        <w:br/>
        <w:t>У екстазі пророчім&lt;br /&gt;</w:t>
        <w:br/>
        <w:t>Узрів я Одвічну Говерлу…</w:t>
      </w:r>
    </w:p>
    <w:p>
      <w:r>
        <w:br/>
        <w:t>До неї ішли герої,&lt;br /&gt;</w:t>
        <w:br/>
        <w:t>Яких ми ховали в могили,&lt;br /&gt;</w:t>
        <w:br/>
        <w:t>Вставало над тою Горою&lt;br /&gt;</w:t>
        <w:br/>
        <w:t>Сонце блакитне, стосиле.</w:t>
      </w:r>
    </w:p>
    <w:p>
      <w:r>
        <w:br/>
        <w:t>Воно осяяло лави&lt;br /&gt;</w:t>
        <w:br/>
        <w:t>Непереможних загонів,&lt;br /&gt;</w:t>
        <w:br/>
        <w:t>Душ непохитних славу,&lt;br /&gt;</w:t>
        <w:br/>
        <w:t>Блиск легендарних дзвонів.</w:t>
      </w:r>
    </w:p>
    <w:p>
      <w:r>
        <w:br/>
        <w:t>Дзвони гули заклично,&lt;br /&gt;</w:t>
        <w:br/>
        <w:t>Проводжали на Гору,&lt;br /&gt;</w:t>
        <w:br/>
        <w:t>На стежину незвичну&lt;br /&gt;</w:t>
        <w:br/>
        <w:t>Людство тисячозоре…</w:t>
      </w:r>
    </w:p>
    <w:p>
      <w:r>
        <w:br/>
        <w:t>Йшла голуба Україна,&lt;br /&gt;</w:t>
        <w:br/>
        <w:t>Йшла нетутешня Росія,&lt;br /&gt;</w:t>
        <w:br/>
        <w:t>Йшли всі земні покоління&lt;br /&gt;</w:t>
        <w:br/>
        <w:t>Із лабіринту Змія!..</w:t>
      </w:r>
    </w:p>
    <w:p>
      <w:r>
        <w:br/>
        <w:t>І раділи Карпати,&lt;br /&gt;</w:t>
        <w:br/>
        <w:t>Сміялись альпійські луки…&lt;br /&gt;</w:t>
        <w:br/>
        <w:t>З Сонця Небесна Мати&lt;br /&gt;</w:t>
        <w:br/>
        <w:t>Простягала всім руки…</w:t>
      </w:r>
    </w:p>
    <w:p>
      <w:r>
        <w:br/>
        <w:t>12. Зоря над вершиною</w:t>
      </w:r>
    </w:p>
    <w:p>
      <w:r>
        <w:br/>
        <w:t>Дивне видіння —&lt;br /&gt;</w:t>
        <w:br/>
        <w:t>Душі володіння —&lt;br /&gt;</w:t>
        <w:br/>
        <w:t>Гасне, згасає… Зникає… немає…&lt;br /&gt;</w:t>
        <w:br/>
        <w:t>Ночі покрови&lt;br /&gt;</w:t>
        <w:br/>
        <w:t>Палають знову&lt;br /&gt;</w:t>
        <w:br/>
        <w:t>На полонини… І на вершини…</w:t>
      </w:r>
    </w:p>
    <w:p>
      <w:r>
        <w:br/>
        <w:t>Я не боюся,&lt;br /&gt;</w:t>
        <w:br/>
        <w:t>Став — і сміюся!&lt;br /&gt;</w:t>
        <w:br/>
        <w:t>Дише-колише душу Говерла…&lt;br /&gt;</w:t>
        <w:br/>
        <w:t>Пальцями зірок,&lt;br /&gt;</w:t>
        <w:br/>
        <w:t>Хусткою віри&lt;br /&gt;</w:t>
        <w:br/>
        <w:t>Небо пилюку на серці обтерло…</w:t>
      </w:r>
    </w:p>
    <w:p>
      <w:r>
        <w:br/>
        <w:t>Хай, може, буде&lt;br /&gt;</w:t>
        <w:br/>
        <w:t>Стежка облуди,&lt;br /&gt;</w:t>
        <w:br/>
        <w:t>Лестощі, постріли, хитрощі Змія,&lt;br /&gt;</w:t>
        <w:br/>
        <w:t>Божа Вершина&lt;br /&gt;</w:t>
        <w:br/>
        <w:t>Є на Вкраїні —&lt;br /&gt;</w:t>
        <w:br/>
        <w:t>А понад Нею Зоря пломеніє!</w:t>
      </w:r>
    </w:p>
    <w:p>
      <w:r>
        <w:br/>
        <w:t>Чорногора&lt;br /&gt;</w:t>
        <w:br/>
        <w:t>1974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Говерла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