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Господарі війни</w:t>
      </w:r>
    </w:p>
    <w:p>
      <w:r>
        <w:br/>
        <w:t xml:space="preserve"> Гей, владарі війни!&lt;br /&gt;</w:t>
        <w:br/>
        <w:t>Ви, творці усіх мін,&lt;br /&gt;</w:t>
        <w:br/>
        <w:t>Ви, творці усіх бомб,&lt;br /&gt;</w:t>
        <w:br/>
        <w:t>Смертоносних машин.&lt;br /&gt;</w:t>
        <w:br/>
        <w:t>Ви сховались між стін,&lt;br /&gt;</w:t>
        <w:br/>
        <w:t>За письмові столи,&lt;br /&gt;</w:t>
        <w:br/>
        <w:t>Я вас бачу наскрізь,&lt;br /&gt;</w:t>
        <w:br/>
        <w:t>Де б ви всі не були.</w:t>
      </w:r>
    </w:p>
    <w:p>
      <w:r>
        <w:br/>
        <w:t>Ви, що вмієте сіять&lt;br /&gt;</w:t>
        <w:br/>
        <w:t>Лиш попіл-золу,&lt;br /&gt;</w:t>
        <w:br/>
        <w:t>Ви зламали мій світ,&lt;br /&gt;</w:t>
        <w:br/>
        <w:t>Наче ляльку малу.&lt;br /&gt;</w:t>
        <w:br/>
        <w:t>Ви дали автомат&lt;br /&gt;</w:t>
        <w:br/>
        <w:t>І послали вбивать,&lt;br /&gt;</w:t>
        <w:br/>
        <w:t>А самі потікали,&lt;br /&gt;</w:t>
        <w:br/>
        <w:t>Бо кулі свистять.</w:t>
      </w:r>
    </w:p>
    <w:p>
      <w:r>
        <w:br/>
        <w:t>Ви навчились у Юди&lt;br /&gt;</w:t>
        <w:br/>
        <w:t>Мистецтва брехні:&lt;br /&gt;</w:t>
        <w:br/>
        <w:t>"Можна виграть війну!"&lt;br /&gt;</w:t>
        <w:br/>
        <w:t>Клянетесь ви мені.&lt;br /&gt;</w:t>
        <w:br/>
        <w:t>Та я бачу наскрізь&lt;br /&gt;</w:t>
        <w:br/>
        <w:t>Ваші очі й уми,&lt;br /&gt;</w:t>
        <w:br/>
        <w:t>Немов бачу крізь воду,&lt;br /&gt;</w:t>
        <w:br/>
        <w:t>Що стікає в ями.</w:t>
      </w:r>
    </w:p>
    <w:p>
      <w:r>
        <w:br/>
        <w:t>І ви квапите інших –&lt;br /&gt;</w:t>
        <w:br/>
        <w:t>Хай під кулі ідуть,&lt;br /&gt;</w:t>
        <w:br/>
        <w:t>А ви дивитесь, як&lt;br /&gt;</w:t>
        <w:br/>
        <w:t>Цифри смерті ростуть.&lt;br /&gt;</w:t>
        <w:br/>
        <w:t>Ви сховались в маєтках,&lt;br /&gt;</w:t>
        <w:br/>
        <w:t>А кров юнаків&lt;br /&gt;</w:t>
        <w:br/>
        <w:t>Витікає в грязюку&lt;br /&gt;</w:t>
        <w:br/>
        <w:t>Тисячами струмків.</w:t>
      </w:r>
    </w:p>
    <w:p>
      <w:r>
        <w:br/>
        <w:t>Найжахливіший страх&lt;br /&gt;</w:t>
        <w:br/>
        <w:t>Ви жбурнули усім –&lt;br /&gt;</w:t>
        <w:br/>
        <w:t>Страх народжувать діток&lt;br /&gt;</w:t>
        <w:br/>
        <w:t>В світі страшнім.&lt;br /&gt;</w:t>
        <w:br/>
        <w:t>За загрозу дитині,&lt;br /&gt;</w:t>
        <w:br/>
        <w:t>Яка ще й не жила,&lt;br /&gt;</w:t>
        <w:br/>
        <w:t>Ви не варті, щоб кров&lt;br /&gt;</w:t>
        <w:br/>
        <w:t>В ваших жилах текла.</w:t>
      </w:r>
    </w:p>
    <w:p>
      <w:r>
        <w:br/>
        <w:t>Що я знаю насправді,&lt;br /&gt;</w:t>
        <w:br/>
        <w:t>Щоб так говорить?&lt;br /&gt;</w:t>
        <w:br/>
        <w:t>Ви скажете: молодий!&lt;br /&gt;</w:t>
        <w:br/>
        <w:t>Ви скажете: вчися жить!&lt;br /&gt;</w:t>
        <w:br/>
        <w:t>Та я знаю одно,&lt;br /&gt;</w:t>
        <w:br/>
        <w:t>Хоч молодший за вас,&lt;br /&gt;</w:t>
        <w:br/>
        <w:t>Сам Ісус би ніколи&lt;br /&gt;</w:t>
        <w:br/>
        <w:t>Не пробачив би вас.</w:t>
      </w:r>
    </w:p>
    <w:p>
      <w:r>
        <w:br/>
        <w:t>Є одне запитання,&lt;br /&gt;</w:t>
        <w:br/>
        <w:t>Гроші можуть усе,&lt;br /&gt;</w:t>
        <w:br/>
        <w:t>Чи вам куплять прощення?&lt;br /&gt;</w:t>
        <w:br/>
        <w:t>О, ви вірите в це!&lt;br /&gt;</w:t>
        <w:br/>
        <w:t>Та на смертному ложі&lt;br /&gt;</w:t>
        <w:br/>
        <w:t>Не спасуть бариші,&lt;br /&gt;</w:t>
        <w:br/>
        <w:t>Бо ніякі вам гроші&lt;br /&gt;</w:t>
        <w:br/>
        <w:t>Не відкуплять душі.</w:t>
      </w:r>
    </w:p>
    <w:p>
      <w:r>
        <w:br/>
        <w:t>І я вірю, що ви&lt;br /&gt;</w:t>
        <w:br/>
        <w:t>Скоро всі помрете.&lt;br /&gt;</w:t>
        <w:br/>
        <w:t>Я піду за труною&lt;br /&gt;</w:t>
        <w:br/>
        <w:t>В це полудне бліде.&lt;br /&gt;</w:t>
        <w:br/>
        <w:t>Я копатиму яму,&lt;br /&gt;</w:t>
        <w:br/>
        <w:t>Я гукну: "Опускай!"&lt;br /&gt;</w:t>
        <w:br/>
        <w:t>І нарешті я впевнюсь,&lt;br /&gt;</w:t>
        <w:br/>
        <w:t>Що ви мертві. І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Господарі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