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Гортаю журнал...</w:t>
      </w:r>
    </w:p>
    <w:p>
      <w:r>
        <w:br/>
        <w:t xml:space="preserve"> В приймальні окуліста,&lt;br /&gt;</w:t>
        <w:br/>
        <w:t>Очікуючи виклику,&lt;br /&gt;</w:t>
        <w:br/>
        <w:t>Знічев'я гортаю&lt;br /&gt;</w:t>
        <w:br/>
        <w:t>Журнал з медицини,&lt;br /&gt;</w:t>
        <w:br/>
        <w:t>В якому розповідається&lt;br /&gt;</w:t>
        <w:br/>
        <w:t>Про захворювання,&lt;br /&gt;</w:t>
        <w:br/>
        <w:t>Що загрожують людині.&lt;br /&gt;</w:t>
        <w:br/>
        <w:t>Не надивуюся —&lt;br /&gt;</w:t>
        <w:br/>
        <w:t>Чому пропустили&lt;br /&gt;</w:t>
        <w:br/>
        <w:t>Таке небезпечне захворювання,&lt;br /&gt;</w:t>
        <w:br/>
        <w:t>Як осліплення&lt;br /&gt;</w:t>
        <w:br/>
        <w:t>Славою,&lt;br /&gt;</w:t>
        <w:br/>
        <w:t>Везінням,&lt;br /&gt;</w:t>
        <w:br/>
        <w:t>Владолюбством!&lt;br /&gt;</w:t>
        <w:br/>
        <w:t>Чи не тому пропущені&lt;br /&gt;</w:t>
        <w:br/>
        <w:t>Ці хворощі,&lt;br /&gt;</w:t>
        <w:br/>
        <w:t>Що вони, на жаль,&lt;br /&gt;</w:t>
        <w:br/>
        <w:t>Невиліковні?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Гортаю журнал...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