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Горобчик Івасик</w:t>
      </w:r>
    </w:p>
    <w:p>
      <w:r>
        <w:br/>
        <w:t xml:space="preserve"> &lt;p&gt;Горобця-батька звали Грицем, а його жінку, горобчиху,— Настусею. Маленьких горобчиків, їхніх діток, було четверо: двоє хлопців — Івасик та Пимін, і дві дівчинки — Олеся й Оксана. Це Катруся дала їм такі імена.</w:t>
      </w:r>
    </w:p>
    <w:p>
      <w:r>
        <w:br/>
        <w:t>Горобчики-хлопці були битливі, весь час висувалися на край гнізда, щоб більше перехопити черв'ячків, які їм приносили батько Гриць і мати Настуся. Тоді горобчики-дівчатка жалісно пискотіли і скаржилися батькам:</w:t>
      </w:r>
    </w:p>
    <w:p>
      <w:r>
        <w:br/>
        <w:t>— Як нам і на світі жити, коли Івасик та Пимін одпихають нас у куточок?!</w:t>
      </w:r>
    </w:p>
    <w:p>
      <w:r>
        <w:br/>
        <w:t>Горобчиха Настуся сердилася і казала хлопцям:</w:t>
      </w:r>
    </w:p>
    <w:p>
      <w:r>
        <w:br/>
        <w:t>— Ну, хлопці, як же вам не соромно? Ану, відступіться назад! Випустіть наперед сестричок.— Потім давала Олесі й Оксані черв'ячків і примовляла:— Їжте, мої маленькі, їжте, мої хороші!</w:t>
      </w:r>
    </w:p>
    <w:p>
      <w:r>
        <w:br/>
        <w:t>Отак і жили. Але настав день, коли горобець Гриць сів перед гніздом, голосно цвірінькнув, щоб прочистити горло, і каже:</w:t>
      </w:r>
    </w:p>
    <w:p>
      <w:r>
        <w:br/>
        <w:t>— Ну ось, діти, ви вже дорослі. Сьогодні ми всі залишимо гніздо та й помандруємо спочатку в картоплище, а як трохи у силу ввійдете, пурхнемо аж у поле. Отам їжі! І зернят усяких, і кузьок — досхочу!</w:t>
      </w:r>
    </w:p>
    <w:p>
      <w:r>
        <w:br/>
        <w:t>Далі, оглянувши малят, він запитав:</w:t>
      </w:r>
    </w:p>
    <w:p>
      <w:r>
        <w:br/>
        <w:t>— Хто з вас сміливіший? Хто першим вилізе осюди, на край гніздечка, і спробує вилетіти? Не бійтеся, це зовсім не страшно. Треба тільки замахати крильцями. Ну?</w:t>
      </w:r>
    </w:p>
    <w:p>
      <w:r>
        <w:br/>
        <w:t>Пташенята заворушилися. Оксана одним оком визирнула з гнізда і відсахнулась.</w:t>
      </w:r>
    </w:p>
    <w:p>
      <w:r>
        <w:br/>
        <w:t>— Ой, страшно як! Я нізащо не покину гніздечка!</w:t>
      </w:r>
    </w:p>
    <w:p>
      <w:r>
        <w:br/>
        <w:t>Сестричка Олеся теж запискотіла:</w:t>
      </w:r>
    </w:p>
    <w:p>
      <w:r>
        <w:br/>
        <w:t>— Як гляну вниз, аж у голові наморочиться!&amp;#8232;Пимін, озирнувшись на Івасика, пробурмотів:</w:t>
      </w:r>
    </w:p>
    <w:p>
      <w:r>
        <w:br/>
        <w:t>— Чого ти підштовхуєш? Сам стрибай, коли хочеш! Побачу, який ти хоробрий...</w:t>
      </w:r>
    </w:p>
    <w:p>
      <w:r>
        <w:br/>
        <w:t>А Івасик не штовхався, просто пробирався наперед. Як визирнув з гнізда, так і завмер: внизу під гніздом зеленіла картопля, далі — яблуня, яку всі називають Золота Ренета, за нею — слива-ме-дівка, запашна і, мабуть, солодка, як мед. Ох, і гарно ж там.</w:t>
      </w:r>
    </w:p>
    <w:p>
      <w:r>
        <w:br/>
        <w:t>Віддихався Івасик, визирнув ще раз і побачив над собою небо. Було воно безмежне, блакитне, по ньому пливли білі хмари. А ще вгорі було сонце, таке яскраве, що й поглянути на нього не можна. Який простір! Яка краса!</w:t>
      </w:r>
    </w:p>
    <w:p>
      <w:r>
        <w:br/>
        <w:t>Щось заспівало у Івасика в грудях. Він махнув крильцями і сказав:</w:t>
      </w:r>
    </w:p>
    <w:p>
      <w:r>
        <w:br/>
        <w:t>— Полечу спочатку на Золоту Ренету, погойдаюся на тоненькій гілочці, а вже потім піднімуся до самісінького неба, сяду на край білої Хмари і зацвірінькаю: "Цім-цім-цвірінь! Як гарно жити на світі!.."</w:t>
      </w:r>
    </w:p>
    <w:p>
      <w:r>
        <w:br/>
        <w:t>Але Івасик літати ще як слід не вмів. Він не долетів до яблуні, а спустився вниз на кущ картоплі. Та однак йому було гарно. Картопля саме цвіла, біла квіточка залоскотала Івасикові дзьобика й сказала:</w:t>
      </w:r>
    </w:p>
    <w:p>
      <w:r>
        <w:br/>
        <w:t>— Який ти маленький і легенький-легенький! Давай я тебе погойдаю.</w:t>
      </w:r>
    </w:p>
    <w:p>
      <w:r>
        <w:br/>
        <w:t>І загойдалася: вгору — вниз, вгору — вниз. З нею й Івасик гойдався та виспівував:</w:t>
      </w:r>
    </w:p>
    <w:p>
      <w:r>
        <w:br/>
        <w:t>— Цім-цім-цвірінь! Як гарно жити на світі!</w:t>
      </w:r>
    </w:p>
    <w:p>
      <w:r>
        <w:br/>
        <w:t>Слідом за ним повилітали з гнізда й інші гороб'ята. Батько Гриць і мати Настуся зібрали їх докупи і всі гуртом помандрували у світ. Як бачили в небі шуліку чи яструба, ховалися у картоплі, а коли там було чисто — бралися літати й кричали одне одному:</w:t>
      </w:r>
    </w:p>
    <w:p>
      <w:r>
        <w:br/>
        <w:t>— Ану, хто далі полетить! Хто вище!&amp;#8232;І всім було дуже весело.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Горобчик Івасик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