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Горнець</w:t>
      </w:r>
    </w:p>
    <w:p>
      <w:r>
        <w:br/>
        <w:t xml:space="preserve"> &lt;p&gt;— Кілько вас тут є ірщених, то аби-сте були свідомі: через оцей варіник я на старця зійшов. Як моя умирала, то я не помнівси, то забув-сми, як заорав. А самарка каже мені вчора, шо то все горнец. "І жінку затратив-єс і сам пропав-єс, каже. Аби не горнец, то ти до сегодні газда". А я на їду не вистравний, храмів не роблю, людей не скликаю, бо не бірую, усі знают. Єк за покійнички поклалося на полицу, то чєпів до сьогоднішнього дня.</w:t>
      </w:r>
    </w:p>
    <w:p>
      <w:r>
        <w:br/>
        <w:t>— Ти, бадіку, не псуй собі працу, але дивиси за другов жінков. Тобі треба такої газдині, аби тобі на голові горшки била. За кожний раз, як прийдеш з коршми, то один горнец. Або ти на чілідину, або чілідина на тебе верже.</w:t>
      </w:r>
    </w:p>
    <w:p>
      <w:r>
        <w:br/>
        <w:t>— Єк верже, то буду знатьи, шо є за шо, шо моя газдиня мні файно чістує. Але цес варінник піде зараз на черіпки. Аді у тоту обіч 'го шпурєю у тернє, най си розсипає, най ми в хаті не робит окаяніє.</w:t>
      </w:r>
    </w:p>
    <w:p>
      <w:r>
        <w:br/>
        <w:t>— Мой, та то ще мудрий варінничьок, нашо розмітаєш жіночу арнарію?</w:t>
      </w:r>
    </w:p>
    <w:p>
      <w:r>
        <w:br/>
        <w:t>— Винеси, каже Самарка, тот горнец та й розбий при людях, та й тоді тобі пофосолитси, єк руков відверне. А мені жінка через біду вмерла! Та же ви тємите, газди: єк покійничка лежала, то прийшла до мене єкас лєнка, що селом ходила. "Тобі жінка подужіє, — каже, — але звари і курку". А я став у гадках, шо тут робити? Єк гуцул возметси курєтину їсти, — гадаю собі, — то пан біг відбере кулешку. Але послухав-сми публіки, та й крадьки, аби мир не занв, зварив-сми в оцім варіннику курку, а жінка на другий день очі замкнула.</w:t>
      </w:r>
    </w:p>
    <w:p>
      <w:r>
        <w:br/>
        <w:t>— То нема шо, бадіку, на зайду складати, ти чій не дитина, то знав-єс, шо з паном богом не траба гиршкатиси. Шо не годити, то ні; за курку пан біг гуцула карає. Зайді нічьоси не стане; підслухав співанки в селі та й повітривси далі, а ти приймай кару.</w:t>
      </w:r>
    </w:p>
    <w:p>
      <w:r>
        <w:br/>
        <w:t>— Хто знає, може й зайда вже минувси, бо він брачіку стеребив усю курку; покійничка лиш дзємки покушіла.</w:t>
      </w:r>
    </w:p>
    <w:p>
      <w:r>
        <w:br/>
        <w:t>— Ей, де! Їму си гріх не пише, бо то лєнка, усєклї молитви знає.</w:t>
      </w:r>
    </w:p>
    <w:p>
      <w:r>
        <w:br/>
        <w:t>— То най 'го холера зітне, шо мні так збавив, на смерть збавив. Люди, таже я був газда, а сегодні голак.</w:t>
      </w:r>
    </w:p>
    <w:p>
      <w:r>
        <w:br/>
        <w:t>— Знав-сми зайди послухати, знав-сми жінку заситити, а не знав-сми горшок з хати вікинути. Тіму-сми лайдак, п’єнюга остатній. Але ви, газди, будьте пребашні, шо я таке ротом мелю. Може мні попустити біда, щезла би, може, устаткуюся. Аді, сокотіти, бадійки, най шнурую. Ге-е-ех! На черіпки пішов, чуєте?</w:t>
      </w:r>
    </w:p>
    <w:p>
      <w:r>
        <w:br/>
        <w:t>— Слухаєте, слухаєте, як черепє кочєєси, аби так біда відкочювалиси. Бігме, шо так: най гуцул не береси до курітини, най не гнівит бога! Будьте свідомі, газди!</w:t>
      </w:r>
    </w:p>
    <w:p>
      <w:r>
        <w:br/>
        <w:t>Приміточки (словничок) до новелі:</w:t>
      </w:r>
    </w:p>
    <w:p>
      <w:r>
        <w:br/>
        <w:t>Горнец – мала посудина (тут велике горня)</w:t>
      </w:r>
    </w:p>
    <w:p>
      <w:r>
        <w:br/>
        <w:t>Бірує – мати силу</w:t>
      </w:r>
    </w:p>
    <w:p>
      <w:r>
        <w:br/>
        <w:t>Вистравний – вибагливий</w:t>
      </w:r>
    </w:p>
    <w:p>
      <w:r>
        <w:br/>
        <w:t>Чєпів – стояв</w:t>
      </w:r>
    </w:p>
    <w:p>
      <w:r>
        <w:br/>
        <w:t>Варінник – каструля для варіння</w:t>
      </w:r>
    </w:p>
    <w:p>
      <w:r>
        <w:br/>
        <w:t>Бадіку – чоловіче</w:t>
      </w:r>
    </w:p>
    <w:p>
      <w:r>
        <w:br/>
        <w:t>Чілідина – родина, сім'я</w:t>
      </w:r>
    </w:p>
    <w:p>
      <w:r>
        <w:br/>
        <w:t>Верже – кричить</w:t>
      </w:r>
    </w:p>
    <w:p>
      <w:r>
        <w:br/>
        <w:t>Шпурєю – кидаю</w:t>
      </w:r>
    </w:p>
    <w:p>
      <w:r>
        <w:br/>
        <w:t>Тернє – терен (рослина)</w:t>
      </w:r>
    </w:p>
    <w:p>
      <w:r>
        <w:br/>
        <w:t>Храм – церковне свято</w:t>
      </w:r>
    </w:p>
    <w:p>
      <w:r>
        <w:br/>
        <w:t>Пофосолити – пощастити</w:t>
      </w:r>
    </w:p>
    <w:p>
      <w:r>
        <w:br/>
        <w:t>Арнарія – приладдя, статки</w:t>
      </w:r>
    </w:p>
    <w:p>
      <w:r>
        <w:br/>
        <w:t>Лєнка – міщанка</w:t>
      </w:r>
    </w:p>
    <w:p>
      <w:r>
        <w:br/>
        <w:t>Гиршкатися – дратуватися</w:t>
      </w:r>
    </w:p>
    <w:p>
      <w:r>
        <w:br/>
        <w:t>Стереби – зжер, з'їв</w:t>
      </w:r>
    </w:p>
    <w:p>
      <w:r>
        <w:br/>
        <w:t>Дзємки – трішечки</w:t>
      </w:r>
    </w:p>
    <w:p>
      <w:r>
        <w:br/>
        <w:t>Повітривси – пішов далі</w:t>
      </w:r>
    </w:p>
    <w:p>
      <w:r>
        <w:br/>
        <w:t>Минувси – помер (в цьому сенсі)</w:t>
      </w:r>
    </w:p>
    <w:p>
      <w:r>
        <w:br/>
        <w:t>Зайда – випадкова людина</w:t>
      </w:r>
    </w:p>
    <w:p>
      <w:r>
        <w:br/>
        <w:t>Збавив – зашкодив</w:t>
      </w:r>
    </w:p>
    <w:p>
      <w:r>
        <w:br/>
        <w:t>Голак – самотній (в цьому сенсі)</w:t>
      </w:r>
    </w:p>
    <w:p>
      <w:r>
        <w:br/>
        <w:t>Лайдак – невдаха</w:t>
      </w:r>
    </w:p>
    <w:p>
      <w:r>
        <w:br/>
        <w:t>Пребашний – обережний</w:t>
      </w:r>
    </w:p>
    <w:p>
      <w:r>
        <w:br/>
        <w:t>Сокотітси</w:t>
      </w:r>
    </w:p>
    <w:p>
      <w:r>
        <w:br/>
        <w:t>Шнурєю – йду далі</w:t>
      </w:r>
    </w:p>
    <w:p>
      <w:r>
        <w:br/>
        <w:t>На черепки – на частини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Горнець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