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Горіли степи</w:t>
      </w:r>
    </w:p>
    <w:p>
      <w:r>
        <w:br/>
        <w:t xml:space="preserve"> &lt;p&gt;ГОРІЛИ СТЕПИ</w:t>
      </w:r>
    </w:p>
    <w:p>
      <w:r>
        <w:br/>
        <w:t>/</w:t>
      </w:r>
    </w:p>
    <w:p>
      <w:r>
        <w:br/>
        <w:t>У п'ятницю перед Клечальною у Червоної знайшлося теля. Воно було так само червоне, з білою плямою на лобі, з такою ж смугою під черевцем, з білими ратицями й мало незвичайно ніжний вигляд.</w:t>
      </w:r>
    </w:p>
    <w:p>
      <w:r>
        <w:br/>
        <w:t>Старий Вільгельм не міг натішитись.</w:t>
      </w:r>
    </w:p>
    <w:p>
      <w:r>
        <w:br/>
        <w:t>Він ходив коло корови й говорив Мірті:</w:t>
      </w:r>
    </w:p>
    <w:p>
      <w:r>
        <w:br/>
        <w:t>— Est gut. Est sehr gut x. Це зовсім хороше. Коли йде худоба в лінію, то дуже добра ознака. Ей-гей, прекрасна німецька порода, чиста, як баварське пиво.</w:t>
      </w:r>
    </w:p>
    <w:p>
      <w:r>
        <w:br/>
        <w:t>1 Це добре, це дуже добре (нім.).</w:t>
      </w:r>
    </w:p>
    <w:p>
      <w:r>
        <w:br/>
        <w:t>Мірта тихо посміхалась.</w:t>
      </w:r>
    </w:p>
    <w:p>
      <w:r>
        <w:br/>
        <w:t>— Вона справжня Гретхен,— говорив далі Вільгельм.— Причепить би їй блакитну стрічку, на стрічку дзвіночка й пустити по пішоходах в околицях Лип. Ай-яй! Як би вона пройшлась. Скільки розмов було б у сусідів. Гей-гей! Але тут, моя люба, ніхто не розуміє. Ніхто тут цього не розуміє.</w:t>
      </w:r>
    </w:p>
    <w:p>
      <w:r>
        <w:br/>
        <w:t>Вільгельм виймав з рота люльку й завзято спльовував. Тоді взяв теля й обережно одніс його до куховарні. Лизавета кинула на ту пору в'язати панчохи і йшла назустріч.</w:t>
      </w:r>
    </w:p>
    <w:p>
      <w:r>
        <w:br/>
        <w:t>— Лізбет! Лізбет! Таке хороше теля! Гретхен! Мила Гретхен! Моя добра, хороша. Ти твердо бережеш мій рід!</w:t>
      </w:r>
    </w:p>
    <w:p>
      <w:r>
        <w:br/>
        <w:t>Лизавета мовчки, співчуваючи, хитала головою.</w:t>
      </w:r>
    </w:p>
    <w:p>
      <w:r>
        <w:br/>
        <w:t>— Ти не забула, Лізбет, коли дядя Фріц прислав нам залізницею червону корову? О, що то за час був! О, Ми були тоді дуже бідні. Ми тоді молились за неї. О, ]а! О, ]а! Чиста лінія фамилії Кравзе... Кравзе! Що то є— Кравзе?! О, то довгий рід хліборобський!</w:t>
      </w:r>
    </w:p>
    <w:p>
      <w:r>
        <w:br/>
        <w:t>Старий ще довго в розчуленні говорив, та Лизавета лише інколи обзивалась до нього.</w:t>
      </w:r>
    </w:p>
    <w:p>
      <w:r>
        <w:br/>
        <w:t>В неї йшли за ниткою панчохів далекі-далекі думки.</w:t>
      </w:r>
    </w:p>
    <w:p>
      <w:r>
        <w:br/>
        <w:t>— Що це за край? Що за степи, де вони живуть? Вона не знала. Прожила ввесь свій вік і не знала. Вона</w:t>
      </w:r>
    </w:p>
    <w:p>
      <w:r>
        <w:br/>
        <w:t>думала в цю пору про околиці Берліна — липові гаї, тихі, тіняві...</w:t>
      </w:r>
    </w:p>
    <w:p>
      <w:r>
        <w:br/>
        <w:t>Старий пивоварник, її батько, держав там крамницю. Хтоз-на, як жилось! Хоч інколи й на черствому — все ж було радісно мріяти в білім убранні в тінях алей.</w:t>
      </w:r>
    </w:p>
    <w:p>
      <w:r>
        <w:br/>
        <w:t>Чого і як вона сюди попала? Чого тут жила?</w:t>
      </w:r>
    </w:p>
    <w:p>
      <w:r>
        <w:br/>
        <w:t>Це був сон, лише сон.</w:t>
      </w:r>
    </w:p>
    <w:p>
      <w:r>
        <w:br/>
        <w:t>А як прокинеться, знову стане гуляти в білім убранні в липових алеях.</w:t>
      </w:r>
    </w:p>
    <w:p>
      <w:r>
        <w:br/>
        <w:t>То нічого, нічого, що в коси вплівся густо-сивий волос.</w:t>
      </w:r>
    </w:p>
    <w:p>
      <w:r>
        <w:br/>
        <w:t>А тепер сплітати панчохи й чекати, як прикотиться клубочок до Берліна — то є ціль всього життя.</w:t>
      </w:r>
    </w:p>
    <w:p>
      <w:r>
        <w:br/>
        <w:t>Увечері Гордій, селянський парубок, що прибув сюди, в Зелену Долину, з якоїсь сусідньої губернії, пригнав додому худобу.</w:t>
      </w:r>
    </w:p>
    <w:p>
      <w:r>
        <w:br/>
        <w:t>Вільгельм, як і завсіди, пильним оком оглядав кожну тварину, аж поки не приходила остання сіра корова, що завсіди пленталась у хвості.</w:t>
      </w:r>
    </w:p>
    <w:p>
      <w:r>
        <w:br/>
        <w:t>1 О, так! (Ніл.)</w:t>
      </w:r>
    </w:p>
    <w:p>
      <w:r>
        <w:br/>
        <w:t>Тоді заганяв разом із Гордієм усю худобу до хліва й чека* поки Мірта подоїть корів.</w:t>
      </w:r>
    </w:p>
    <w:p>
      <w:r>
        <w:br/>
        <w:t>Звідти йшов оглядати всю садибу.</w:t>
      </w:r>
    </w:p>
    <w:p>
      <w:r>
        <w:br/>
        <w:t>За оселями, критими червоною черепицею, йшов до само! ріллі широкою смугою сад. Грядки в ньому було добре оброблено, кожну деревину обмазано білою вапною. На широких кронах були вже помітні невеликі овочі.</w:t>
      </w:r>
    </w:p>
    <w:p>
      <w:r>
        <w:br/>
        <w:t>Цього року, по всьому, врожай садовини буде добрий.</w:t>
      </w:r>
    </w:p>
    <w:p>
      <w:r>
        <w:br/>
        <w:t>Посередині саду йшла густа липова алея, що кожного разу нагадувала далекий рідний край, густі берлінські липові алеї.</w:t>
      </w:r>
    </w:p>
    <w:p>
      <w:r>
        <w:br/>
        <w:t>— Гей-гей! Vaterland *. Хто раз одірветься од нього, в того серце ніколи не заживе — тихі виразки завсіди колупатимуть.</w:t>
      </w:r>
    </w:p>
    <w:p>
      <w:r>
        <w:br/>
        <w:t>За садом в гущавині лоз і бугили тихо протікав струмок. За ним угору піднімався степ.</w:t>
      </w:r>
    </w:p>
    <w:p>
      <w:r>
        <w:br/>
        <w:t>Вільгельм йшов широкою борозною до степу. Там сів коло вітряка й слухав тихий шелест вітру об крила.</w:t>
      </w:r>
    </w:p>
    <w:p>
      <w:r>
        <w:br/>
        <w:t>На заході звисали сизі хмари, купчились у громади. Інколи різала повітря гостра блискавиця і в освітленні її вставали далекі хвилясті простори, вкриті сизим туманом.</w:t>
      </w:r>
    </w:p>
    <w:p>
      <w:r>
        <w:br/>
        <w:t>Десь із темряви виривався жалібний звук і поволі завмирав. В глибокій задумі дрімали широкі могили, розлогі байраки й поодинока смуга лісу "Зеленої долини".</w:t>
      </w:r>
    </w:p>
    <w:p>
      <w:r>
        <w:br/>
        <w:t>А в цій теплій задумі думки самі пливли в голову.</w:t>
      </w:r>
    </w:p>
    <w:p>
      <w:r>
        <w:br/>
        <w:t>Вільгельм думав: як це сталось, що він, зроду-звіку німець, мешканець берлінських околиць, опинився тут, в оцих далеких степах чудної, незвичайної країни?</w:t>
      </w:r>
    </w:p>
    <w:p>
      <w:r>
        <w:br/>
        <w:t>Як це давно було, що він уперше сюди приїхав, з порожніми руками, лише з однією Лизаветою.</w:t>
      </w:r>
    </w:p>
    <w:p>
      <w:r>
        <w:br/>
        <w:t>А тепер має велику площу землі, добре господарство, всього вдосталь.</w:t>
      </w:r>
    </w:p>
    <w:p>
      <w:r>
        <w:br/>
        <w:t>— О, мій Боже! О, мій добрий Боже! Хто зрозуміє всі твої вказівки, всі твої шляхи, зарані одміряні кожному?</w:t>
      </w:r>
    </w:p>
    <w:p>
      <w:r>
        <w:br/>
        <w:t>І було дивно, що це з ним сталось. А може, це й не з ним?</w:t>
      </w:r>
    </w:p>
    <w:p>
      <w:r>
        <w:br/>
        <w:t>Може, той, хто їхав з Берліна, інший, і зовсім другий складав тут господарство?</w:t>
      </w:r>
    </w:p>
    <w:p>
      <w:r>
        <w:br/>
        <w:t>Десь з глибини темряви вставав густий звук, сумний і величний.</w:t>
      </w:r>
    </w:p>
    <w:p>
      <w:r>
        <w:br/>
        <w:t>Як здавна, степ обзивався до Вільгельма, а цей ніколи не міг зрозуміти.</w:t>
      </w:r>
    </w:p>
    <w:p>
      <w:r>
        <w:br/>
        <w:t>1 Батьківщина (нім.).</w:t>
      </w:r>
    </w:p>
    <w:p>
      <w:r>
        <w:br/>
        <w:t>І з тривогою думав об тім.</w:t>
      </w:r>
    </w:p>
    <w:p>
      <w:r>
        <w:br/>
        <w:t>І знову йшли думки, заплутані, невиразні, але кожна тепло сідала в груди.</w:t>
      </w:r>
    </w:p>
    <w:p>
      <w:r>
        <w:br/>
        <w:t>І тихий подих вітру лагідно студив її.</w:t>
      </w:r>
    </w:p>
    <w:p>
      <w:r>
        <w:br/>
        <w:t>— Степ! Степ! Великий степ! Благословляю тебе, як Яків і Оврам свої землі й отари!</w:t>
      </w:r>
    </w:p>
    <w:p>
      <w:r>
        <w:br/>
        <w:t>Старий розчулено вслухувався в темряву. Десь за лісом почулось торохтіння фургона. Пізніш звуки наблизились.</w:t>
      </w:r>
    </w:p>
    <w:p>
      <w:r>
        <w:br/>
        <w:t>Густий бадьорий голос рішуче спинив коней і поспитав:</w:t>
      </w:r>
    </w:p>
    <w:p>
      <w:r>
        <w:br/>
        <w:t>— Тату, це ти?</w:t>
      </w:r>
    </w:p>
    <w:p>
      <w:r>
        <w:br/>
        <w:t>— Я, Йогане.</w:t>
      </w:r>
    </w:p>
    <w:p>
      <w:r>
        <w:br/>
        <w:t>— Йди сюди, підвезу. Вільгельм спустився на дорогу.</w:t>
      </w:r>
    </w:p>
    <w:p>
      <w:r>
        <w:br/>
        <w:t>— Що ти робив тут, тату?</w:t>
      </w:r>
    </w:p>
    <w:p>
      <w:r>
        <w:br/>
        <w:t>— Я сидів і думав.</w:t>
      </w:r>
    </w:p>
    <w:p>
      <w:r>
        <w:br/>
        <w:t>— Про віщо?</w:t>
      </w:r>
    </w:p>
    <w:p>
      <w:r>
        <w:br/>
        <w:t>— Я думав, я думав про цей степ. Дощ буде. Хороший хліб піде...</w:t>
      </w:r>
    </w:p>
    <w:p>
      <w:r>
        <w:br/>
        <w:t>Ну, іще думав про революцію. Що таке революція. Чого чоловікові хочеться? Люби землю й трудись. І більше нічого.</w:t>
      </w:r>
    </w:p>
    <w:p>
      <w:r>
        <w:br/>
        <w:t>— Я не цього боюсь, тату,— тихо зауважив Йоган.</w:t>
      </w:r>
    </w:p>
    <w:p>
      <w:r>
        <w:br/>
        <w:t>— О, я знаю. Ти думав про землю. Думав — одберуть... То нічого. То не страшне. Страшне інше...</w:t>
      </w:r>
    </w:p>
    <w:p>
      <w:r>
        <w:br/>
        <w:t>— А! Цього ніколи не буде! Ми німецькі піддані. Землю не зачеплять... Та вчеплюся зубами — загризу кожного, хто насмілиться одібрати.</w:t>
      </w:r>
    </w:p>
    <w:p>
      <w:r>
        <w:br/>
        <w:t>— О Йогане, зуби поламаєш, не вдержиш.</w:t>
      </w:r>
    </w:p>
    <w:p>
      <w:r>
        <w:br/>
        <w:t>— Однаково, землі їм не взяти.</w:t>
      </w:r>
    </w:p>
    <w:p>
      <w:r>
        <w:br/>
        <w:t>Молоде, засмалене обличчя Йоганове грізно насупилось, але хутко розійшлося знову в теплу лагідну усмішку. У дворі Гордій підійшов розпрягати коней. Йоган по-опікунськи поляскав по плечу.</w:t>
      </w:r>
    </w:p>
    <w:p>
      <w:r>
        <w:br/>
        <w:t>— Ну, що, Гордію, революція йде?</w:t>
      </w:r>
    </w:p>
    <w:p>
      <w:r>
        <w:br/>
        <w:t>— А йде.</w:t>
      </w:r>
    </w:p>
    <w:p>
      <w:r>
        <w:br/>
        <w:t>— І ти радий?</w:t>
      </w:r>
    </w:p>
    <w:p>
      <w:r>
        <w:br/>
        <w:t>— Не знаю. Я в цьому не розбираюсь.</w:t>
      </w:r>
    </w:p>
    <w:p>
      <w:r>
        <w:br/>
        <w:t>Коні заводили в простору стайню, що була прилаштована до хат.</w:t>
      </w:r>
    </w:p>
    <w:p>
      <w:r>
        <w:br/>
        <w:t>— Не знаєш! А гляди, про земельку думаєш? Думаєш, одбереш у Кравза й сам станеш хазяїном?</w:t>
      </w:r>
    </w:p>
    <w:p>
      <w:r>
        <w:br/>
        <w:t>— Куди там!</w:t>
      </w:r>
    </w:p>
    <w:p>
      <w:r>
        <w:br/>
        <w:t>— Кажи, кажи! А що ж ти з нею будеш робити?</w:t>
      </w:r>
    </w:p>
    <w:p>
      <w:r>
        <w:br/>
        <w:t>Гордій нічого не відповів. На широкім, темнім обличч в нього лише розповзлась загадкова усмішка.</w:t>
      </w:r>
    </w:p>
    <w:p>
      <w:r>
        <w:br/>
        <w:t>Вони прив'язали коні й пішли обидва спати до клуні.</w:t>
      </w:r>
    </w:p>
    <w:p>
      <w:r>
        <w:br/>
        <w:t>Вільгельм поволі увійшов до хати. В чистій світлиці Ні високих пуховиках солодко спала Мірта, закинувши пухкз рожеву руку за голову.</w:t>
      </w:r>
    </w:p>
    <w:p>
      <w:r>
        <w:br/>
        <w:t>Лизавета теж була в ліжкові, але ворочалась і, видно, не спала.</w:t>
      </w:r>
    </w:p>
    <w:p>
      <w:r>
        <w:br/>
        <w:t>— Ти не спиш, Лізбет?</w:t>
      </w:r>
    </w:p>
    <w:p>
      <w:r>
        <w:br/>
        <w:t>— О, ні, ні.</w:t>
      </w:r>
    </w:p>
    <w:p>
      <w:r>
        <w:br/>
        <w:t>— Чому?</w:t>
      </w:r>
    </w:p>
    <w:p>
      <w:r>
        <w:br/>
        <w:t>— Так. Я чекала тебе.</w:t>
      </w:r>
    </w:p>
    <w:p>
      <w:r>
        <w:br/>
        <w:t>— Я був у степу. Я сидів і думав — чому степ нам чужий? Хіба ж не ми своїми руками кохали його?</w:t>
      </w:r>
    </w:p>
    <w:p>
      <w:r>
        <w:br/>
        <w:t>— О, іа!</w:t>
      </w:r>
    </w:p>
    <w:p>
      <w:r>
        <w:br/>
        <w:t>— Чому ніколи не поймем його? Який він красивий та великий, а який далекий нам! О, який далекий-далекий!</w:t>
      </w:r>
    </w:p>
    <w:p>
      <w:r>
        <w:br/>
        <w:t>— А я думала, Вільгельме, ми будемо ще довго жити в Липах і там помремо.</w:t>
      </w:r>
    </w:p>
    <w:p>
      <w:r>
        <w:br/>
        <w:t>— Чого так?</w:t>
      </w:r>
    </w:p>
    <w:p>
      <w:r>
        <w:br/>
        <w:t>— Так я думала. Так воно буде.</w:t>
      </w:r>
    </w:p>
    <w:p>
      <w:r>
        <w:br/>
        <w:t>Вільгельм сумно посміхнувсь і повільно став роздягатись.</w:t>
      </w:r>
    </w:p>
    <w:p>
      <w:r>
        <w:br/>
        <w:t>Небо спалахнуло на коротку пору й засвітило пахучими квітками степу й тихими млиновими каганцями.</w:t>
      </w:r>
    </w:p>
    <w:p>
      <w:r>
        <w:br/>
        <w:t>Тоді знову в жалібну симфонію розпустився степ — зацьві-рінькали коники, тихо підпідьомкала перепілка, пищала сон-птиця і тривожно шелестіли тополі...</w:t>
      </w:r>
    </w:p>
    <w:p>
      <w:r>
        <w:br/>
        <w:t>Пізніше густо потягло з півдня, небо поволі заволоклось хмарами й засіяв тихий, задумливий дощ.</w:t>
      </w:r>
    </w:p>
    <w:p>
      <w:r>
        <w:br/>
        <w:t>Над ранок він розпустився і йшов цілий день.</w:t>
      </w:r>
    </w:p>
    <w:p>
      <w:r>
        <w:br/>
        <w:t>4</w:t>
      </w:r>
    </w:p>
    <w:p>
      <w:r>
        <w:br/>
        <w:t>Другого ранку степ сміявся. Росами-намистами занизалися високі трави й жита.</w:t>
      </w:r>
    </w:p>
    <w:p>
      <w:r>
        <w:br/>
        <w:t>Пахло міцно густим степовим зіллям, і ці пахощі йшли туманами вниз на долину, а далі річкою до моря.</w:t>
      </w:r>
    </w:p>
    <w:p>
      <w:r>
        <w:br/>
        <w:t>В колонії дзвонили. Жалібний дзвін лунко плавав у росянім сонячнім повітрі.</w:t>
      </w:r>
    </w:p>
    <w:p>
      <w:r>
        <w:br/>
        <w:t>Мірта була в темному, з білим фартухом, що запинав високі груди, в широкім солом'янім брилі, а з-під нього тихою ясною усмішкою дивилися сірі очі.</w:t>
      </w:r>
    </w:p>
    <w:p>
      <w:r>
        <w:br/>
        <w:t>В руках несла молитовника й жмут пахучих квіток.</w:t>
      </w:r>
    </w:p>
    <w:p>
      <w:r>
        <w:br/>
        <w:t>Гордій, що в цю пору вигонив худобу на пашу, насмішкувато оглянув її.</w:t>
      </w:r>
    </w:p>
    <w:p>
      <w:r>
        <w:br/>
        <w:t>— Ти чого смієшся?—поспитала Мірта.</w:t>
      </w:r>
    </w:p>
    <w:p>
      <w:r>
        <w:br/>
        <w:t>— А хіба не можна? — грубо відповів Гордій.</w:t>
      </w:r>
    </w:p>
    <w:p>
      <w:r>
        <w:br/>
        <w:t>— Ні, ти, мабуть, хотів щось сказати?</w:t>
      </w:r>
    </w:p>
    <w:p>
      <w:r>
        <w:br/>
        <w:t>— Ти біла й свіжа, як молодий опеньок.</w:t>
      </w:r>
    </w:p>
    <w:p>
      <w:r>
        <w:br/>
        <w:t>— Я йду до кірхи.</w:t>
      </w:r>
    </w:p>
    <w:p>
      <w:r>
        <w:br/>
        <w:t>^ — Молитися Богові?</w:t>
      </w:r>
    </w:p>
    <w:p>
      <w:r>
        <w:br/>
        <w:t>— А ти хіба не молишся?</w:t>
      </w:r>
    </w:p>
    <w:p>
      <w:r>
        <w:br/>
        <w:t>— Я шукатиму свого Бога в степу.</w:t>
      </w:r>
    </w:p>
    <w:p>
      <w:r>
        <w:br/>
        <w:t>— І знайдеш там?</w:t>
      </w:r>
    </w:p>
    <w:p>
      <w:r>
        <w:br/>
        <w:t>— А як не знайду, то клопоту мало: і без нього обійдемось. Мірта знову бризнула скалками очей — чи то Гордієві, чи</w:t>
      </w:r>
    </w:p>
    <w:p>
      <w:r>
        <w:br/>
        <w:t>то назустріч рясним промінням. Примружилась, засміялась і одійшла.</w:t>
      </w:r>
    </w:p>
    <w:p>
      <w:r>
        <w:br/>
        <w:t>У кірсі було людяно. Пахло травою й квітками.</w:t>
      </w:r>
    </w:p>
    <w:p>
      <w:r>
        <w:br/>
        <w:t>На хорах фісгармонія лунала сьогодні надзвичайно радісно, і дружним хором за нею співали всі присутні.</w:t>
      </w:r>
    </w:p>
    <w:p>
      <w:r>
        <w:br/>
        <w:t>Під кінець служби пастор говорив казань. Він сьогодні був святочний, урочисто-стриманий.</w:t>
      </w:r>
    </w:p>
    <w:p>
      <w:r>
        <w:br/>
        <w:t>— Велика кара напосіла на наш нарід, що далеко б'ється, стиснутий з усіх кінців. Ми тут живемо в достатках і не знаємо, як наші брати там страждуть. І хоч ми повинні за др^гу державу стояти, все ж наше серце не може бути байдуже до того, що діється з нашими кревними.</w:t>
      </w:r>
    </w:p>
    <w:p>
      <w:r>
        <w:br/>
        <w:t>Бог посилає велику кару на людей, і кара та ще й досі не скінчилась.</w:t>
      </w:r>
    </w:p>
    <w:p>
      <w:r>
        <w:br/>
        <w:t>А тепер ще розпочалась революція. Хто радіє [...] 1 люди нещирі, властолюбці. Всі ж ми мусимо з глибоким смутком прийняти її, як нову кару, що впала на наші плечі.</w:t>
      </w:r>
    </w:p>
    <w:p>
      <w:r>
        <w:br/>
        <w:t>Мусимо, брати мої, твердо зберегти в душі своїй заповіді Божі, щоб не загинути в цьому бурхливому морі. І це треба прийняти, як неминучий іспит, і стійко прямувати до життя, до очищення від гріхів людності. Шляхи Божі йому одному відомі.</w:t>
      </w:r>
    </w:p>
    <w:p>
      <w:r>
        <w:br/>
        <w:t>Так говорив пастор. І хоч служба була радісна й урочиста, все ж у всіх зосталася тривожна гуща на серці.</w:t>
      </w:r>
    </w:p>
    <w:p>
      <w:r>
        <w:br/>
        <w:t>По дорозі з кірхи тяглися двома рядами густі розрослі липи, певне, посаджені ще піонерами на спомин про далеку батьківщину.</w:t>
      </w:r>
    </w:p>
    <w:p>
      <w:r>
        <w:br/>
        <w:t>Було приємно йти в тінях лип по чистих споришевих стежечках і думати, і думати сонячну думу степів.</w:t>
      </w:r>
    </w:p>
    <w:p>
      <w:r>
        <w:br/>
        <w:t>1 Дефект у виданні.</w:t>
      </w:r>
    </w:p>
    <w:p>
      <w:r>
        <w:br/>
        <w:t>Мірта силкувалась собі з'ясувати й не знала, чому вона німкеня.</w:t>
      </w:r>
    </w:p>
    <w:p>
      <w:r>
        <w:br/>
        <w:t>Навколо розперезались в блакитній млі зоряні степи, вбирали сонце й важко дмухали.</w:t>
      </w:r>
    </w:p>
    <w:p>
      <w:r>
        <w:br/>
        <w:t>Мірта знала одне — вона квітка степів.</w:t>
      </w:r>
    </w:p>
    <w:p>
      <w:r>
        <w:br/>
        <w:t>Завтра викупається в ставку, присне бризками в сонце й засміється.</w:t>
      </w:r>
    </w:p>
    <w:p>
      <w:r>
        <w:br/>
        <w:t>І тоді знову розкриють обійми степи і в них легко розтане остання тривога.</w:t>
      </w:r>
    </w:p>
    <w:p>
      <w:r>
        <w:br/>
        <w:t>///</w:t>
      </w:r>
    </w:p>
    <w:p>
      <w:r>
        <w:br/>
        <w:t>Вільгельм ходив по ланах. Перший лан — золоті пшениці. Другий — стрункі, вже пахучі жита. А там далі над яром пішла ярина.</w:t>
      </w:r>
    </w:p>
    <w:p>
      <w:r>
        <w:br/>
        <w:t>Коли б хто знав, що то є: запустити душу у пухкі землі, а тоді стежити, як розпускається вона в тоненькі стеблини та листочки.</w:t>
      </w:r>
    </w:p>
    <w:p>
      <w:r>
        <w:br/>
        <w:t>І прислухатись, що вона скаже в тихім подиху вітру, в пісні жайворонка, що цілий день вищебечує в золотих струнах сонця.</w:t>
      </w:r>
    </w:p>
    <w:p>
      <w:r>
        <w:br/>
        <w:t>— Коли б хто знав, як можна любити землю, куди поклав на зріст свою душу!..</w:t>
      </w:r>
    </w:p>
    <w:p>
      <w:r>
        <w:br/>
        <w:t>— Але чому степи ллються маревами і не скажуть останньої правди за себе!</w:t>
      </w:r>
    </w:p>
    <w:p>
      <w:r>
        <w:br/>
        <w:t>Межею йшли грецькі землі. Бронзовий гостроносий грек в шкуратяних постолах сидів на пригоркові й курив люльку.</w:t>
      </w:r>
    </w:p>
    <w:p>
      <w:r>
        <w:br/>
        <w:t>— Ти що? Дивишся на хліб? Вільгельм привітався.</w:t>
      </w:r>
    </w:p>
    <w:p>
      <w:r>
        <w:br/>
        <w:t>— Ой, гай-гай! Недовго будеш тішитись!</w:t>
      </w:r>
    </w:p>
    <w:p>
      <w:r>
        <w:br/>
        <w:t>— Чого так?</w:t>
      </w:r>
    </w:p>
    <w:p>
      <w:r>
        <w:br/>
        <w:t>— Революція! Революція йде — віхтями палахкотить!</w:t>
      </w:r>
    </w:p>
    <w:p>
      <w:r>
        <w:br/>
        <w:t>— Нехай палахкотить! Колись потухне.</w:t>
      </w:r>
    </w:p>
    <w:p>
      <w:r>
        <w:br/>
        <w:t>— Що, боїшся? Нічого! Нічого! Одберуть усе! Ха-ха-ха! Прийдуть до двору й скажуть: давай, Кравзе, все, що нажив. Що ти скажеш?</w:t>
      </w:r>
    </w:p>
    <w:p>
      <w:r>
        <w:br/>
        <w:t>— А в тебе хіба не заберуть?</w:t>
      </w:r>
    </w:p>
    <w:p>
      <w:r>
        <w:br/>
        <w:t>— А що в мене брати? Хіба чужі хвости? Нам не страшно! Вільгельм стояв і дивився на табуни худоби. За ними д&lt;*сь</w:t>
      </w:r>
    </w:p>
    <w:p>
      <w:r>
        <w:br/>
        <w:t>далеко-далеко мріяли смуги лісів другої колонії.</w:t>
      </w:r>
    </w:p>
    <w:p>
      <w:r>
        <w:br/>
        <w:t>Хто ж уквітчав тебе лісами, як не ми, далекі приблудники?</w:t>
      </w:r>
    </w:p>
    <w:p>
      <w:r>
        <w:br/>
        <w:t>З півдня вставало сиве марево моря.</w:t>
      </w:r>
    </w:p>
    <w:p>
      <w:r>
        <w:br/>
        <w:t>Тихий подих солоного вітру лагідно студив обличчя.</w:t>
      </w:r>
    </w:p>
    <w:p>
      <w:r>
        <w:br/>
        <w:t>— Над полудень привезли листа з міста.</w:t>
      </w:r>
    </w:p>
    <w:p>
      <w:r>
        <w:br/>
        <w:t>Лист хтось передав із Німеччини, з Мюнхена, від далекого родича, юнака Стефана. Стефан писав:</w:t>
      </w:r>
    </w:p>
    <w:p>
      <w:r>
        <w:br/>
        <w:t>"Мої любі, дорогі! Я тепер в Мюнхені, на богословськім факультеті. Наука моя посувається з великим успіхом. В цьому році кінчаю й тоді не знаю, що далі робити. Мої професори кличуть мене зостатися при університеті — я ж не знаю, що буду робити.</w:t>
      </w:r>
    </w:p>
    <w:p>
      <w:r>
        <w:br/>
        <w:t>Я з тривогою чекаю від вас звістки. Що з вами діється? З газет раз довідався, що всі колонії висилають до Сибіру. Я все бідкуюсь: невже й вам випала ця доля?</w:t>
      </w:r>
    </w:p>
    <w:p>
      <w:r>
        <w:br/>
        <w:t>Боже мій, що діється! Коли я хочу вдуматись в сучасність — моє серце холоне від жаху. Люди потоптали все, що було святого в них. Куди поділись братолюбство, справедливість, християнство?!</w:t>
      </w:r>
    </w:p>
    <w:p>
      <w:r>
        <w:br/>
        <w:t>Від усього цього я в глибокій нестямі. Далі я не можу бачити того лихоліття, що терпить наш народ. Коли це все скінчиться?!</w:t>
      </w:r>
    </w:p>
    <w:p>
      <w:r>
        <w:br/>
        <w:t>Я б хотів зараз вирватись відсіль і прибути до вас. Я не знаю чому, але моя душа подвоїлась. Одна частина покірно зносить усе, що й моя батьківщина,— друга рветься до вас, туди, в степи, в мої рідні степи. Лягти б горілиць на сонці й дивитись, як замріяно стелеться далечінь. І не рухатись, і ні об чім не думати, не знати, що діється в світі.</w:t>
      </w:r>
    </w:p>
    <w:p>
      <w:r>
        <w:br/>
        <w:t>Любі мої! Я без кінця ваш, і мої думки щоразу рвуться туди, на українські степи, до тихого маленького моря.</w:t>
      </w:r>
    </w:p>
    <w:p>
      <w:r>
        <w:br/>
        <w:t>Не забувайте мене й знайте, що я навіки ваш.</w:t>
      </w:r>
    </w:p>
    <w:p>
      <w:r>
        <w:br/>
        <w:t>Поцілуйте Мірту, коли вона ще не соромиться прийняти від мене поцілунку.</w:t>
      </w:r>
    </w:p>
    <w:p>
      <w:r>
        <w:br/>
        <w:t>Хай вона не забуває нашого дитинства: то були найкращі часи в моїм житті.</w:t>
      </w:r>
    </w:p>
    <w:p>
      <w:r>
        <w:br/>
        <w:t>Ваш Стефан" Вільгельм, читаючи листа, розплакався.</w:t>
      </w:r>
    </w:p>
    <w:p>
      <w:r>
        <w:br/>
        <w:t>— О, ja! Jawohl! !Він не забуде нас. Стефан не забуде.</w:t>
      </w:r>
    </w:p>
    <w:p>
      <w:r>
        <w:br/>
        <w:t>— Мюнхен нехороший город. Я не люблю його,— говорила Лизавета.</w:t>
      </w:r>
    </w:p>
    <w:p>
      <w:r>
        <w:br/>
        <w:t>— О, ja! Стефан далеко піде. З нього буде пастор.</w:t>
      </w:r>
    </w:p>
    <w:p>
      <w:r>
        <w:br/>
        <w:t>— Ні, він же не хоче, тату,— поправила Мірта.</w:t>
      </w:r>
    </w:p>
    <w:p>
      <w:r>
        <w:br/>
        <w:t>— Ну, тоді професор. Стефан Кравзе професор! Кравзи ще покажуть себе.</w:t>
      </w:r>
    </w:p>
    <w:p>
      <w:r>
        <w:br/>
        <w:t>1 О, так! Звичайно! (Нім.)</w:t>
      </w:r>
    </w:p>
    <w:p>
      <w:r>
        <w:br/>
        <w:t>— Але ж війна тепер. Його можуть забрати,— говорила Мірта.</w:t>
      </w:r>
    </w:p>
    <w:p>
      <w:r>
        <w:br/>
        <w:t>Та Вільгельм не слухав її.</w:t>
      </w:r>
    </w:p>
    <w:p>
      <w:r>
        <w:br/>
        <w:t>— Це було давно,— говорив він далі,— коли він, ще маленький хлопчик, з ціпочком у руках, сирота, одинокий, зібрався до Німеччини. "Куди ти йдеш?" —"В Німеччину".— "Чого?" —"Хочу науки дістати".—"Як же ти підеш, коли в тебе нема нічого?" Він тільки засміявсь і помахав головою. Тоді попрощавсь і пішов... Ну, я таки щороку надсилав йому грошей. Все ж хоч далека, а рідня.</w:t>
      </w:r>
    </w:p>
    <w:p>
      <w:r>
        <w:br/>
        <w:t>Вільгельм замріяно кудись дивився й говорив:</w:t>
      </w:r>
    </w:p>
    <w:p>
      <w:r>
        <w:br/>
        <w:t>— А ти, Мірто, пригадуєш, як ви, обидва маленькі, бігали в степу, в саду, у мене яблука обривали? Скільки мені було шкоди з вами!</w:t>
      </w:r>
    </w:p>
    <w:p>
      <w:r>
        <w:br/>
        <w:t>Мірта розсміялась:</w:t>
      </w:r>
    </w:p>
    <w:p>
      <w:r>
        <w:br/>
        <w:t>— Мабуть, він уже забув за це.</w:t>
      </w:r>
    </w:p>
    <w:p>
      <w:r>
        <w:br/>
        <w:t>— О, ні, ні!—заперечив Вільгельм.— Він це добре пам'ятає. А хотів би я бачити його. Який він з себе? Мабуть, стрункий, шляхетний...</w:t>
      </w:r>
    </w:p>
    <w:p>
      <w:r>
        <w:br/>
        <w:t>— Яка шляхетність, тату,— обізвався Йоган,— коли там усі сидять на горохвяній юшці.</w:t>
      </w:r>
    </w:p>
    <w:p>
      <w:r>
        <w:br/>
        <w:t>— О, ні, Стефан піде далеко!.. Він далеко піде! Вільгельм замовк. Сидів і про щось глибоко думав.</w:t>
      </w:r>
    </w:p>
    <w:p>
      <w:r>
        <w:br/>
        <w:t>IV</w:t>
      </w:r>
    </w:p>
    <w:p>
      <w:r>
        <w:br/>
        <w:t>Увечері густа теплінь кутала землю.</w:t>
      </w:r>
    </w:p>
    <w:p>
      <w:r>
        <w:br/>
        <w:t>А в ставок спадали зорі рясним розірваним намистом — і там одривалися від них червоні вогненні сльози.</w:t>
      </w:r>
    </w:p>
    <w:p>
      <w:r>
        <w:br/>
        <w:t>Мірта сиділа на корявім пеньку, над самою водою, й слухала.</w:t>
      </w:r>
    </w:p>
    <w:p>
      <w:r>
        <w:br/>
        <w:t>Зі степу вставали хвилі темряви й котились на долину. Десь палахкотіла тепла тиха ватра, над нею ворочались тіні.</w:t>
      </w:r>
    </w:p>
    <w:p>
      <w:r>
        <w:br/>
        <w:t>Від ватри падала тінь у ставок золотою пожмаканою стрічкою.</w:t>
      </w:r>
    </w:p>
    <w:p>
      <w:r>
        <w:br/>
        <w:t>— Що, як стрічка розірветься і впаде один кінець кудись у безодню?</w:t>
      </w:r>
    </w:p>
    <w:p>
      <w:r>
        <w:br/>
        <w:t>Мірта тиснула листа до грудей і з глибоким тремтінням у серці питала: невже це може статись? Що вона може понести тому химерному мандрівному юнакові?</w:t>
      </w:r>
    </w:p>
    <w:p>
      <w:r>
        <w:br/>
        <w:t>Золотою ниткою зіткалися шляхи й пішли в безвість, в сині степи.</w:t>
      </w:r>
    </w:p>
    <w:p>
      <w:r>
        <w:br/>
        <w:t>— Що, як хто проїде ними і зоставить глибокі борозни? "Поцілуйте Мірту, коли вона ще не соромиться прийняти</w:t>
      </w:r>
    </w:p>
    <w:p>
      <w:r>
        <w:br/>
        <w:t>від мене поцілунок". .</w:t>
      </w:r>
    </w:p>
    <w:p>
      <w:r>
        <w:br/>
        <w:t>— А в жагучій таємній пристрасті остудити спекою його душу. І самій розтанути в тих поцілунках...</w:t>
      </w:r>
    </w:p>
    <w:p>
      <w:r>
        <w:br/>
        <w:t>Уранці починався сонячний день. Дзвінкий, як золотий диск, як золоті струни, напнуті над долиною.</w:t>
      </w:r>
    </w:p>
    <w:p>
      <w:r>
        <w:br/>
        <w:t>Мірта в білому фартусі, в старенькім брилі поволі йшла під гору, на баштан.</w:t>
      </w:r>
    </w:p>
    <w:p>
      <w:r>
        <w:br/>
        <w:t>За плечима сапка, в руках біла хустка з їжею й водою.</w:t>
      </w:r>
    </w:p>
    <w:p>
      <w:r>
        <w:br/>
        <w:t>Дорога йшла вузенькою стежкою. По ній п'явся високий деревій, кущі буркуну й поодинокі купки кульбаби.</w:t>
      </w:r>
    </w:p>
    <w:p>
      <w:r>
        <w:br/>
        <w:t>Десь за придолинком манячів маленький возик, то зникав, то знову вставав на обрії.</w:t>
      </w:r>
    </w:p>
    <w:p>
      <w:r>
        <w:br/>
        <w:t>Мірта думала: піти з ним! Взятись за руки і йти степом в мереживо далечини. Все йти і йти...</w:t>
      </w:r>
    </w:p>
    <w:p>
      <w:r>
        <w:br/>
        <w:t>— То байдуже, що степ згорить. На хресті, на золотім хресті, сплетенім зі спілої пшениці, згоріти разом із степом.</w:t>
      </w:r>
    </w:p>
    <w:p>
      <w:r>
        <w:br/>
        <w:t>То байдуже...</w:t>
      </w:r>
    </w:p>
    <w:p>
      <w:r>
        <w:br/>
        <w:t>Поволі тюпала сапка суху землю.</w:t>
      </w:r>
    </w:p>
    <w:p>
      <w:r>
        <w:br/>
        <w:t>А перед очима стоїть хрест, що світить на сонці.</w:t>
      </w:r>
    </w:p>
    <w:p>
      <w:r>
        <w:br/>
        <w:t>— Як яскраво він горить!</w:t>
      </w:r>
    </w:p>
    <w:p>
      <w:r>
        <w:br/>
        <w:t>V</w:t>
      </w:r>
    </w:p>
    <w:p>
      <w:r>
        <w:br/>
        <w:t>Кілька дядьків в сірих піджачках міряли землю. Йоган сердито розмахував руками.</w:t>
      </w:r>
    </w:p>
    <w:p>
      <w:r>
        <w:br/>
        <w:t>— Куди ти лізеш? Що ти міряєш?! —кричав Йоган.</w:t>
      </w:r>
    </w:p>
    <w:p>
      <w:r>
        <w:br/>
        <w:t>— Гражданін, гражданін, не хвилюйтесь, будь ласка! — лагідно сокорів дядько.</w:t>
      </w:r>
    </w:p>
    <w:p>
      <w:r>
        <w:br/>
        <w:t>— Я тебе питаю — твоя земля ?! — насідав Йоган.</w:t>
      </w:r>
    </w:p>
    <w:p>
      <w:r>
        <w:br/>
        <w:t>— Земля обчеська. Народня!</w:t>
      </w:r>
    </w:p>
    <w:p>
      <w:r>
        <w:br/>
        <w:t>— Ти її купував, чи що? Ти її заробив?</w:t>
      </w:r>
    </w:p>
    <w:p>
      <w:r>
        <w:br/>
        <w:t>— То нічого. Раз такий закон, щоб землю міряти... Значить, нада!</w:t>
      </w:r>
    </w:p>
    <w:p>
      <w:r>
        <w:br/>
        <w:t>— По якому праву?!</w:t>
      </w:r>
    </w:p>
    <w:p>
      <w:r>
        <w:br/>
        <w:t>— Закон такий, гражданін, вийшов, щоб, значить, усі землі поміряти.</w:t>
      </w:r>
    </w:p>
    <w:p>
      <w:r>
        <w:br/>
        <w:t>— І поділити!</w:t>
      </w:r>
    </w:p>
    <w:p>
      <w:r>
        <w:br/>
        <w:t>— То йди свою й міряй!</w:t>
      </w:r>
    </w:p>
    <w:p>
      <w:r>
        <w:br/>
        <w:t>— А це твоя, чи що? — вискочив наперед червоний чолов'яга.— Ти хто такий тут? Що, твій нарід придбав цю землю? Брешеш! Блюдолизи царські! Годі вже панувати!</w:t>
      </w:r>
    </w:p>
    <w:p>
      <w:r>
        <w:br/>
        <w:t>— Йди в свою Німеччину, там і купуй.</w:t>
      </w:r>
    </w:p>
    <w:p>
      <w:r>
        <w:br/>
        <w:t>— Та ні, ти скажи, хто тобі дав право порядкувати моєю землею?!</w:t>
      </w:r>
    </w:p>
    <w:p>
      <w:r>
        <w:br/>
        <w:t>— Закон такий вийшов. Не хвилюйтесь, гражданін! Йоган кричав, плювався, розмахував руками. Дядьки поволі з захопленням міряли землю.</w:t>
      </w:r>
    </w:p>
    <w:p>
      <w:r>
        <w:br/>
        <w:t>VI</w:t>
      </w:r>
    </w:p>
    <w:p>
      <w:r>
        <w:br/>
        <w:t>Сіно було свіже, зелене й пахуче.</w:t>
      </w:r>
    </w:p>
    <w:p>
      <w:r>
        <w:br/>
        <w:t>Тисяча тисяч тонів зливались в один струмінь і входили в легені холодно-лоскотним подихом.</w:t>
      </w:r>
    </w:p>
    <w:p>
      <w:r>
        <w:br/>
        <w:t>Гострі спиці сонця залазили в саму глибінь копиць і піднімали звідти щонайгостріші пахощі.</w:t>
      </w:r>
    </w:p>
    <w:p>
      <w:r>
        <w:br/>
        <w:t>— Впивайся, земле! Радій власним пахтінням!</w:t>
      </w:r>
    </w:p>
    <w:p>
      <w:r>
        <w:br/>
        <w:t>Тіло теж розпікалось, теж пахтіло; найтемніші почування вставали зісподу й хвилювали серце.</w:t>
      </w:r>
    </w:p>
    <w:p>
      <w:r>
        <w:br/>
        <w:t>А десь подалі жалібно дзвеніла коса й співали сінокоси.</w:t>
      </w:r>
    </w:p>
    <w:p>
      <w:r>
        <w:br/>
        <w:t>Гордій накладав на гарби великими оберемками. Вгорі червоніла яскравою хусткою Мірта. Бачив Гордій червоні кінці хустки, що тріпотіли в повітрі, червоне, сміхом залляте обличчя й пахучі м'які ноги.</w:t>
      </w:r>
    </w:p>
    <w:p>
      <w:r>
        <w:br/>
        <w:t>— Ну, хутчій, хутчій!</w:t>
      </w:r>
    </w:p>
    <w:p>
      <w:r>
        <w:br/>
        <w:t>— Чого тобі? — сердито обзивався Гордій.</w:t>
      </w:r>
    </w:p>
    <w:p>
      <w:r>
        <w:br/>
        <w:t>— А ось на! — І Мірта кидала жмені сіна.</w:t>
      </w:r>
    </w:p>
    <w:p>
      <w:r>
        <w:br/>
        <w:t>— А, підожди ж ти!</w:t>
      </w:r>
    </w:p>
    <w:p>
      <w:r>
        <w:br/>
        <w:t>І коли Мірта зіскакувала з сіна, він, впіймавши, тиснув її.</w:t>
      </w:r>
    </w:p>
    <w:p>
      <w:r>
        <w:br/>
        <w:t>Від неї пахло гостро сіном, і Гордій п'янів і гнався за Міртою наниз за річку. Мірта дзвінко сміялась.</w:t>
      </w:r>
    </w:p>
    <w:p>
      <w:r>
        <w:br/>
        <w:t>Дзвенять луки в розпаленім повітрі. Білі плями сінокосів зливаються з струменями повітря.</w:t>
      </w:r>
    </w:p>
    <w:p>
      <w:r>
        <w:br/>
        <w:t>Поволі сунулась гарба. Буркотіла, поскрипувала.</w:t>
      </w:r>
    </w:p>
    <w:p>
      <w:r>
        <w:br/>
        <w:t>Гордій тяг за нею тьмяне почуття, клубковите, отруйно-солодке.</w:t>
      </w:r>
    </w:p>
    <w:p>
      <w:r>
        <w:br/>
        <w:t>Вечір був темний, сухий, як стеблина сіна.</w:t>
      </w:r>
    </w:p>
    <w:p>
      <w:r>
        <w:br/>
        <w:t>Мірта спала в клуні. В ній стояла душна теплінь і пашіла.</w:t>
      </w:r>
    </w:p>
    <w:p>
      <w:r>
        <w:br/>
        <w:t>І думала:</w:t>
      </w:r>
    </w:p>
    <w:p>
      <w:r>
        <w:br/>
        <w:t>"Коли б він був тут! Я б...</w:t>
      </w:r>
    </w:p>
    <w:p>
      <w:r>
        <w:br/>
        <w:t>Я б розірвала своє серце й сказала: ось подивись, воно як спіла квітка на сонці, свіжа й пахуча. Пий і пий його!" Спала й відчувала.</w:t>
      </w:r>
    </w:p>
    <w:p>
      <w:r>
        <w:br/>
        <w:t>Хтось близько-близько притиснувсь і пестить тіло. Сіном пахнуть жили. Ні, не сіном — прозоро-сонячними родами розливаються!</w:t>
      </w:r>
    </w:p>
    <w:p>
      <w:r>
        <w:br/>
        <w:t>— Любий! Любий Стефане!</w:t>
      </w:r>
    </w:p>
    <w:p>
      <w:r>
        <w:br/>
        <w:t>— Ні, це не Стефан. Це я.</w:t>
      </w:r>
    </w:p>
    <w:p>
      <w:r>
        <w:br/>
        <w:t>— Хто ти?</w:t>
      </w:r>
    </w:p>
    <w:p>
      <w:r>
        <w:br/>
        <w:t>— Хіба не впізнаєш?</w:t>
      </w:r>
    </w:p>
    <w:p>
      <w:r>
        <w:br/>
        <w:t>— Ах, це ти, Гордію? Чого тобі?</w:t>
      </w:r>
    </w:p>
    <w:p>
      <w:r>
        <w:br/>
        <w:t>— Мірто!</w:t>
      </w:r>
    </w:p>
    <w:p>
      <w:r>
        <w:br/>
        <w:t>— Гордію, чого ти тут?</w:t>
      </w:r>
    </w:p>
    <w:p>
      <w:r>
        <w:br/>
        <w:t>— Я так... тільки трошки...</w:t>
      </w:r>
    </w:p>
    <w:p>
      <w:r>
        <w:br/>
        <w:t>— Ах, Гордію, не треба цього...</w:t>
      </w:r>
    </w:p>
    <w:p>
      <w:r>
        <w:br/>
        <w:t>— Я тільки так, трошечки... Мірто, пожалій... Мірто! Мірто!</w:t>
      </w:r>
    </w:p>
    <w:p>
      <w:r>
        <w:br/>
        <w:t>— Ай, зостав, Гордію! І не думай нічого! Це так сьогодні тільки пожартувала з тобою. Гордію, дурненький!</w:t>
      </w:r>
    </w:p>
    <w:p>
      <w:r>
        <w:br/>
        <w:t>— Ганьблюєш мною! Не хочеш?</w:t>
      </w:r>
    </w:p>
    <w:p>
      <w:r>
        <w:br/>
        <w:t>— Ну, що ти кажеш?!</w:t>
      </w:r>
    </w:p>
    <w:p>
      <w:r>
        <w:br/>
        <w:t>— Пролетарій, наймит!</w:t>
      </w:r>
    </w:p>
    <w:p>
      <w:r>
        <w:br/>
        <w:t>— Ах, ні, ні! Це я так. Зовсім не те.</w:t>
      </w:r>
    </w:p>
    <w:p>
      <w:r>
        <w:br/>
        <w:t>— Я це добре знаю.</w:t>
      </w:r>
    </w:p>
    <w:p>
      <w:r>
        <w:br/>
        <w:t>— Слухай, Гордію, я люблю іншого!</w:t>
      </w:r>
    </w:p>
    <w:p>
      <w:r>
        <w:br/>
        <w:t>— Кого?</w:t>
      </w:r>
    </w:p>
    <w:p>
      <w:r>
        <w:br/>
        <w:t>— Він далеко звідси. Дуже-дуже далеко.</w:t>
      </w:r>
    </w:p>
    <w:p>
      <w:r>
        <w:br/>
        <w:t>— Я знаю!</w:t>
      </w:r>
    </w:p>
    <w:p>
      <w:r>
        <w:br/>
        <w:t>— Нічого ти не знаєш. Іди краще спати.</w:t>
      </w:r>
    </w:p>
    <w:p>
      <w:r>
        <w:br/>
        <w:t>Крізь плетінь поволі насував ранок. Свіжий, прозоро-роз-сипчастий. Родився новий день, так само дзвінкий і сонячний, але по-новому радісний.</w:t>
      </w:r>
    </w:p>
    <w:p>
      <w:r>
        <w:br/>
        <w:t>VII</w:t>
      </w:r>
    </w:p>
    <w:p>
      <w:r>
        <w:br/>
        <w:t>Вільгельм оглядав стоги на току.</w:t>
      </w:r>
    </w:p>
    <w:p>
      <w:r>
        <w:br/>
        <w:t>— Хороший хліб у цьому році. Як золото!</w:t>
      </w:r>
    </w:p>
    <w:p>
      <w:r>
        <w:br/>
        <w:t>Повне важке колосся визирало з-під привалених снопів.</w:t>
      </w:r>
    </w:p>
    <w:p>
      <w:r>
        <w:br/>
        <w:t>— Але як мало! Як його мало! Хитав головою:</w:t>
      </w:r>
    </w:p>
    <w:p>
      <w:r>
        <w:br/>
        <w:t>— Революція забрала! Прийшла: давай, Кравзе, хліба! Мусив давати. Але хліба нічого, хліба можна дати. Але землю? Нащо землю одбирати? Все одно нічого не вдіють з нею. Все одно прийдуть і скажуть: бери, Вільгельме, свою землю! Дай нам краще хліба. Земля мусить мати свого майстра. Ех-хе-хе! А де я візьму всім вам хліба?</w:t>
      </w:r>
    </w:p>
    <w:p>
      <w:r>
        <w:br/>
        <w:t>Вільгельм хвилювавсь.</w:t>
      </w:r>
    </w:p>
    <w:p>
      <w:r>
        <w:br/>
        <w:t>Увечері тихо говорив Йоганові:</w:t>
      </w:r>
    </w:p>
    <w:p>
      <w:r>
        <w:br/>
        <w:t>— Ти, Йогане, у мене один. І все тобі господарство зостанеться. І земля, й худоба. Коли можеш боронити — не здавайся, бо чернь піднялась. Чернь! О, то дуже страшна штука! Вона прийде, й розтопче все в тебе, й сама не скуштує. Вона звалить, зруйнує працю розумну.</w:t>
      </w:r>
    </w:p>
    <w:p>
      <w:r>
        <w:br/>
        <w:t>— Або господарство ціле буде, тату, або й нас не стане в живих.</w:t>
      </w:r>
    </w:p>
    <w:p>
      <w:r>
        <w:br/>
        <w:t>— А мені більше нічого не треба, Йогане. Я тільки хочу помиритись із степом, або ні — порозмовляти, порозумітись. Так-то, Йогане! Міркуй сам, як краще. Я вже більше нічого не можу дати.</w:t>
      </w:r>
    </w:p>
    <w:p>
      <w:r>
        <w:br/>
        <w:t>Пасма чуба тріпотіли під подихом вітру. Похиливши голову, Вільгельм ішов у степ.</w:t>
      </w:r>
    </w:p>
    <w:p>
      <w:r>
        <w:br/>
        <w:t>Навколо розкидались сірі стерні, прибиті пилом. Сірі цілини жмурились од спеки.</w:t>
      </w:r>
    </w:p>
    <w:p>
      <w:r>
        <w:br/>
        <w:t>Лише де-не-де білі гречки по-святковому оперезували обрій.</w:t>
      </w:r>
    </w:p>
    <w:p>
      <w:r>
        <w:br/>
        <w:t>А далечінь пішла, хвиляста, безкрая — в один бік до моря, в другий — до далекої крем'яної гори Темрюка.</w:t>
      </w:r>
    </w:p>
    <w:p>
      <w:r>
        <w:br/>
        <w:t>Вночі все спало солодким сном — і важко гупали в саду яблука.</w:t>
      </w:r>
    </w:p>
    <w:p>
      <w:r>
        <w:br/>
        <w:t>VIII</w:t>
      </w:r>
    </w:p>
    <w:p>
      <w:r>
        <w:br/>
        <w:t>Небо впало над самісінькі могили й смоктало важкі чорні ріллі. Смоктало й смоктало ледачими неповорухними туманами.</w:t>
      </w:r>
    </w:p>
    <w:p>
      <w:r>
        <w:br/>
        <w:t>По дорозі гойдались сухі дерева й скаржились про минулі сонячні сни. Коли надійдуть вони знову?</w:t>
      </w:r>
    </w:p>
    <w:p>
      <w:r>
        <w:br/>
        <w:t>Раз нагромадились хмари, густіли, совали по небу. І разом зморщились — і тріснули. Пішли зливи й блискавиці.</w:t>
      </w:r>
    </w:p>
    <w:p>
      <w:r>
        <w:br/>
        <w:t>Різали небо на окрайці — і тоді в осяянні променів купчились великі громади на обріях.</w:t>
      </w:r>
    </w:p>
    <w:p>
      <w:r>
        <w:br/>
        <w:t>Хтось розмахував шаблюкою й кричав:</w:t>
      </w:r>
    </w:p>
    <w:p>
      <w:r>
        <w:br/>
        <w:t>— Крові! Дайте крові! Кров'яного потопу! Хтось стогнав у благанні:</w:t>
      </w:r>
    </w:p>
    <w:p>
      <w:r>
        <w:br/>
        <w:t>— Дайте свіжого повітря!</w:t>
      </w:r>
    </w:p>
    <w:p>
      <w:r>
        <w:br/>
        <w:t>А з ранку до вечора гупало. Наче хтось набирав чували каміння й пускав їх з гір.</w:t>
      </w:r>
    </w:p>
    <w:p>
      <w:r>
        <w:br/>
        <w:t>Котились вони й тріскались один об один.</w:t>
      </w:r>
    </w:p>
    <w:p>
      <w:r>
        <w:br/>
        <w:t>Хтось говорив, що йде справжня червона революція.</w:t>
      </w:r>
    </w:p>
    <w:p>
      <w:r>
        <w:br/>
        <w:t>Але хто бачив її у степу?</w:t>
      </w:r>
    </w:p>
    <w:p>
      <w:r>
        <w:br/>
        <w:t>Раз залопотів кулемет уранці, наче хотів сказати:</w:t>
      </w:r>
    </w:p>
    <w:p>
      <w:r>
        <w:br/>
        <w:t>"З добрим ранком, панове фермери!" А опівдні прискакали зморені верхівці. Голосно тпрукали на коні, хутко зіскакували. Були червоні, розпітнілі й брудні.</w:t>
      </w:r>
    </w:p>
    <w:p>
      <w:r>
        <w:br/>
        <w:t>— Папаша! Води можна напитись?</w:t>
      </w:r>
    </w:p>
    <w:p>
      <w:r>
        <w:br/>
        <w:t>— О, ja, ja! Води можна.</w:t>
      </w:r>
    </w:p>
    <w:p>
      <w:r>
        <w:br/>
        <w:t>— Може, й хлібця даси?</w:t>
      </w:r>
    </w:p>
    <w:p>
      <w:r>
        <w:br/>
        <w:t>— І хлібця можна.</w:t>
      </w:r>
    </w:p>
    <w:p>
      <w:r>
        <w:br/>
        <w:t>— Гаряченького хотілось би посьорбати.</w:t>
      </w:r>
    </w:p>
    <w:p>
      <w:r>
        <w:br/>
        <w:t>— Лізбет, дай їм борщу! Вони поспіхом ковтали страву.</w:t>
      </w:r>
    </w:p>
    <w:p>
      <w:r>
        <w:br/>
        <w:t>— Хто ви будете такі?</w:t>
      </w:r>
    </w:p>
    <w:p>
      <w:r>
        <w:br/>
        <w:t>— Ніколи, папаша, потім розкажем!</w:t>
      </w:r>
    </w:p>
    <w:p>
      <w:r>
        <w:br/>
        <w:t>— Ми з смолоскипами прийшли сюди, папаша!</w:t>
      </w:r>
    </w:p>
    <w:p>
      <w:r>
        <w:br/>
        <w:t>— Запалили степи з усіх кінців. Хай горять!</w:t>
      </w:r>
    </w:p>
    <w:p>
      <w:r>
        <w:br/>
        <w:t>— Ха-ха-ха!</w:t>
      </w:r>
    </w:p>
    <w:p>
      <w:r>
        <w:br/>
        <w:t>— О, ja, jawohl! Степ горить і тріскається з усіх кінців. Що то буде?</w:t>
      </w:r>
    </w:p>
    <w:p>
      <w:r>
        <w:br/>
        <w:t>— Весілля велике, всенародне!</w:t>
      </w:r>
    </w:p>
    <w:p>
      <w:r>
        <w:br/>
        <w:t>— Ха-ха-ха-ха!</w:t>
      </w:r>
    </w:p>
    <w:p>
      <w:r>
        <w:br/>
        <w:t>Хтось звернувся до Мірти:</w:t>
      </w:r>
    </w:p>
    <w:p>
      <w:r>
        <w:br/>
        <w:t>— Ходімо з нами, красавиця, погуляти!</w:t>
      </w:r>
    </w:p>
    <w:p>
      <w:r>
        <w:br/>
        <w:t>— За сестрицю будеш!</w:t>
      </w:r>
    </w:p>
    <w:p>
      <w:r>
        <w:br/>
        <w:t>— Жалібницю!</w:t>
      </w:r>
    </w:p>
    <w:p>
      <w:r>
        <w:br/>
        <w:t>Хтось подав соромну думку, і всі голосно зареготали. І поскакали в зелені тумани, де завзяті мужики котили каміння з гір.</w:t>
      </w:r>
    </w:p>
    <w:p>
      <w:r>
        <w:br/>
        <w:t>IX</w:t>
      </w:r>
    </w:p>
    <w:p>
      <w:r>
        <w:br/>
        <w:t>Степ горів з усіх кінців. У вечірню пору, як закутається довгими кінцями хустки обрій — вставали копиці вогню в різних кінцях степу.</w:t>
      </w:r>
    </w:p>
    <w:p>
      <w:r>
        <w:br/>
        <w:t>Небо тоді насмалювалось до червоного, тріскучі іскри розлітались по землі й танцювали довгі язикаті хвости полум'я.</w:t>
      </w:r>
    </w:p>
    <w:p>
      <w:r>
        <w:br/>
        <w:t>В один вечір запалала велика економія фон Дітмара.</w:t>
      </w:r>
    </w:p>
    <w:p>
      <w:r>
        <w:br/>
        <w:t>В світлі полум'я скакали якісь довгі, покручені тіні, гоготіли, підкидали вогню, щось били.</w:t>
      </w:r>
    </w:p>
    <w:p>
      <w:r>
        <w:br/>
        <w:t>І раптом почувся довжелезний крик юрби.</w:t>
      </w:r>
    </w:p>
    <w:p>
      <w:r>
        <w:br/>
        <w:t>Тоді впали товсті стіни великого будинку. Ржали коні, ревла худоба, мекали вівці. І довго-довго кричав паровик, наче до порятунку. Тоді й він стих.</w:t>
      </w:r>
    </w:p>
    <w:p>
      <w:r>
        <w:br/>
        <w:t>Зажурливий ранок сірими дощами умивав розмоклу землю, брудні руїни.</w:t>
      </w:r>
    </w:p>
    <w:p>
      <w:r>
        <w:br/>
        <w:t>— Хто спалив оселі фон Дітмара?</w:t>
      </w:r>
    </w:p>
    <w:p>
      <w:r>
        <w:br/>
        <w:t>— Хто розвалив усе господарство?</w:t>
      </w:r>
    </w:p>
    <w:p>
      <w:r>
        <w:br/>
        <w:t>— Осіння ніч!</w:t>
      </w:r>
    </w:p>
    <w:p>
      <w:r>
        <w:br/>
        <w:t>— Нарід!</w:t>
      </w:r>
    </w:p>
    <w:p>
      <w:r>
        <w:br/>
        <w:t>— Революція!</w:t>
      </w:r>
    </w:p>
    <w:p>
      <w:r>
        <w:br/>
        <w:t>— Ха-ха-ха! Революція!</w:t>
      </w:r>
    </w:p>
    <w:p>
      <w:r>
        <w:br/>
        <w:t>— Ха-ха-ха! Держи коня довгогривого, як пуститься по степах!</w:t>
      </w:r>
    </w:p>
    <w:p>
      <w:r>
        <w:br/>
        <w:t>Вітри студять гриву!</w:t>
      </w:r>
    </w:p>
    <w:p>
      <w:r>
        <w:br/>
        <w:t>Дощі кучері розчісують!</w:t>
      </w:r>
    </w:p>
    <w:p>
      <w:r>
        <w:br/>
        <w:t>І дрімали давні мовчазні могили.</w:t>
      </w:r>
    </w:p>
    <w:p>
      <w:r>
        <w:br/>
        <w:t>Хтось прокричав надворі. А коли прокинувся Вільгельм — бачив: надворі ясно. ч</w:t>
      </w:r>
    </w:p>
    <w:p>
      <w:r>
        <w:br/>
        <w:t>Тільки тінь од комори гострою шапкою впала на вікна.</w:t>
      </w:r>
    </w:p>
    <w:p>
      <w:r>
        <w:br/>
        <w:t>— О, з*а! Йогане! Йогане! І тоді схопив шапку.</w:t>
      </w:r>
    </w:p>
    <w:p>
      <w:r>
        <w:br/>
        <w:t>На подвір'ї на дроті бігав зляканий собака. Коні танцювали в саду. Горіли скирти, клуня.</w:t>
      </w:r>
    </w:p>
    <w:p>
      <w:r>
        <w:br/>
        <w:t>Небо вкрило червоними шатами землю. Присідало, пекло й сушило вогнем ріллі.</w:t>
      </w:r>
    </w:p>
    <w:p>
      <w:r>
        <w:br/>
        <w:t>І ті ж самі тіні танцювали, прискали на полум'я й гоготіли.</w:t>
      </w:r>
    </w:p>
    <w:p>
      <w:r>
        <w:br/>
        <w:t>Вранці зостались дві старенькі коняки та тільна корова й бузівок. Ще пізніше на городі знайшли свиню з присмаленим хвостом.</w:t>
      </w:r>
    </w:p>
    <w:p>
      <w:r>
        <w:br/>
        <w:t>Ніхто нічого в домі не говорив.</w:t>
      </w:r>
    </w:p>
    <w:p>
      <w:r>
        <w:br/>
        <w:t>Лише Вільгельм ходив, розмахуючи руками, та приговорював стиха:</w:t>
      </w:r>
    </w:p>
    <w:p>
      <w:r>
        <w:br/>
        <w:t>— О степ! Ой мій степ! Нащо ти скарав мене старого? Що тобі заподіяв я?</w:t>
      </w:r>
    </w:p>
    <w:p>
      <w:r>
        <w:br/>
        <w:t>Увечері Лизавета, стогнучи, говорила:</w:t>
      </w:r>
    </w:p>
    <w:p>
      <w:r>
        <w:br/>
        <w:t>— Сьогодні липи снились уві сні. Так тихо шелестіли. Я все думаю, коли ми з тобою поїдемо туди? На чистій лавочці сидіти й дрімати... Ай, Господи, Господи! Чи то ж доведеться? Все це тільки сон — і степ, і діти, й господарство.</w:t>
      </w:r>
    </w:p>
    <w:p>
      <w:r>
        <w:br/>
        <w:t>— Липи! — сердито обзивався Вільгельм.— Які тобі липи, коли ми стали старцями!</w:t>
      </w:r>
    </w:p>
    <w:p>
      <w:r>
        <w:br/>
        <w:t>— Все це тільки сон!</w:t>
      </w:r>
    </w:p>
    <w:p>
      <w:r>
        <w:br/>
        <w:t>— Ну, то й спи краще!</w:t>
      </w:r>
    </w:p>
    <w:p>
      <w:r>
        <w:br/>
        <w:t>Хтось тихенько по суточках, попід стріхами прошепотів у степах:</w:t>
      </w:r>
    </w:p>
    <w:p>
      <w:r>
        <w:br/>
        <w:t>— Червоні тікають.</w:t>
      </w:r>
    </w:p>
    <w:p>
      <w:r>
        <w:br/>
        <w:t>Тої ночі Гордій одв'язав великого вороного коня з лисиною на лобі в чужій стайні.</w:t>
      </w:r>
    </w:p>
    <w:p>
      <w:r>
        <w:br/>
        <w:t>Осідлав його, легенько сів і з тихою, лагідною усмішкою пустився в темінь степів.</w:t>
      </w:r>
    </w:p>
    <w:p>
      <w:r>
        <w:br/>
        <w:t>Було хмарно, але хмари розривались на клоччя, ковтуни, клубки.</w:t>
      </w:r>
    </w:p>
    <w:p>
      <w:r>
        <w:br/>
        <w:t>Перед очима горіла одна червона волохата зірка. Гордій тихо говорив:</w:t>
      </w:r>
    </w:p>
    <w:p>
      <w:r>
        <w:br/>
        <w:t>— Сьогодні наше свято! Держіться, братця, кріпко! І тиснув приязно коня.</w:t>
      </w:r>
    </w:p>
    <w:p>
      <w:r>
        <w:br/>
        <w:t>Одну хвилину згадав за Мірту. Щось боляче стиснуло серце.</w:t>
      </w:r>
    </w:p>
    <w:p>
      <w:r>
        <w:br/>
        <w:t>Але хутко на вустах встала та ж сама лагідна усмішка.</w:t>
      </w:r>
    </w:p>
    <w:p>
      <w:r>
        <w:br/>
        <w:t>— Сьогодні наше свято — червоне свято осені!</w:t>
      </w:r>
    </w:p>
    <w:p>
      <w:r>
        <w:br/>
        <w:t>— Хай живуть Гордій з усіх кінців світу! На ранок мусив бути легенький мороз.</w:t>
      </w:r>
    </w:p>
    <w:p>
      <w:r>
        <w:br/>
        <w:t>X</w:t>
      </w:r>
    </w:p>
    <w:p>
      <w:r>
        <w:br/>
        <w:t>Білі марева з моря довго дудали в димарі. Все чекали відповіді.</w:t>
      </w:r>
    </w:p>
    <w:p>
      <w:r>
        <w:br/>
        <w:t>Але ніхто їх не кликав.</w:t>
      </w:r>
    </w:p>
    <w:p>
      <w:r>
        <w:br/>
        <w:t>Тоді білі марева почали гупати важкими бовтами — глушили рибу.</w:t>
      </w:r>
    </w:p>
    <w:p>
      <w:r>
        <w:br/>
        <w:t>І ніхто їм не відповідав, лише люди стали ховатись у глибінь землі.</w:t>
      </w:r>
    </w:p>
    <w:p>
      <w:r>
        <w:br/>
        <w:t>Білі марева вилізли з моря, стали й сказали: "Рідна, свята земле!"</w:t>
      </w:r>
    </w:p>
    <w:p>
      <w:r>
        <w:br/>
        <w:t>Довгі, хмурі простори слались навкруги.</w:t>
      </w:r>
    </w:p>
    <w:p>
      <w:r>
        <w:br/>
        <w:t>Сірі степи й стерні, мовчазні оселі...</w:t>
      </w:r>
    </w:p>
    <w:p>
      <w:r>
        <w:br/>
        <w:t>Білі марева крутили вуса, силились радіти.</w:t>
      </w:r>
    </w:p>
    <w:p>
      <w:r>
        <w:br/>
        <w:t>"Радій, земле! Радійте, люди! Прийшли визволяти!"</w:t>
      </w:r>
    </w:p>
    <w:p>
      <w:r>
        <w:br/>
        <w:t>Степи хмурились. Один раз лише сказали:</w:t>
      </w:r>
    </w:p>
    <w:p>
      <w:r>
        <w:br/>
        <w:t>"Ну, що ж, гуляйте, коли ваша охота".</w:t>
      </w:r>
    </w:p>
    <w:p>
      <w:r>
        <w:br/>
        <w:t>Свистіли об стеблини вітри, у вітрах — нагайки. І знову тікали люди, й знову горіли старі ожереди десь далеко, по людських селах.</w:t>
      </w:r>
    </w:p>
    <w:p>
      <w:r>
        <w:br/>
        <w:t>Цього разу запустили дощі надовго, довго.</w:t>
      </w:r>
    </w:p>
    <w:p>
      <w:r>
        <w:br/>
        <w:t>І полоскали землю. Білими шумами пінились і полоскали землю знову від ранку й до ранку.</w:t>
      </w:r>
    </w:p>
    <w:p>
      <w:r>
        <w:br/>
        <w:t>Раз прискакали білі верхівці до Кравзе. Попросили напоїти коней, а самі зайшли до хати покурити, погрітись.</w:t>
      </w:r>
    </w:p>
    <w:p>
      <w:r>
        <w:br/>
        <w:t>— Видно, вам жилось добре? — поспитав один.</w:t>
      </w:r>
    </w:p>
    <w:p>
      <w:r>
        <w:br/>
        <w:t>— О, ja!! Jawohl!! Жилось добре,— сумно відповідав Вільгельм.</w:t>
      </w:r>
    </w:p>
    <w:p>
      <w:r>
        <w:br/>
        <w:t>— А тепер?</w:t>
      </w:r>
    </w:p>
    <w:p>
      <w:r>
        <w:br/>
        <w:t>— Тепер нічого нейт! Усьо било, нічого нейт!</w:t>
      </w:r>
    </w:p>
    <w:p>
      <w:r>
        <w:br/>
        <w:t>— Революція?</w:t>
      </w:r>
    </w:p>
    <w:p>
      <w:r>
        <w:br/>
        <w:t>— Революція.</w:t>
      </w:r>
    </w:p>
    <w:p>
      <w:r>
        <w:br/>
        <w:t>Хтось смаковито вилаявсь.</w:t>
      </w:r>
    </w:p>
    <w:p>
      <w:r>
        <w:br/>
        <w:t>— Нічого, дедушка, все це повернеться.</w:t>
      </w:r>
    </w:p>
    <w:p>
      <w:r>
        <w:br/>
        <w:t>— Ні, не повернеться! Раз піднявся пожар, довго не потушиш!</w:t>
      </w:r>
    </w:p>
    <w:p>
      <w:r>
        <w:br/>
        <w:t>— Заллємо кров'ю, а потушимо. Усю сволоч виріжемо!</w:t>
      </w:r>
    </w:p>
    <w:p>
      <w:r>
        <w:br/>
        <w:t>— О, ні! Кров'ю не затушиш! Ще більш розпалиш!</w:t>
      </w:r>
    </w:p>
    <w:p>
      <w:r>
        <w:br/>
        <w:t>— Ну, то побачимо!</w:t>
      </w:r>
    </w:p>
    <w:p>
      <w:r>
        <w:br/>
        <w:t>Кинули цигарки, сплюнули. Махнули рукавичками:^</w:t>
      </w:r>
    </w:p>
    <w:p>
      <w:r>
        <w:br/>
        <w:t>— Ну, скоро побачимось,— і задзвенькали острогами.</w:t>
      </w:r>
    </w:p>
    <w:p>
      <w:r>
        <w:br/>
        <w:t>— Свистуни! І вони затушать. Вільгельм сердито плюнув.</w:t>
      </w:r>
    </w:p>
    <w:p>
      <w:r>
        <w:br/>
        <w:t>XI</w:t>
      </w:r>
    </w:p>
    <w:p>
      <w:r>
        <w:br/>
        <w:t>Йоган сідлав коня, прив'язував клунки.</w:t>
      </w:r>
    </w:p>
    <w:p>
      <w:r>
        <w:br/>
        <w:t>— Куди ти, сину?</w:t>
      </w:r>
    </w:p>
    <w:p>
      <w:r>
        <w:br/>
        <w:t>— Я йду до них.</w:t>
      </w:r>
    </w:p>
    <w:p>
      <w:r>
        <w:br/>
        <w:t>— Куди?</w:t>
      </w:r>
    </w:p>
    <w:p>
      <w:r>
        <w:br/>
        <w:t>— До білих.</w:t>
      </w:r>
    </w:p>
    <w:p>
      <w:r>
        <w:br/>
        <w:t>— Що ти робиш, сину?</w:t>
      </w:r>
    </w:p>
    <w:p>
      <w:r>
        <w:br/>
        <w:t>— Я далі не можу! Не можу терпіти!</w:t>
      </w:r>
    </w:p>
    <w:p>
      <w:r>
        <w:br/>
        <w:t>— Наше діло працювати на землі!</w:t>
      </w:r>
    </w:p>
    <w:p>
      <w:r>
        <w:br/>
        <w:t>— А коли землю одбирають? Коли працю руйнують різні пройдисвіти?!</w:t>
      </w:r>
    </w:p>
    <w:p>
      <w:r>
        <w:br/>
        <w:t>— Тоді терпи. Хлібороб терпінням вивозить.</w:t>
      </w:r>
    </w:p>
    <w:p>
      <w:r>
        <w:br/>
        <w:t>— Я не можу бути рабом.</w:t>
      </w:r>
    </w:p>
    <w:p>
      <w:r>
        <w:br/>
        <w:t>— О, ja! Хто каже — рабом?</w:t>
      </w:r>
    </w:p>
    <w:p>
      <w:r>
        <w:br/>
        <w:t>— Коли бій, треба всім іти битись. Нема чого чекати, хто кого переможе. Я йду.</w:t>
      </w:r>
    </w:p>
    <w:p>
      <w:r>
        <w:br/>
        <w:t>— Куди ж ти?</w:t>
      </w:r>
    </w:p>
    <w:p>
      <w:r>
        <w:br/>
        <w:t>— До білих.</w:t>
      </w:r>
    </w:p>
    <w:p>
      <w:r>
        <w:br/>
        <w:t>— Таки до білих. Плохо твоє діло!</w:t>
      </w:r>
    </w:p>
    <w:p>
      <w:r>
        <w:br/>
        <w:t>— Чому?</w:t>
      </w:r>
    </w:p>
    <w:p>
      <w:r>
        <w:br/>
        <w:t>— Свистуни! По всьому — свистуни. Не для нас вони.</w:t>
      </w:r>
    </w:p>
    <w:p>
      <w:r>
        <w:br/>
        <w:t>— Вони стоять за правду.</w:t>
      </w:r>
    </w:p>
    <w:p>
      <w:r>
        <w:br/>
        <w:t>— Вони просто гуляють. Це їм до вподоби — от і гуляють. Йоган прощавсь. Мірта й Лизавета плакали. Вільгельм</w:t>
      </w:r>
    </w:p>
    <w:p>
      <w:r>
        <w:br/>
        <w:t>суворо похнюпив голову. Мірта довго проводжала.</w:t>
      </w:r>
    </w:p>
    <w:p>
      <w:r>
        <w:br/>
        <w:t>По підгір'ю меншала пляма, покірно сунула в сиву далечінь. Щодалі ставала м'ячиком, крапкою. А пізніш змішалась з билинами.</w:t>
      </w:r>
    </w:p>
    <w:p>
      <w:r>
        <w:br/>
        <w:t>Увечері горів тихий каганчик на вікні.</w:t>
      </w:r>
    </w:p>
    <w:p>
      <w:r>
        <w:br/>
        <w:t>Мірта пряла. Лизавета плела панчохи й дрімала.</w:t>
      </w:r>
    </w:p>
    <w:p>
      <w:r>
        <w:br/>
        <w:t>— От і тихо стало. Колись стільки шуму, мороки, а тепер сиди й слухай, як шумить степ. Добре бути пролетарем, бідняком,— говорив Вільгельм.— Головне — нема турбот.</w:t>
      </w:r>
    </w:p>
    <w:p>
      <w:r>
        <w:br/>
        <w:t>З кухні чути було, як тупала в стайні коняка. Вільгельм думав:</w:t>
      </w:r>
    </w:p>
    <w:p>
      <w:r>
        <w:br/>
        <w:t>"Завтра треба везти у вітряк жито самому. Але то нічого". XII</w:t>
      </w:r>
    </w:p>
    <w:p>
      <w:r>
        <w:br/>
        <w:t>З Мюнхена знову надійшов лист. Стефан писав:</w:t>
      </w:r>
    </w:p>
    <w:p>
      <w:r>
        <w:br/>
        <w:t>"Скільки часу пройшло, а я й досі не маю звістки від вас, мої любі. І це тривожить моє серце.</w:t>
      </w:r>
    </w:p>
    <w:p>
      <w:r>
        <w:br/>
        <w:t>Я остаточно заплутався тут. Я все думаю, що то значить — чесність, гуманність, братолюбство і низка інших цяцьок, які людність вигадала, коли вони не мають ніякого грунту під собою. В ім'я братолюбства й справедливості криваві ріки стікають в землю, в ім'я справедливості люди пухнуть з голоду. Наука дійшла до спізнання дивних сил у природі і пускає це, щоб знищити люд.</w:t>
      </w:r>
    </w:p>
    <w:p>
      <w:r>
        <w:br/>
        <w:t>Де ж тут правда у світі Божому?!</w:t>
      </w:r>
    </w:p>
    <w:p>
      <w:r>
        <w:br/>
        <w:t>Я бачу, що все, що діється — не так, не так; і моє серце стискує глибока розпука.</w:t>
      </w:r>
    </w:p>
    <w:p>
      <w:r>
        <w:br/>
        <w:t>Моє присвячення на службу Богові — це даремна офіра, Це — життя, викинуте на смітник.</w:t>
      </w:r>
    </w:p>
    <w:p>
      <w:r>
        <w:br/>
        <w:t>І я думаю — навіщо я витратив кращі роки на науку?</w:t>
      </w:r>
    </w:p>
    <w:p>
      <w:r>
        <w:br/>
        <w:t>Яку користь я можу принести людові? Кричати до Бога, коли він мовчить,— все одно, що бити у порожній чавун.</w:t>
      </w:r>
    </w:p>
    <w:p>
      <w:r>
        <w:br/>
        <w:t>В ім'я його можна творити, він же буде мовчати.</w:t>
      </w:r>
    </w:p>
    <w:p>
      <w:r>
        <w:br/>
        <w:t>Кому користь стане з того?!</w:t>
      </w:r>
    </w:p>
    <w:p>
      <w:r>
        <w:br/>
        <w:t>Словом, любі мої, в моїм серці глибока розпука. І я вже не бачу порятунку від того і шляхів інших. І ні про віщо не думаю.</w:t>
      </w:r>
    </w:p>
    <w:p>
      <w:r>
        <w:br/>
        <w:t>Чому ви не відповідаєте? Я хотів би дістати хоч кілька слів од Мірти. Мені здається, лист до вас, як тихий струмінь, що студить спеку, був би загоїв всі виразки.</w:t>
      </w:r>
    </w:p>
    <w:p>
      <w:r>
        <w:br/>
        <w:t>Ваш Стефан"</w:t>
      </w:r>
    </w:p>
    <w:p>
      <w:r>
        <w:br/>
        <w:t>Старий хитав головою.</w:t>
      </w:r>
    </w:p>
    <w:p>
      <w:r>
        <w:br/>
        <w:t>— О, які то вже часи настали, коли й Стефан заплутавсь. Така голова — і заплутавсь.</w:t>
      </w:r>
    </w:p>
    <w:p>
      <w:r>
        <w:br/>
        <w:t>— Це тому, тату, що в Німеччині стало важко жити,— тихо зауважила Мірта.</w:t>
      </w:r>
    </w:p>
    <w:p>
      <w:r>
        <w:br/>
        <w:t>— О, ні! Ні! Не тому. Це тому, що світ збився з пантелику. Пішли пожежі, руйнування. Горить земля, горять наші степи!</w:t>
      </w:r>
    </w:p>
    <w:p>
      <w:r>
        <w:br/>
        <w:t>— Нічого, тату! Хай горять. Викрешеться новий вогонь, нові степи простеляться!</w:t>
      </w:r>
    </w:p>
    <w:p>
      <w:r>
        <w:br/>
        <w:t>— Це ти так, доню, говориш? — здивувався Вільгельм.</w:t>
      </w:r>
    </w:p>
    <w:p>
      <w:r>
        <w:br/>
        <w:t>— Так я думаю,— тихо ^відповіла Мірта.</w:t>
      </w:r>
    </w:p>
    <w:p>
      <w:r>
        <w:br/>
        <w:t>— Звідки це в тебе взялося?</w:t>
      </w:r>
    </w:p>
    <w:p>
      <w:r>
        <w:br/>
        <w:t>— Так. Як пішов Гордій, я все зрозуміла.</w:t>
      </w:r>
    </w:p>
    <w:p>
      <w:r>
        <w:br/>
        <w:t>— Що ж тут Гордій?</w:t>
      </w:r>
    </w:p>
    <w:p>
      <w:r>
        <w:br/>
        <w:t>— Так. Він був споконвіку наймитом, працював на чужих, що за користь йому була жити?</w:t>
      </w:r>
    </w:p>
    <w:p>
      <w:r>
        <w:br/>
        <w:t>— А їсти що буде? Як ти гадаєш? Але Мірта не слухала.</w:t>
      </w:r>
    </w:p>
    <w:p>
      <w:r>
        <w:br/>
        <w:t>— А як повіяло волею, ожив він, випроставсь, став лицарем.</w:t>
      </w:r>
    </w:p>
    <w:p>
      <w:r>
        <w:br/>
        <w:t>— Гордій? — обурено крикнув Вільгельм.— Твій Гордій харцизник, бандит, головоріз. Чого це ти так захищаєш його?</w:t>
      </w:r>
    </w:p>
    <w:p>
      <w:r>
        <w:br/>
        <w:t>— Нічого. Я тільки так кажу. Відчув чоловік, як його тягне на волю, й пішов.</w:t>
      </w:r>
    </w:p>
    <w:p>
      <w:r>
        <w:br/>
        <w:t>— І Йоган пішов. Але що з того? Доки не нап'ються крові, не втихомиряться. Все це нічого. Знаєш, скільки не ремонтуй старого плуга, а толку мало буде. Треба буде заново будувати все-все. І степи тоді стануть нові, і людей тоді на них нових треба. Ось що буде. Але як і куди воно піде — ніхто того не знає. А здуру й б'ються.</w:t>
      </w:r>
    </w:p>
    <w:p>
      <w:r>
        <w:br/>
        <w:t>Старий засунув люльку в рота й знову в задумі плямкав.</w:t>
      </w:r>
    </w:p>
    <w:p>
      <w:r>
        <w:br/>
        <w:t>XIII</w:t>
      </w:r>
    </w:p>
    <w:p>
      <w:r>
        <w:br/>
        <w:t>Сухі билини в степу обкипіли кригою. Білий туман в первісній нестямі носився над байраками.</w:t>
      </w:r>
    </w:p>
    <w:p>
      <w:r>
        <w:br/>
        <w:t>А з туманів глухо гупало — хтось курив товсту сигару.</w:t>
      </w:r>
    </w:p>
    <w:p>
      <w:r>
        <w:br/>
        <w:t>І ось раптом крижаними степами проскакали білі верхівці. А ввечері глухо дударили товсті димарі на морі:</w:t>
      </w:r>
    </w:p>
    <w:p>
      <w:r>
        <w:br/>
        <w:t>— Пу-у-у! Пу-у-у!</w:t>
      </w:r>
    </w:p>
    <w:p>
      <w:r>
        <w:br/>
        <w:t>Обірвався перший день і спав кудись у калюжу.</w:t>
      </w:r>
    </w:p>
    <w:p>
      <w:r>
        <w:br/>
        <w:t>А на другий день скакав верховець по дорозі. Прискакав до колонії, витер піт на лобі. Далі поскакав до Кравзе. Заскочив, погрів руки, кинув листа. і</w:t>
      </w:r>
    </w:p>
    <w:p>
      <w:r>
        <w:br/>
        <w:t>Йоган писав:</w:t>
      </w:r>
    </w:p>
    <w:p>
      <w:r>
        <w:br/>
        <w:t>"Наші справи програні. Мене ви більш не побачите. Цими днями ми виїздимо зовсім звідси, за кордон, а куди саме, не знаю. Прощайте, не турбуйтесь. Не побивайтесь за господарством. Раз усе гине, що за клопіт про господарство? Цілую всіх".</w:t>
      </w:r>
    </w:p>
    <w:p>
      <w:r>
        <w:br/>
        <w:t>Хмурився вечір. Лунко гупало з моря.</w:t>
      </w:r>
    </w:p>
    <w:p>
      <w:r>
        <w:br/>
        <w:t>З металургійного заводу бадьоро обзивались робітники.</w:t>
      </w:r>
    </w:p>
    <w:p>
      <w:r>
        <w:br/>
        <w:t>Плутались в ту пору у замерзлих коліях четверо стомлених коней. Гурт вояків підганяв. Не підганяв, а й сам плутався стомлено, похнюпивши голови.</w:t>
      </w:r>
    </w:p>
    <w:p>
      <w:r>
        <w:br/>
        <w:t>Коли порівнялись з Кравзе, спинились, запалили цигарки.</w:t>
      </w:r>
    </w:p>
    <w:p>
      <w:r>
        <w:br/>
        <w:t>— Папаша, коні є?</w:t>
      </w:r>
    </w:p>
    <w:p>
      <w:r>
        <w:br/>
        <w:t>— Нема. Тільки одна.</w:t>
      </w:r>
    </w:p>
    <w:p>
      <w:r>
        <w:br/>
        <w:t>— То нічого. Міняйсь, ребята!</w:t>
      </w:r>
    </w:p>
    <w:p>
      <w:r>
        <w:br/>
        <w:t>— Аз чим же я зостанусь?</w:t>
      </w:r>
    </w:p>
    <w:p>
      <w:r>
        <w:br/>
        <w:t>— З червоними, папаша!</w:t>
      </w:r>
    </w:p>
    <w:p>
      <w:r>
        <w:br/>
        <w:t>— Іа?!</w:t>
      </w:r>
    </w:p>
    <w:p>
      <w:r>
        <w:br/>
        <w:t>— Так, так. На розплід вам зоставляємо! Ха-ха-ха! Вояки запалили цигарки, цвіркнули крізь зуби й подалися.</w:t>
      </w:r>
    </w:p>
    <w:p>
      <w:r>
        <w:br/>
        <w:t>— Значить, кінець? — тихо поспитав Вільгельм.</w:t>
      </w:r>
    </w:p>
    <w:p>
      <w:r>
        <w:br/>
        <w:t>— Кінець! — щиро відповів вояк.</w:t>
      </w:r>
    </w:p>
    <w:p>
      <w:r>
        <w:br/>
        <w:t>— Ну, то ще побачимо,— задирливо сказав другий, і сам усміхнувсь.</w:t>
      </w:r>
    </w:p>
    <w:p>
      <w:r>
        <w:br/>
        <w:t>XIV</w:t>
      </w:r>
    </w:p>
    <w:p>
      <w:r>
        <w:br/>
        <w:t>Дядюшки ходили в чорних кожухах з великими книжками під руками.</w:t>
      </w:r>
    </w:p>
    <w:p>
      <w:r>
        <w:br/>
        <w:t>— Планова комісія!</w:t>
      </w:r>
    </w:p>
    <w:p>
      <w:r>
        <w:br/>
        <w:t>Максим Стратон лагідно сокорів.</w:t>
      </w:r>
    </w:p>
    <w:p>
      <w:r>
        <w:br/>
        <w:t>Підстриг бороду, причепуривсь. Чорні очиці по-святковому</w:t>
      </w:r>
    </w:p>
    <w:p>
      <w:r>
        <w:br/>
        <w:t>ДИВИЛИСЯ.</w:t>
      </w:r>
    </w:p>
    <w:p>
      <w:r>
        <w:br/>
        <w:t>— Велике народне діло на скрижалях золотих буде записано— треба по-святковому чинити його!</w:t>
      </w:r>
    </w:p>
    <w:p>
      <w:r>
        <w:br/>
        <w:t>Так колись, як ходили святити жита, з побожним настроем носив корогву.</w:t>
      </w:r>
    </w:p>
    <w:p>
      <w:r>
        <w:br/>
        <w:t>— Степи наші споконвіку були, гражданін,— говорив він Вільгельмові Кравзе.— І люди тут споконвіку наші сиділи. Старі козаки їх споконвіку боронили тут. Наші чумаки утоптали їх. От тепер вони знову й повертаються до нас.</w:t>
      </w:r>
    </w:p>
    <w:p>
      <w:r>
        <w:br/>
        <w:t>— То це ти прийшов одежу одбирати, щоб одягти свої степи?</w:t>
      </w:r>
    </w:p>
    <w:p>
      <w:r>
        <w:br/>
        <w:t>— Не хвилюйтесь, гражданін. Все буде зроблено по закону.</w:t>
      </w:r>
    </w:p>
    <w:p>
      <w:r>
        <w:br/>
        <w:t>— Бери, бери. Останні штани стягай.</w:t>
      </w:r>
    </w:p>
    <w:p>
      <w:r>
        <w:br/>
        <w:t>— Не хвилюйтесь, гражданін. Ми й вам зоставимо. Всім по справедливості.</w:t>
      </w:r>
    </w:p>
    <w:p>
      <w:r>
        <w:br/>
        <w:t>— Ну, іще що в тебе написано?</w:t>
      </w:r>
    </w:p>
    <w:p>
      <w:r>
        <w:br/>
        <w:t>— Візьмемо: інвентар, повозку, трохи хліба.</w:t>
      </w:r>
    </w:p>
    <w:p>
      <w:r>
        <w:br/>
        <w:t>— Хліба! А я з чим зостанусь? Мало чи восени забрали?</w:t>
      </w:r>
    </w:p>
    <w:p>
      <w:r>
        <w:br/>
        <w:t>— Что ж ти хочеш, товарищ, сам жрать, а другім не дайош?—грубо пристав матрос.</w:t>
      </w:r>
    </w:p>
    <w:p>
      <w:r>
        <w:br/>
        <w:t>— Не, не хочу, а нічого в мене не зостанеться.</w:t>
      </w:r>
    </w:p>
    <w:p>
      <w:r>
        <w:br/>
        <w:t>— Нічого, ми помиримось. Все буде гаразд. Ходили, перевертали, накладали на підводи.</w:t>
      </w:r>
    </w:p>
    <w:p>
      <w:r>
        <w:br/>
        <w:t>З кожною хвилиною щось визволялось насподі у Віль-гельма.</w:t>
      </w:r>
    </w:p>
    <w:p>
      <w:r>
        <w:br/>
        <w:t>Коли виїздила остання підвода, Вільгельм сміявсь.</w:t>
      </w:r>
    </w:p>
    <w:p>
      <w:r>
        <w:br/>
        <w:t>— Щасти вам, Боже, що розгрузили! Ха-ха-ха-ха!</w:t>
      </w:r>
    </w:p>
    <w:p>
      <w:r>
        <w:br/>
        <w:t>— Ну, що ж ми будем делать? — плаксивим сміхом по— —спитав у Мірти.</w:t>
      </w:r>
    </w:p>
    <w:p>
      <w:r>
        <w:br/>
        <w:t>— Нічого. Будем працювати, як і всі.</w:t>
      </w:r>
    </w:p>
    <w:p>
      <w:r>
        <w:br/>
        <w:t>— Як і всі. Потихеньку-полегеньку. Ха-ха-ха! Годі, старий, тягти лямку. "Тпру",— сказала коняка й стала... Ходімо до хати.</w:t>
      </w:r>
    </w:p>
    <w:p>
      <w:r>
        <w:br/>
        <w:t>Увечері заснувалося небо сірими пухкими хмарами.</w:t>
      </w:r>
    </w:p>
    <w:p>
      <w:r>
        <w:br/>
        <w:t>Легкі сніжинки в задумі сідали на плечі.</w:t>
      </w:r>
    </w:p>
    <w:p>
      <w:r>
        <w:br/>
        <w:t>Мороком сірим укрився степ. Його ніби й не помітно було.</w:t>
      </w:r>
    </w:p>
    <w:p>
      <w:r>
        <w:br/>
        <w:t>— А все ж, може, так і краще,— говорила Мірта.— Ніхто не кине ніякого докору. Скільки зможемо, випрацюємо; скільки треба, з'їмо.</w:t>
      </w:r>
    </w:p>
    <w:p>
      <w:r>
        <w:br/>
        <w:t>— Може, й так,— загадково відповів Вільгельм.</w:t>
      </w:r>
    </w:p>
    <w:p>
      <w:r>
        <w:br/>
        <w:t>А лягали в нетопленій хаті, кутались в зоставлені пуховики.</w:t>
      </w:r>
    </w:p>
    <w:p>
      <w:r>
        <w:br/>
        <w:t>Весняні струмені зелені й прозорі. В них родиться нова думка, що ллється гарячими хвилями в повітрі.</w:t>
      </w:r>
    </w:p>
    <w:p>
      <w:r>
        <w:br/>
        <w:t>Родять її розпарені ріллі, гострі зелені спичаки, пухлі бруньки — родять її нові, спочилі землі.</w:t>
      </w:r>
    </w:p>
    <w:p>
      <w:r>
        <w:br/>
        <w:t>Вогкий вітер студив з моря і гнав4 руді сніги все далі й далі на північ.</w:t>
      </w:r>
    </w:p>
    <w:p>
      <w:r>
        <w:br/>
        <w:t>Увечері лягали сині присмерки, легкі, як павутинки.</w:t>
      </w:r>
    </w:p>
    <w:p>
      <w:r>
        <w:br/>
        <w:t>Мірта виходила під гору, на горбик, і слухала. І зморені груди п'яно вбирали свіже повітря.</w:t>
      </w:r>
    </w:p>
    <w:p>
      <w:r>
        <w:br/>
        <w:t>А на заході червоним юним золотом горіла заграва.</w:t>
      </w:r>
    </w:p>
    <w:p>
      <w:r>
        <w:br/>
        <w:t>Хтось далеко бив завзято в червону дошку, й звуки від того розлягались, як тихий стогін, в придолинках.</w:t>
      </w:r>
    </w:p>
    <w:p>
      <w:r>
        <w:br/>
        <w:t>Мірта думала: піти б у сині присмерки. І йти все далі й далі, заплющивши очі.</w:t>
      </w:r>
    </w:p>
    <w:p>
      <w:r>
        <w:br/>
        <w:t>І згоріти на золотім хресті, сплетенім з спілої пшениці.</w:t>
      </w:r>
    </w:p>
    <w:p>
      <w:r>
        <w:br/>
        <w:t>Раз приїхав у синіх присмерках верховець.</w:t>
      </w:r>
    </w:p>
    <w:p>
      <w:r>
        <w:br/>
        <w:t>Був він увесь темний, і вороний кінь нетерпляче стукав копитом.</w:t>
      </w:r>
    </w:p>
    <w:p>
      <w:r>
        <w:br/>
        <w:t>Верховець глухим голосом поспитав Мірту. Та вийшла, закутавшись білою хусткою.</w:t>
      </w:r>
    </w:p>
    <w:p>
      <w:r>
        <w:br/>
        <w:t>— Не впізнаєш? — тихим голосом поспитав.</w:t>
      </w:r>
    </w:p>
    <w:p>
      <w:r>
        <w:br/>
        <w:t>— Гордію?!</w:t>
      </w:r>
    </w:p>
    <w:p>
      <w:r>
        <w:br/>
        <w:t>Гордій тихо посміхнувсь. Був він лагідний, причепурений, в зеленій англійській шинелі.</w:t>
      </w:r>
    </w:p>
    <w:p>
      <w:r>
        <w:br/>
        <w:t>— Звідки ти?</w:t>
      </w:r>
    </w:p>
    <w:p>
      <w:r>
        <w:br/>
        <w:t>— Я — червоний!</w:t>
      </w:r>
    </w:p>
    <w:p>
      <w:r>
        <w:br/>
        <w:t>— Червоний?</w:t>
      </w:r>
    </w:p>
    <w:p>
      <w:r>
        <w:br/>
        <w:t>— Авжеж.</w:t>
      </w:r>
    </w:p>
    <w:p>
      <w:r>
        <w:br/>
        <w:t>— Як ти забився сюди?</w:t>
      </w:r>
    </w:p>
    <w:p>
      <w:r>
        <w:br/>
        <w:t>— Приїхав провідати тебе. Очі горіли рясною ласкою.</w:t>
      </w:r>
    </w:p>
    <w:p>
      <w:r>
        <w:br/>
        <w:t>— Я все за тим, Мірто.</w:t>
      </w:r>
    </w:p>
    <w:p>
      <w:r>
        <w:br/>
        <w:t>— А що тобі треба?</w:t>
      </w:r>
    </w:p>
    <w:p>
      <w:r>
        <w:br/>
        <w:t>— Тебе.</w:t>
      </w:r>
    </w:p>
    <w:p>
      <w:r>
        <w:br/>
        <w:t>— А-а... Зажди... зажди...</w:t>
      </w:r>
    </w:p>
    <w:p>
      <w:r>
        <w:br/>
        <w:t>І зашепотіли два гарячі струмені в синіх присмерках весни. Над світанок однієї ночі мандрувало два богомоли... Коні їхні дрімали й спотикались, все поволі посували в глибінь степу.</w:t>
      </w:r>
    </w:p>
    <w:p>
      <w:r>
        <w:br/>
        <w:t>Коливали головами обидва богомоли. Здалеку здавалось, що вони ні на крок не посуваються наперед.</w:t>
      </w:r>
    </w:p>
    <w:p>
      <w:r>
        <w:br/>
        <w:t>В ту пору сміялась ранкова заграва рясним розсипчастим золотом.</w:t>
      </w:r>
    </w:p>
    <w:p>
      <w:r>
        <w:br/>
        <w:t>Кидала вогненні стрічки в небо і колола гострими списами сизі хмари.</w:t>
      </w:r>
    </w:p>
    <w:p>
      <w:r>
        <w:br/>
        <w:t>Тоді верхівці протирали очі, дивились одне на одного, жмурились і сміялись.</w:t>
      </w:r>
    </w:p>
    <w:p>
      <w:r>
        <w:br/>
        <w:t>XVI</w:t>
      </w:r>
    </w:p>
    <w:p>
      <w:r>
        <w:br/>
        <w:t>— Мірто, Мірто! — бігав старий.— Де Мірта? Мірта не обзивалась.</w:t>
      </w:r>
    </w:p>
    <w:p>
      <w:r>
        <w:br/>
        <w:t>Вільгельм обійшов сад, напівзруйновані оселі. Чорна порохня від пожежі дратувала око.</w:t>
      </w:r>
    </w:p>
    <w:p>
      <w:r>
        <w:br/>
        <w:t>— Мірто! Де ти?</w:t>
      </w:r>
    </w:p>
    <w:p>
      <w:r>
        <w:br/>
        <w:t>Маленький слід копит ішов під гору.</w:t>
      </w:r>
    </w:p>
    <w:p>
      <w:r>
        <w:br/>
        <w:t>Вільгельм пішов по слідах. Щодалі сліди копит ставали чіткіші.</w:t>
      </w:r>
    </w:p>
    <w:p>
      <w:r>
        <w:br/>
        <w:t>Коли зійшов на гору, почав бігти.</w:t>
      </w:r>
    </w:p>
    <w:p>
      <w:r>
        <w:br/>
        <w:t>І біг, чудно трюхаючи старим задом, наче танцював. За вітряком упав і довго лежав, прижмурюючись одним оком на сонце.</w:t>
      </w:r>
    </w:p>
    <w:p>
      <w:r>
        <w:br/>
        <w:t>Підняв голову й бачив:</w:t>
      </w:r>
    </w:p>
    <w:p>
      <w:r>
        <w:br/>
        <w:t>Колонійський ліс синій. Гострі пахощі молодих пуп'янків долітали звідти. Скиглили галки, складаючи гнізда.</w:t>
      </w:r>
    </w:p>
    <w:p>
      <w:r>
        <w:br/>
        <w:t>— Весна!</w:t>
      </w:r>
    </w:p>
    <w:p>
      <w:r>
        <w:br/>
        <w:t>Талі струмки вливаються в груди, а там сичать, як на розпаленім залізі.</w:t>
      </w:r>
    </w:p>
    <w:p>
      <w:r>
        <w:br/>
        <w:t>— Це ти, степе, одібрав у мене єдину радість!</w:t>
      </w:r>
    </w:p>
    <w:p>
      <w:r>
        <w:br/>
        <w:t>— Мірто! Мірто! — кричав хриплим голосом.</w:t>
      </w:r>
    </w:p>
    <w:p>
      <w:r>
        <w:br/>
        <w:t>Але прудкий вітер підхоплював слова й розбивав їх тут, зразу ж.</w:t>
      </w:r>
    </w:p>
    <w:p>
      <w:r>
        <w:br/>
        <w:t>Увечері старий тихо скаржився Лизаветі, перебираючи збіжжя в скрині:</w:t>
      </w:r>
    </w:p>
    <w:p>
      <w:r>
        <w:br/>
        <w:t>— Які шовки були в неї. Ось із Ляйпціга, тітка прислала, яка прекрасна тканина! Вона горіла на сонці, як вбрання королевине. Ось білі атласи — від бабусі! Ай-яй! Я все думав, Мірта й Стефан — прекрасна пара була б!</w:t>
      </w:r>
    </w:p>
    <w:p>
      <w:r>
        <w:br/>
        <w:t>— Я все думала, ми будем всі в Берліні. Я знову буду слухати, як мої липи шелестять. І Мірта моя коло мене. І мої маленькі білі онуки. Я все думала,— говорила в задумі Ли-завета.</w:t>
      </w:r>
    </w:p>
    <w:p>
      <w:r>
        <w:br/>
        <w:t>В ту ніч над чимсь довго сидів у задумі Вільгельм.</w:t>
      </w:r>
    </w:p>
    <w:p>
      <w:r>
        <w:br/>
        <w:t>Біла дача над морем. Нині шпиталь-санаторій для чер-воноармійців.</w:t>
      </w:r>
    </w:p>
    <w:p>
      <w:r>
        <w:br/>
        <w:t>Мірта вся в білому стомлено ходить між ліжками.</w:t>
      </w:r>
    </w:p>
    <w:p>
      <w:r>
        <w:br/>
        <w:t>— Сестриця, дай водиці!</w:t>
      </w:r>
    </w:p>
    <w:p>
      <w:r>
        <w:br/>
        <w:t>— Сестриця, поправ мені постіль, всі боки перележав. Двоє завзято гуляли в шашки.</w:t>
      </w:r>
    </w:p>
    <w:p>
      <w:r>
        <w:br/>
        <w:t>— Сестриця! В мене серце болить. Загой чим-небудь! Мірта суворо поглянула на нього.</w:t>
      </w:r>
    </w:p>
    <w:p>
      <w:r>
        <w:br/>
        <w:t>Дехто засміявся.</w:t>
      </w:r>
    </w:p>
    <w:p>
      <w:r>
        <w:br/>
        <w:t>— Що, хіба не можна?</w:t>
      </w:r>
    </w:p>
    <w:p>
      <w:r>
        <w:br/>
        <w:t>— Як роздавати на всіх, то що ж тоді собі зостанеться,— відповів інший.</w:t>
      </w:r>
    </w:p>
    <w:p>
      <w:r>
        <w:br/>
        <w:t>Увечері Мірта йшла додому, в тихий будинок під горою. Одчиняла вікно й дивилась.</w:t>
      </w:r>
    </w:p>
    <w:p>
      <w:r>
        <w:br/>
        <w:t>Унизу були глибокі балки, зарослі садами й виноградниками.</w:t>
      </w:r>
    </w:p>
    <w:p>
      <w:r>
        <w:br/>
        <w:t>Сади починали цвісти рясним п'яним цвітом.</w:t>
      </w:r>
    </w:p>
    <w:p>
      <w:r>
        <w:br/>
        <w:t>А далі було море безкрає, з хвилястими гребенями, зелено-молочне в світлі місяця.</w:t>
      </w:r>
    </w:p>
    <w:p>
      <w:r>
        <w:br/>
        <w:t>Мірта думала: які то речі є, що кружляють навколо себе й шумлять. ,</w:t>
      </w:r>
    </w:p>
    <w:p>
      <w:r>
        <w:br/>
        <w:t>І не могла пригадати.</w:t>
      </w:r>
    </w:p>
    <w:p>
      <w:r>
        <w:br/>
        <w:t>З тої пори, як виїхала з Гордієм, все дивно переплуталось, виступило перед очима в новому освітленні.</w:t>
      </w:r>
    </w:p>
    <w:p>
      <w:r>
        <w:br/>
        <w:t>Мірта думала: десь далеко горять червоні вогні. І люди йдуть до них по коліна в крові і з щасливою усмішкою на вустах.</w:t>
      </w:r>
    </w:p>
    <w:p>
      <w:r>
        <w:br/>
        <w:t>Але хто оцінить і взнає її маленьку офіру?</w:t>
      </w:r>
    </w:p>
    <w:p>
      <w:r>
        <w:br/>
        <w:t>І думала ще: як важко кидати серце під ноги іншим.</w:t>
      </w:r>
    </w:p>
    <w:p>
      <w:r>
        <w:br/>
        <w:t>Місяць горів на хвилях моря і сміявся.</w:t>
      </w:r>
    </w:p>
    <w:p>
      <w:r>
        <w:br/>
        <w:t>— Ні, ні. Цього не треба. Вона згадала колонію.</w:t>
      </w:r>
    </w:p>
    <w:p>
      <w:r>
        <w:br/>
        <w:t>Мабуть, у неї хуторянська душа, тому так вразливо приймає усе, що діється.</w:t>
      </w:r>
    </w:p>
    <w:p>
      <w:r>
        <w:br/>
        <w:t>Але вона стане справжньою червоною.</w:t>
      </w:r>
    </w:p>
    <w:p>
      <w:r>
        <w:br/>
        <w:t>Білі абрикоси сплітались у мереживо й дурманили повітря.</w:t>
      </w:r>
    </w:p>
    <w:p>
      <w:r>
        <w:br/>
        <w:t>Мірта впурнула в білі тумани й застигла.</w:t>
      </w:r>
    </w:p>
    <w:p>
      <w:r>
        <w:br/>
        <w:t>Гордій прийшов пізно. Був чимсь роздратований.</w:t>
      </w:r>
    </w:p>
    <w:p>
      <w:r>
        <w:br/>
        <w:t>Скоса поглянув на Мірту.</w:t>
      </w:r>
    </w:p>
    <w:p>
      <w:r>
        <w:br/>
        <w:t>— Чого ти смутна?</w:t>
      </w:r>
    </w:p>
    <w:p>
      <w:r>
        <w:br/>
        <w:t>— Не знаю. Мабуть, вечір розварив.</w:t>
      </w:r>
    </w:p>
    <w:p>
      <w:r>
        <w:br/>
        <w:t>— Е, що там вечір!</w:t>
      </w:r>
    </w:p>
    <w:p>
      <w:r>
        <w:br/>
        <w:t>— А що це, по-твоєму?</w:t>
      </w:r>
    </w:p>
    <w:p>
      <w:r>
        <w:br/>
        <w:t>— Стара буржуйська кров заговорила. Ти все не можеш забути старого життя.</w:t>
      </w:r>
    </w:p>
    <w:p>
      <w:r>
        <w:br/>
        <w:t>— А тобі що до того?</w:t>
      </w:r>
    </w:p>
    <w:p>
      <w:r>
        <w:br/>
        <w:t>— Нам треба йти до нового. Спалити, забути за все. Такі, як ти, тягнуть униз.</w:t>
      </w:r>
    </w:p>
    <w:p>
      <w:r>
        <w:br/>
        <w:t>— Ну, то викручуйся й запали таких, як я.</w:t>
      </w:r>
    </w:p>
    <w:p>
      <w:r>
        <w:br/>
        <w:t>— Як я можу запалити, коли ти серце рвеш на часті?!</w:t>
      </w:r>
    </w:p>
    <w:p>
      <w:r>
        <w:br/>
        <w:t>— Ну, то я не винна.</w:t>
      </w:r>
    </w:p>
    <w:p>
      <w:r>
        <w:br/>
        <w:t>— Не винна?</w:t>
      </w:r>
    </w:p>
    <w:p>
      <w:r>
        <w:br/>
        <w:t>— Я ж тобі казала: я йду через тебе, по тобі за другим.</w:t>
      </w:r>
    </w:p>
    <w:p>
      <w:r>
        <w:br/>
        <w:t>— То чого ти йшла тоді?</w:t>
      </w:r>
    </w:p>
    <w:p>
      <w:r>
        <w:br/>
        <w:t>— Тобі видніш було.</w:t>
      </w:r>
    </w:p>
    <w:p>
      <w:r>
        <w:br/>
        <w:t>— Я знаю, ти кохаєш того німця, попа.</w:t>
      </w:r>
    </w:p>
    <w:p>
      <w:r>
        <w:br/>
        <w:t>— Ну, то вирви з серця. ^</w:t>
      </w:r>
    </w:p>
    <w:p>
      <w:r>
        <w:br/>
        <w:t>— Ех, ви, буржуазія! Спалить би вас усіх. Не мучили б інших.</w:t>
      </w:r>
    </w:p>
    <w:p>
      <w:r>
        <w:br/>
        <w:t>Він сердито вилаявсь і ліг спати.</w:t>
      </w:r>
    </w:p>
    <w:p>
      <w:r>
        <w:br/>
        <w:t>В ту ніч довго туманилась далечінь, а під ранок зазеленіла й стала вогкою.</w:t>
      </w:r>
    </w:p>
    <w:p>
      <w:r>
        <w:br/>
        <w:t>Тоді Мірта схилила голову й задрімала.</w:t>
      </w:r>
    </w:p>
    <w:p>
      <w:r>
        <w:br/>
        <w:t>XVIII</w:t>
      </w:r>
    </w:p>
    <w:p>
      <w:r>
        <w:br/>
        <w:t>Останній лист від Стефана був справді дивний і несподіваний.</w:t>
      </w:r>
    </w:p>
    <w:p>
      <w:r>
        <w:br/>
        <w:t>"Ви, мабуть, здивуєтесь і не повірите цій звістці,— писав Стефан,— але я всі заплутані вузли розірвав одним кроком. Нині я — спартаковець. Хай не злякає вас ця звістка. З усього я не бачу іншого виходу, як вступити до спартаківців і оновити всеньке життя шляхом соціяльної революції. Ми йдемо поруч з російськими комуністами й вітаємо вашу революцію.</w:t>
      </w:r>
    </w:p>
    <w:p>
      <w:r>
        <w:br/>
        <w:t>Хотів би я знати, як до цього поставиться Мірта?" Старий похитав головою й нічого не сказав. Увечері з ціпком в руках подибав під гору. Там під вітряком завсіди любив сидіти. В чулих крилах шелестіли голоси степу. Вільгельм любив слухати цей шелест.</w:t>
      </w:r>
    </w:p>
    <w:p>
      <w:r>
        <w:br/>
        <w:t>Навколо зеленіли простори й пахло весняним ростом, м'яким, пестливим.</w:t>
      </w:r>
    </w:p>
    <w:p>
      <w:r>
        <w:br/>
        <w:t>Хотілось впасти й дрімати в шелесті житів.</w:t>
      </w:r>
    </w:p>
    <w:p>
      <w:r>
        <w:br/>
        <w:t>— Але чому ти, степе, ніколи не хотів зрозуміти мене? — жалібно питав Вільгельм.</w:t>
      </w:r>
    </w:p>
    <w:p>
      <w:r>
        <w:br/>
        <w:t>Було болісно, що в цю пору так юно-радісно пишається степ.</w:t>
      </w:r>
    </w:p>
    <w:p>
      <w:r>
        <w:br/>
        <w:t>А на серці зостались самі черепки.</w:t>
      </w:r>
    </w:p>
    <w:p>
      <w:r>
        <w:br/>
        <w:t>Так довго сидів і дивився на могилу, що хмурилась в легкій сутіні вечора. '</w:t>
      </w:r>
    </w:p>
    <w:p>
      <w:r>
        <w:br/>
        <w:t>Ось там у могилі хтось увесь вік стежив за ним, і капостив, і гнав з цих степів.</w:t>
      </w:r>
    </w:p>
    <w:p>
      <w:r>
        <w:br/>
        <w:t>— За що? За те, що так уквітчав, обробив, підперезав зеленим хлібом?</w:t>
      </w:r>
    </w:p>
    <w:p>
      <w:r>
        <w:br/>
        <w:t>— Не за те, не за те.</w:t>
      </w:r>
    </w:p>
    <w:p>
      <w:r>
        <w:br/>
        <w:t>— Що маєш чужу душу!</w:t>
      </w:r>
    </w:p>
    <w:p>
      <w:r>
        <w:br/>
        <w:t>Тоді виліз на піддашки в млині. Вийняв сірника й легенько чиркнув. Маленькі жартовливі віхтики гралися на стрісі. І раптом щось застогнало, тріснуло. Велика копиця вогняна простяглася в небо й закуріла. Одсвіти падали далеко через байрак, до могили. І там, здавалось, хтось темний танцював. А вгорі куйовдились білі хмари. З-поміж них грізно дивився суворий Водан. Розпатлане волосся йому гралося з вітром. Вільгельм усміхнувся, хвилину постояв і пішов додому.</w:t>
      </w:r>
    </w:p>
    <w:p>
      <w:r>
        <w:br/>
        <w:t>— Лізбет! А, Лізбет! Ти не спиш? Лизавета обізвалась.</w:t>
      </w:r>
    </w:p>
    <w:p>
      <w:r>
        <w:br/>
        <w:t>— Збирайся в дорогу.</w:t>
      </w:r>
    </w:p>
    <w:p>
      <w:r>
        <w:br/>
        <w:t>— Куди? До Берліна? Під тихі липи?</w:t>
      </w:r>
    </w:p>
    <w:p>
      <w:r>
        <w:br/>
        <w:t>— Під тихі липи.</w:t>
      </w:r>
    </w:p>
    <w:p>
      <w:r>
        <w:br/>
        <w:t>— О, mein Gott! Mein lieber Gott! 1</w:t>
      </w:r>
    </w:p>
    <w:p>
      <w:r>
        <w:br/>
        <w:t>І вперше Лизавета засміялась по-дитячому радісно й заплакала.</w:t>
      </w:r>
    </w:p>
    <w:p>
      <w:r>
        <w:br/>
        <w:t>Вони зв'язали дві білі хустки і з паличками в руках вийшли в степ.</w:t>
      </w:r>
    </w:p>
    <w:p>
      <w:r>
        <w:br/>
        <w:t>Вітряк ще червонів.</w:t>
      </w:r>
    </w:p>
    <w:p>
      <w:r>
        <w:br/>
        <w:t>У світлі його дві зігнуті тіні повзли по землі. Інколи спинялись, вдивлялись в далечінь і знову повзли далі.</w:t>
      </w:r>
    </w:p>
    <w:p>
      <w:r>
        <w:br/>
        <w:t>Лизавета шепотіла:</w:t>
      </w:r>
    </w:p>
    <w:p>
      <w:r>
        <w:br/>
        <w:t>— О, mein Gott! Mein lieber Gott!</w:t>
      </w:r>
    </w:p>
    <w:p>
      <w:r>
        <w:br/>
        <w:t>1 О, мій Боже! Любий Боже! (Нім.).</w:t>
      </w:r>
    </w:p>
    <w:p>
      <w:r>
        <w:br/>
        <w:t>По весні Мірта ніяк не могла заспокоїтись. Зелено-білі ночі дратували.</w:t>
      </w:r>
    </w:p>
    <w:p>
      <w:r>
        <w:br/>
        <w:t>І згадувались тихі степові простори, тихі стогони ночі, вогкий подих вітру в темряві.</w:t>
      </w:r>
    </w:p>
    <w:p>
      <w:r>
        <w:br/>
        <w:t>Одного дня увечері вона одв'язала коня й поволі потюпала. На третій день була на місці.</w:t>
      </w:r>
    </w:p>
    <w:p>
      <w:r>
        <w:br/>
        <w:t>Здивувало нове погорілля. Важкий вал вітряка обсмалений розтягся на цілині.</w:t>
      </w:r>
    </w:p>
    <w:p>
      <w:r>
        <w:br/>
        <w:t>Мірту зустріли спорожнілі будівлі. В кімнатах було все порозкидане.</w:t>
      </w:r>
    </w:p>
    <w:p>
      <w:r>
        <w:br/>
        <w:t>В лахміттях знайшла листа від Стефана, прочитала й почервоніла.</w:t>
      </w:r>
    </w:p>
    <w:p>
      <w:r>
        <w:br/>
        <w:t>Тоді вийшла, обійшла сад. Він був густий, соковитий, але занехаяний, не прочищений.</w:t>
      </w:r>
    </w:p>
    <w:p>
      <w:r>
        <w:br/>
        <w:t>Мірта вийшла, одв'язала коня й пустила в степ. Кінь, легко киваючи вуздечкою, поволі подався в простір. Коли одійшов подалі, ви брикну в і побіг тоді в далечінь. Почувала: щось муляє, дратує. Скинула черевики, пішла боса.</w:t>
      </w:r>
    </w:p>
    <w:p>
      <w:r>
        <w:br/>
        <w:t>Йшла м'якими холодними травами. Відчувала, як поволі щось стигне й радіє під серцем. На душі стало легко.</w:t>
      </w:r>
    </w:p>
    <w:p>
      <w:r>
        <w:br/>
        <w:t>Від роси, що лоскотала ноги, у тілі ткалася нова тканина, ніжна, як шовк.</w:t>
      </w:r>
    </w:p>
    <w:p>
      <w:r>
        <w:br/>
        <w:t>Тоді очі дивилися широко розкритими, прозоро-блакитними озерами.</w:t>
      </w:r>
    </w:p>
    <w:p>
      <w:r>
        <w:br/>
        <w:t>Глибоко приймали нову радість землі. Мимоволі вабив до себе вогкий вітер з моря. Мірта пішла назустріч йому.</w:t>
      </w:r>
    </w:p>
    <w:p>
      <w:r>
        <w:br/>
        <w:t>На ранок сиза, ніжно-блакитна стрічка лягла на березі моря, а сонце червоніло й сміялось. Мірта сіла й радісно передихала. В задумі брала камінчики й пускала в море. Камінчики м'яко булькали, Мірта ж говорила:</w:t>
      </w:r>
    </w:p>
    <w:p>
      <w:r>
        <w:br/>
        <w:t>— До Берліна! До Мюнхена! Камінчик за камінчиком:</w:t>
      </w:r>
    </w:p>
    <w:p>
      <w:r>
        <w:br/>
        <w:t>— Плюсь! Плюсь! Плюсь!</w:t>
      </w:r>
    </w:p>
    <w:p>
      <w:r>
        <w:br/>
        <w:t>Травень, 1923 м. Лубни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Горіли степи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