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Горе-рибалка</w:t>
      </w:r>
    </w:p>
    <w:p>
      <w:r>
        <w:br/>
        <w:t xml:space="preserve"> &lt;p&gt;Я вже починав втрачати терпець, коли у двері подзвонили. Швиденько клацнув замком.</w:t>
      </w:r>
    </w:p>
    <w:p>
      <w:r>
        <w:br/>
        <w:t>— Нарешті,— зрадів, угледівши Сашка Мартиненка, з яким ми зібралися йти на риболовлю.— Чому так довго? Запізнюємося!</w:t>
      </w:r>
    </w:p>
    <w:p>
      <w:r>
        <w:br/>
        <w:t>Сашко відмахнувся:</w:t>
      </w:r>
    </w:p>
    <w:p>
      <w:r>
        <w:br/>
        <w:t>— Встигнеш.</w:t>
      </w:r>
    </w:p>
    <w:p>
      <w:r>
        <w:br/>
        <w:t>— Та ти що,— серджуся.— Через десять хвилин автобус відходить!</w:t>
      </w:r>
    </w:p>
    <w:p>
      <w:r>
        <w:br/>
        <w:t>Сашко вдав, що не чує мене. Ніби це не до нього, а горохом об стіну.</w:t>
      </w:r>
    </w:p>
    <w:p>
      <w:r>
        <w:br/>
        <w:t>— Вудки зібрав? — питає, оглядаючи мої снасті.</w:t>
      </w:r>
    </w:p>
    <w:p>
      <w:r>
        <w:br/>
        <w:t>— Не забув. Це лише мисливці інколи поспішають на полювання без рушниць.</w:t>
      </w:r>
    </w:p>
    <w:p>
      <w:r>
        <w:br/>
        <w:t>— Скільки?</w:t>
      </w:r>
    </w:p>
    <w:p>
      <w:r>
        <w:br/>
        <w:t>— Що скільки?</w:t>
      </w:r>
    </w:p>
    <w:p>
      <w:r>
        <w:br/>
        <w:t>— Вудок скільки?</w:t>
      </w:r>
    </w:p>
    <w:p>
      <w:r>
        <w:br/>
        <w:t>— Чотири.</w:t>
      </w:r>
    </w:p>
    <w:p>
      <w:r>
        <w:br/>
        <w:t>— А мені?</w:t>
      </w:r>
    </w:p>
    <w:p>
      <w:r>
        <w:br/>
        <w:t>— По дві кожному.</w:t>
      </w:r>
    </w:p>
    <w:p>
      <w:r>
        <w:br/>
        <w:t>Сашко задумався.</w:t>
      </w:r>
    </w:p>
    <w:p>
      <w:r>
        <w:br/>
        <w:t>— А не мало?</w:t>
      </w:r>
    </w:p>
    <w:p>
      <w:r>
        <w:br/>
        <w:t>— Вистачить! — розсердився я.— Ходімо.</w:t>
      </w:r>
    </w:p>
    <w:p>
      <w:r>
        <w:br/>
        <w:t>Мартиненко категорично заявив:</w:t>
      </w:r>
    </w:p>
    <w:p>
      <w:r>
        <w:br/>
        <w:t>— Поспішиш — людей насмішиш. Треба вдома все перевірити, щоб потім на річці за вухом не чухати.— І, подумавши, поцікавився: — Як з наживкою?</w:t>
      </w:r>
    </w:p>
    <w:p>
      <w:r>
        <w:br/>
        <w:t>— В коробці.</w:t>
      </w:r>
    </w:p>
    <w:p>
      <w:r>
        <w:br/>
        <w:t>— Коробка металева?</w:t>
      </w:r>
    </w:p>
    <w:p>
      <w:r>
        <w:br/>
        <w:t>— Звичайно, від цукерок.</w:t>
      </w:r>
    </w:p>
    <w:p>
      <w:r>
        <w:br/>
        <w:t>— А дірки є?</w:t>
      </w:r>
    </w:p>
    <w:p>
      <w:r>
        <w:br/>
        <w:t>— Є. Для вентиляції.</w:t>
      </w:r>
    </w:p>
    <w:p>
      <w:r>
        <w:br/>
        <w:t>— Давай поглянемо.</w:t>
      </w:r>
    </w:p>
    <w:p>
      <w:r>
        <w:br/>
        <w:t>Я відкрив коробку, і з неї почали виповзати черв'яки</w:t>
      </w:r>
    </w:p>
    <w:p>
      <w:r>
        <w:br/>
        <w:t>— Все в нормі,— похвалив мене Сашко. — Живі. Будуть вимахувати хвостами. Пильнуй, щоб коробки не переплутав. Не взяв із цукерками.</w:t>
      </w:r>
    </w:p>
    <w:p>
      <w:r>
        <w:br/>
        <w:t>— Дурень я, чи що? — запитую і закидаю на плече вудки в чохлі.</w:t>
      </w:r>
    </w:p>
    <w:p>
      <w:r>
        <w:br/>
        <w:t>Проте виявилось, що Мартиненка не так просто випхати з хати.</w:t>
      </w:r>
    </w:p>
    <w:p>
      <w:r>
        <w:br/>
        <w:t>— Торбу на рибу взяв?</w:t>
      </w:r>
    </w:p>
    <w:p>
      <w:r>
        <w:br/>
        <w:t>— Ось,— показую.</w:t>
      </w:r>
    </w:p>
    <w:p>
      <w:r>
        <w:br/>
        <w:t>— Дай-но перевірю, чи немає дірки. А то ловитемемо, а вона спокійнісінько у воду тікатиме. Були випадки.</w:t>
      </w:r>
    </w:p>
    <w:p>
      <w:r>
        <w:br/>
        <w:t>— Від мене нікуди не дінеться,— запевняю.— Прямо на сковорідку потрапить.</w:t>
      </w:r>
    </w:p>
    <w:p>
      <w:r>
        <w:br/>
        <w:t>— Відро, звичайно, краще,— розмірковував Володька.</w:t>
      </w:r>
    </w:p>
    <w:p>
      <w:r>
        <w:br/>
        <w:t>— А куди його всунемо?</w:t>
      </w:r>
    </w:p>
    <w:p>
      <w:r>
        <w:br/>
        <w:t>— Вередливий ти,— важко зітхнув він.</w:t>
      </w:r>
    </w:p>
    <w:p>
      <w:r>
        <w:br/>
        <w:t>Я від такого нахабства аж похлинувся.</w:t>
      </w:r>
    </w:p>
    <w:p>
      <w:r>
        <w:br/>
        <w:t>— Морочиш мені голову, а інших обзиваєш,— заскреготів зубами.— Де твій рюкзак? Чи ти думаєш, що я твої речі на шиї носитиму?</w:t>
      </w:r>
    </w:p>
    <w:p>
      <w:r>
        <w:br/>
        <w:t>— Не про мене мова,— поглянув Сашко на мене призирливо.— Перевірка, я тобі казав, не завадить. Іще згадаєш мене.</w:t>
      </w:r>
    </w:p>
    <w:p>
      <w:r>
        <w:br/>
        <w:t>Помітивши, що я вже ладен полізти у бійку, поцікавився:</w:t>
      </w:r>
    </w:p>
    <w:p>
      <w:r>
        <w:br/>
        <w:t>— Дощ буде чи ні?</w:t>
      </w:r>
    </w:p>
    <w:p>
      <w:r>
        <w:br/>
        <w:t>— Синоптики обіцяють ясну погоду.</w:t>
      </w:r>
    </w:p>
    <w:p>
      <w:r>
        <w:br/>
        <w:t>— Все може бути. Плащ узяв?</w:t>
      </w:r>
    </w:p>
    <w:p>
      <w:r>
        <w:br/>
        <w:t>Плаща я, на жаль, не взяв. Довелося терміново лізти до гардероба.</w:t>
      </w:r>
    </w:p>
    <w:p>
      <w:r>
        <w:br/>
        <w:t>— Усе? — питаю.</w:t>
      </w:r>
    </w:p>
    <w:p>
      <w:r>
        <w:br/>
        <w:t>— Ні! Як із харчами?</w:t>
      </w:r>
    </w:p>
    <w:p>
      <w:r>
        <w:br/>
        <w:t>— Не хвилюйся, вистачить.</w:t>
      </w:r>
    </w:p>
    <w:p>
      <w:r>
        <w:br/>
        <w:t>— Конкретніше.</w:t>
      </w:r>
    </w:p>
    <w:p>
      <w:r>
        <w:br/>
        <w:t>— Бутерброди. Чотири огірки. Помідори, котлети.</w:t>
      </w:r>
    </w:p>
    <w:p>
      <w:r>
        <w:br/>
        <w:t>— Сіль узяв?</w:t>
      </w:r>
    </w:p>
    <w:p>
      <w:r>
        <w:br/>
        <w:t>— Узяв.</w:t>
      </w:r>
    </w:p>
    <w:p>
      <w:r>
        <w:br/>
        <w:t>— Сірники? — не вгавав Сашко.</w:t>
      </w:r>
    </w:p>
    <w:p>
      <w:r>
        <w:br/>
        <w:t>— Навіщо?</w:t>
      </w:r>
    </w:p>
    <w:p>
      <w:r>
        <w:br/>
        <w:t>— Вогнище розкласти. Одяг просушити, відігрітися.</w:t>
      </w:r>
    </w:p>
    <w:p>
      <w:r>
        <w:br/>
        <w:t>Довелося взяти й сірники.</w:t>
      </w:r>
    </w:p>
    <w:p>
      <w:r>
        <w:br/>
        <w:t>— Аптечка швидкої медичної допомоги є?</w:t>
      </w:r>
    </w:p>
    <w:p>
      <w:r>
        <w:br/>
        <w:t>— Я остовпів.</w:t>
      </w:r>
    </w:p>
    <w:p>
      <w:r>
        <w:br/>
        <w:t>— Хворіти не збираюся.</w:t>
      </w:r>
    </w:p>
    <w:p>
      <w:r>
        <w:br/>
        <w:t>— На річці нежить або запалення легенів схопити швидше, ніж карася впіймати.</w:t>
      </w:r>
    </w:p>
    <w:p>
      <w:r>
        <w:br/>
        <w:t>— Ти думаєш?</w:t>
      </w:r>
    </w:p>
    <w:p>
      <w:r>
        <w:br/>
        <w:t>— Звичайно. Слухай старших.</w:t>
      </w:r>
    </w:p>
    <w:p>
      <w:r>
        <w:br/>
        <w:t>Сашко був старший від мене на 16 днів. Він поліз до нашого столика і, висунувши шухляду, швиденько підібрав потрібні медикаменти.</w:t>
      </w:r>
    </w:p>
    <w:p>
      <w:r>
        <w:br/>
        <w:t>— Ось оце,— показує,— від кашлю, а оце — від температури. Приймати три рази на день після їди по одній таблетці. Не переплутаєш?</w:t>
      </w:r>
    </w:p>
    <w:p>
      <w:r>
        <w:br/>
        <w:t>Для переконливості він ще раз популярно пояснив, що і як робити. Розіклав таблетки мені по кишенях. Повчав він мене з таким виглядом, ніби був професором медицини.</w:t>
      </w:r>
    </w:p>
    <w:p>
      <w:r>
        <w:br/>
        <w:t>— Сашку! — кажу тремтячим голосом.— Іще кілька хвилин — і твої лекції і таблетки від простуди мені будуть не потрібні.</w:t>
      </w:r>
    </w:p>
    <w:p>
      <w:r>
        <w:br/>
        <w:t>Мартиненко здивувався:</w:t>
      </w:r>
    </w:p>
    <w:p>
      <w:r>
        <w:br/>
        <w:t>— Чому?</w:t>
      </w:r>
    </w:p>
    <w:p>
      <w:r>
        <w:br/>
        <w:t>— Знадобляться краплі від серця, а то й "швидку допомогу" доведеться викликати.</w:t>
      </w:r>
    </w:p>
    <w:p>
      <w:r>
        <w:br/>
        <w:t>— Переживеш,— сказав він і опустив очі вниз.— Що в тебе на ногах?</w:t>
      </w:r>
    </w:p>
    <w:p>
      <w:r>
        <w:br/>
        <w:t>— Черевики,— відповідаю.</w:t>
      </w:r>
    </w:p>
    <w:p>
      <w:r>
        <w:br/>
        <w:t>— Надінь чоботи.</w:t>
      </w:r>
    </w:p>
    <w:p>
      <w:r>
        <w:br/>
        <w:t>— У мене немає.</w:t>
      </w:r>
    </w:p>
    <w:p>
      <w:r>
        <w:br/>
        <w:t>— Знайди.</w:t>
      </w:r>
    </w:p>
    <w:p>
      <w:r>
        <w:br/>
        <w:t>Насилу його умовив, що ловити можна і в черевиках, що там річка, а не болото, і береги сухі.</w:t>
      </w:r>
    </w:p>
    <w:p>
      <w:r>
        <w:br/>
        <w:t>Завдавши на плече рюкзак, я почав потроху тиснути на Сашка, щоб виштовхнути його в коридор.</w:t>
      </w:r>
    </w:p>
    <w:p>
      <w:r>
        <w:br/>
        <w:t>Проте Сашко щосили опирався, щоразу вигадуючи нову причіпку.</w:t>
      </w:r>
    </w:p>
    <w:p>
      <w:r>
        <w:br/>
        <w:t>Кинувши на підлогу речі, я схопив його за грудки.</w:t>
      </w:r>
    </w:p>
    <w:p>
      <w:r>
        <w:br/>
        <w:t>— Так ми їдемо по рибу чи ні?</w:t>
      </w:r>
    </w:p>
    <w:p>
      <w:r>
        <w:br/>
        <w:t>Мартиненко пручався, так що ґудзики посипалися.</w:t>
      </w:r>
    </w:p>
    <w:p>
      <w:r>
        <w:br/>
        <w:t>— Я прийшов,— сказав він.— Я п-п-ри-йшов тобі сказати, що мене по рибу не відпускають.</w:t>
      </w:r>
    </w:p>
    <w:p>
      <w:r>
        <w:br/>
        <w:t>І, грюкнувши дверима, пішов геть.</w:t>
      </w:r>
    </w:p>
    <w:p>
      <w:r>
        <w:br/>
        <w:t>Під вікнами прохурчав автобус.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Горе-рибалка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