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Горе поета</w:t>
      </w:r>
    </w:p>
    <w:p>
      <w:r>
        <w:br/>
        <w:t xml:space="preserve"> Люде добрі! Пожалійте&lt;br /&gt;</w:t>
        <w:br/>
        <w:t>Бідолашного піїту,&lt;br /&gt;</w:t>
        <w:br/>
        <w:t>Що від горя, від наруги&lt;br /&gt;</w:t>
        <w:br/>
        <w:t>За слізьми не бачить світу.&lt;br /&gt;</w:t>
        <w:br/>
        <w:t>Розкажу вам все. Учора&lt;br /&gt;</w:t>
        <w:br/>
        <w:t>Я зайшов собі в крамничку,&lt;br /&gt;</w:t>
        <w:br/>
        <w:t>Щоб на вечір запастися —&lt;br /&gt;</w:t>
        <w:br/>
        <w:t>Лойову купити свічку.&lt;br /&gt;</w:t>
        <w:br/>
        <w:t>І гидкий, поганий крамар&lt;br /&gt;</w:t>
        <w:br/>
        <w:t>(Чи бува що в світі гірше?)&lt;br /&gt;</w:t>
        <w:br/>
        <w:t>Загорнув мені ту свічку&lt;br /&gt;</w:t>
        <w:br/>
        <w:t>У мої чудовні вірші!&lt;br /&gt;</w:t>
        <w:br/>
        <w:t>Від зневаги, від досади&lt;br /&gt;</w:t>
        <w:br/>
        <w:t>Не заснув я цілу нічку.&lt;br /&gt;</w:t>
        <w:br/>
        <w:t>Боже! У мою поему&lt;br /&gt;</w:t>
        <w:br/>
        <w:t>Лойову вгорнули свічку!&lt;br /&gt;</w:t>
        <w:br/>
        <w:t>Ту поему вірш по віршу&lt;br /&gt;</w:t>
        <w:br/>
        <w:t>Я складав старанно, пильно,&lt;br /&gt;</w:t>
        <w:br/>
        <w:t>Перелічував трохеї,&lt;br /&gt;</w:t>
        <w:br/>
        <w:t>Розміряв їх так прихильно;&lt;br /&gt;</w:t>
        <w:br/>
        <w:t>Розкуйовдивши волосся,&lt;br /&gt;</w:t>
        <w:br/>
        <w:t>Не одну писав я нічку,—&lt;br /&gt;</w:t>
        <w:br/>
        <w:t>І в чудовную поему&lt;br /&gt;</w:t>
        <w:br/>
        <w:t>Лойову вгорнули свічку!&lt;br /&gt;</w:t>
        <w:br/>
        <w:t>Я, скінчивши ту поему,&lt;br /&gt;</w:t>
        <w:br/>
        <w:t>Сам відніс її в цензуру,&lt;br /&gt;</w:t>
        <w:br/>
        <w:t>Сам продав її в книгарню,&lt;br /&gt;</w:t>
        <w:br/>
        <w:t>Сам продержав коректуру.&lt;br /&gt;</w:t>
        <w:br/>
        <w:t>Видавець мені за неї&lt;br /&gt;</w:t>
        <w:br/>
        <w:t>По копійці дав за стрічку,&lt;br /&gt;</w:t>
        <w:br/>
        <w:t>І в такий утвір коштовний&lt;br /&gt;</w:t>
        <w:br/>
        <w:t>Лойову вгорнули свічку!&lt;br /&gt;</w:t>
        <w:br/>
        <w:t>Ні, не хочу більш терпіти&lt;br /&gt;</w:t>
        <w:br/>
        <w:t>На землі неправди злої!&lt;br /&gt;</w:t>
        <w:br/>
        <w:t>Хай же смерть мене сховає&lt;br /&gt;</w:t>
        <w:br/>
        <w:t>Від наруги навісної!&lt;br /&gt;</w:t>
        <w:br/>
        <w:t>Напишу останні вірші,&lt;br /&gt;</w:t>
        <w:br/>
        <w:t>Та тоді із моста в річку...&lt;br /&gt;</w:t>
        <w:br/>
        <w:t>Як? в мої чудовні твори&lt;br /&gt;</w:t>
        <w:br/>
        <w:t>Лойову вгорнули свічку!&lt;br /&gt;</w:t>
        <w:br/>
        <w:t>Напишу я в заповіті:&lt;br /&gt;</w:t>
        <w:br/>
        <w:t>Хай сховають мене в полі,&lt;br /&gt;</w:t>
        <w:br/>
        <w:t>Хай високий хрест поставлять,&lt;br /&gt;</w:t>
        <w:br/>
        <w:t>Щоб виднівсь на всім роздоллі.&lt;br /&gt;</w:t>
        <w:br/>
        <w:t>На хресті ж, на вічний спомин,&lt;br /&gt;</w:t>
        <w:br/>
        <w:t>Мідну хай приб'ють табличку&lt;br /&gt;</w:t>
        <w:br/>
        <w:t>І напишуть: "В його твори&lt;br /&gt;</w:t>
        <w:br/>
        <w:t>Лойову вгорнули свічку".&lt;br /&gt;</w:t>
        <w:br/>
        <w:t>Київ, 6 січня 1886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Горе поета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