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Гордість</w:t>
      </w:r>
    </w:p>
    <w:p>
      <w:r>
        <w:br/>
        <w:t xml:space="preserve"> Ні, не тому, що він живе у тузі та стражданні,&lt;br /&gt;</w:t>
        <w:br/>
        <w:t>Але щораз живuть і будить сподівання,-&lt;br /&gt;</w:t>
        <w:br/>
        <w:t>Він повен віри, суворий світ.</w:t>
      </w:r>
    </w:p>
    <w:p>
      <w:r>
        <w:br/>
        <w:t>Дарма, що з давніх уже літ&lt;br /&gt;</w:t>
        <w:br/>
        <w:t>У храмовім склепінні,&lt;br /&gt;</w:t>
        <w:br/>
        <w:t>Як сходить день, як гасне світ,&lt;br /&gt;</w:t>
        <w:br/>
        <w:t>Щораз мертвотніше звучить&lt;br /&gt;</w:t>
        <w:br/>
        <w:t>Розп'ятому моління.</w:t>
      </w:r>
    </w:p>
    <w:p>
      <w:r>
        <w:br/>
        <w:t>Дарма! Зусилля, множені по всіх країнах,&lt;br /&gt;</w:t>
        <w:br/>
        <w:t>Ви віру таїте в незвіданих глибинах,&lt;br /&gt;</w:t>
        <w:br/>
        <w:t>Бо вірить той, хто робить і тремтить!&lt;br /&gt;</w:t>
        <w:br/>
        <w:t>I вірить, хто шукає й винаходить!&lt;br /&gt;</w:t>
        <w:br/>
        <w:t>I промінь кожного світанку родить&lt;br /&gt;</w:t>
        <w:br/>
        <w:t>I воскрешає віру, і віра та нова —&lt;br /&gt;</w:t>
        <w:br/>
        <w:t>У міць і запал людського єства.</w:t>
      </w:r>
    </w:p>
    <w:p>
      <w:r>
        <w:br/>
        <w:t>А з нею Гордість устає, на тайни нападає,&lt;br /&gt;</w:t>
        <w:br/>
        <w:t>Що нам земля дає і знов од нас ховає;&lt;br /&gt;</w:t>
        <w:br/>
        <w:t>Та Гордість молода спинається, жива,&lt;br /&gt;</w:t>
        <w:br/>
        <w:t>I перешкоди валить перед собою всюди,&lt;br /&gt;</w:t>
        <w:br/>
        <w:t>З себе самої творячи щоденне чудо,&lt;br /&gt;</w:t>
        <w:br/>
        <w:t>Що потребує рід людський.</w:t>
      </w:r>
    </w:p>
    <w:p>
      <w:r>
        <w:br/>
        <w:t>О віро в силу рук, в чоло і погляд свій,&lt;br /&gt;</w:t>
        <w:br/>
        <w:t>О віро в мозок, дослідом сп'янілий,&lt;br /&gt;</w:t>
        <w:br/>
        <w:t>О віро в рід людський напружений, палкий!&lt;br /&gt;</w:t>
        <w:br/>
        <w:t>Як я з тобою в небезпеці злій&lt;br /&gt;</w:t>
        <w:br/>
        <w:t>І в славі, що життя на пай мені вділило,&lt;br /&gt;</w:t>
        <w:br/>
        <w:t>Стаю упевнений і смілий!</w:t>
      </w:r>
    </w:p>
    <w:p>
      <w:r>
        <w:br/>
        <w:t>Бо ж як подумаю, що я&lt;br /&gt;</w:t>
        <w:br/>
        <w:t>Є дивоглядна часточка буття,&lt;br /&gt;</w:t>
        <w:br/>
        <w:t>Уламок всесвіту, відданого на велетенські зміни,-&lt;br /&gt;</w:t>
        <w:br/>
        <w:t>То небо, землі, гори і гаї&lt;br /&gt;</w:t>
        <w:br/>
        <w:t>Стають ріднішими і ближчими мені,&lt;br /&gt;</w:t>
        <w:br/>
        <w:t>I я люблю себе в тім неживім створінні.</w:t>
      </w:r>
    </w:p>
    <w:p>
      <w:r>
        <w:br/>
        <w:t>Люблю себе, дивуюся собі&lt;br /&gt;</w:t>
        <w:br/>
        <w:t>У рухах молодих, що робить їх в життєвій боротьбі,&lt;br /&gt;</w:t>
        <w:br/>
        <w:t>Проходячи землею, кожен,-&lt;br /&gt;</w:t>
        <w:br/>
        <w:t>Бо маю я,&lt;br /&gt;</w:t>
        <w:br/>
        <w:t>Як кожен, хист, і волю, і чуття,-&lt;br /&gt;</w:t>
        <w:br/>
        <w:t>І все, що робить він, те й я зробить спроможен.</w:t>
      </w:r>
    </w:p>
    <w:p>
      <w:r>
        <w:br/>
        <w:t>Легенями вбираю я великих діл красу,&lt;br /&gt;</w:t>
        <w:br/>
        <w:t>I славу подвигів, що відусюди лине,&lt;br /&gt;</w:t>
        <w:br/>
        <w:t>І думку кожну, як свою, беру, несу,&lt;br /&gt;</w:t>
        <w:br/>
        <w:t>Бо сміливість відчув її в своїх глибинах.</w:t>
      </w:r>
    </w:p>
    <w:p>
      <w:r>
        <w:br/>
        <w:t>I от&lt;br /&gt;</w:t>
        <w:br/>
        <w:t>Я відчуваю,&lt;br /&gt;</w:t>
        <w:br/>
        <w:t>Що свій я у житті до всіх речей, істот,&lt;br /&gt;</w:t>
        <w:br/>
        <w:t>I в щедрості безкраїй&lt;br /&gt;</w:t>
        <w:br/>
        <w:t>Я віддаю себе, і все мене проймає.&lt;br /&gt;</w:t>
        <w:br/>
        <w:t>I що то — вада, зaслуга, чеснота, гріх,-&lt;br /&gt;</w:t>
        <w:br/>
        <w:t>Але та Гордість вчить мене і з мужністю терпіти,&lt;br /&gt;</w:t>
        <w:br/>
        <w:t>I, як потреба, вмерти гордовито,&lt;br /&gt;</w:t>
        <w:br/>
        <w:t>Щоб не принизить сил напружених своїх.</w:t>
      </w:r>
    </w:p>
    <w:p>
      <w:r>
        <w:br/>
        <w:t>Переклад Миколи Зерова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Гордість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