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</w:t>
      </w:r>
    </w:p>
    <w:p>
      <w:r>
        <w:br/>
        <w:t xml:space="preserve"> Ой застогнав голуб&lt;br /&gt;</w:t>
        <w:br/>
        <w:t>У темній дуброві&lt;br /&gt;</w:t>
        <w:br/>
        <w:t>На гольї сухенькій;&lt;br /&gt;</w:t>
        <w:br/>
        <w:t>Ой заплакав тяжко&lt;br /&gt;</w:t>
        <w:br/>
        <w:t>Гіркими сльозами&lt;br /&gt;</w:t>
        <w:br/>
        <w:t>Козак молоденький.&lt;br /&gt;</w:t>
        <w:br/>
        <w:t>Ой застогнав голуб&lt;br /&gt;</w:t>
        <w:br/>
        <w:t>У темній дуброві,&lt;br /&gt;</w:t>
        <w:br/>
        <w:t>Неначе в неволі;&lt;br /&gt;</w:t>
        <w:br/>
        <w:t>Ой плакав тяжко&lt;br /&gt;</w:t>
        <w:br/>
        <w:t>Козак молоденький&lt;br /&gt;</w:t>
        <w:br/>
        <w:t>По нещасній долі.&lt;br /&gt;</w:t>
        <w:br/>
        <w:t>Ой застогнав голуб&lt;br /&gt;</w:t>
        <w:br/>
        <w:t>Аж лунь застогнала&lt;br /&gt;</w:t>
        <w:br/>
        <w:t>У темній дуброві;&lt;br /&gt;</w:t>
        <w:br/>
        <w:t>Ой заплакав тяжко&lt;br /&gt;</w:t>
        <w:br/>
        <w:t>Козак молоденький&lt;br /&gt;</w:t>
        <w:br/>
        <w:t>Да ще й кучерявий.&lt;br /&gt;</w:t>
        <w:br/>
        <w:t>"Ой чого ж ти, голуб,&lt;br /&gt;</w:t>
        <w:br/>
        <w:t>Да так тяжко стогнеш?" —&lt;br /&gt;</w:t>
        <w:br/>
        <w:t>Козак попитався.&lt;br /&gt;</w:t>
        <w:br/>
        <w:t>"Того, козаченьку,&lt;br /&gt;</w:t>
        <w:br/>
        <w:t>Того, курчавенький,&lt;br /&gt;</w:t>
        <w:br/>
        <w:t>Що я спарувався.&lt;br /&gt;</w:t>
        <w:br/>
        <w:t>Да не пожив літа&lt;br /&gt;</w:t>
        <w:br/>
        <w:t>З сизою своєю —&lt;br /&gt;</w:t>
        <w:br/>
        <w:t>Яструби убили;&lt;br /&gt;</w:t>
        <w:br/>
        <w:t>І діток придбали&lt;br /&gt;</w:t>
        <w:br/>
        <w:t>Двойко малюсеньких —&lt;br /&gt;</w:t>
        <w:br/>
        <w:t>Згодовать не вспіли.&lt;br /&gt;</w:t>
        <w:br/>
        <w:t>Погинули й дітки&lt;br /&gt;</w:t>
        <w:br/>
        <w:t>За сизою скоро,&lt;br /&gt;</w:t>
        <w:br/>
        <w:t>Я стогнать остався —&lt;br /&gt;</w:t>
        <w:br/>
        <w:t>І воля не мила.&lt;br /&gt;</w:t>
        <w:br/>
        <w:t>Нема уже більше,&lt;br /&gt;</w:t>
        <w:br/>
        <w:t>Ким я утішався,&lt;br /&gt;</w:t>
        <w:br/>
        <w:t>Милої немає.&lt;br /&gt;</w:t>
        <w:br/>
        <w:t>Лунь зі мною стогне, —&lt;br /&gt;</w:t>
        <w:br/>
        <w:t>Се моя утіха&lt;br /&gt;</w:t>
        <w:br/>
        <w:t>У лютому горі,&lt;br /&gt;</w:t>
        <w:br/>
        <w:t>В нещасній годині,&lt;br /&gt;</w:t>
        <w:br/>
        <w:t>Стогне, хоч без лиха". —&lt;br /&gt;</w:t>
        <w:br/>
        <w:t>"Чого ж ти у лісі,&lt;br /&gt;</w:t>
        <w:br/>
        <w:t>Голубчику сизий?&lt;br /&gt;</w:t>
        <w:br/>
        <w:t>Ти б летів у поле,&lt;br /&gt;</w:t>
        <w:br/>
        <w:t>Ти тут один сидиш,&lt;br /&gt;</w:t>
        <w:br/>
        <w:t>Там би найшов стадо,&lt;br /&gt;</w:t>
        <w:br/>
        <w:t>Може б, прогнав горе". —&lt;br /&gt;</w:t>
        <w:br/>
        <w:t>"Що стадо поможе&lt;br /&gt;</w:t>
        <w:br/>
        <w:t>Мені, бідоласі?&lt;br /&gt;</w:t>
        <w:br/>
        <w:t>Там усі чужії.&lt;br /&gt;</w:t>
        <w:br/>
        <w:t>Одняли у мене&lt;br /&gt;</w:t>
        <w:br/>
        <w:t>Вірную і рідних&lt;br /&gt;</w:t>
        <w:br/>
        <w:t>Вороги лихії.&lt;br /&gt;</w:t>
        <w:br/>
        <w:t>Коли суха вітка,&lt;br /&gt;</w:t>
        <w:br/>
        <w:t>Котра підо мною,&lt;br /&gt;</w:t>
        <w:br/>
        <w:t>Знов зазеленіє,&lt;br /&gt;</w:t>
        <w:br/>
        <w:t>Тоді сиза буде&lt;br /&gt;</w:t>
        <w:br/>
        <w:t>З рідними до мене&lt;br /&gt;</w:t>
        <w:br/>
        <w:t>І серце зрадіє".&lt;br /&gt;</w:t>
        <w:br/>
        <w:t>Да й застогнав дуже,&lt;br /&gt;</w:t>
        <w:br/>
        <w:t>Ізплеснув крилами,&lt;br /&gt;</w:t>
        <w:br/>
        <w:t>Аж лист стрепенувся,&lt;br /&gt;</w:t>
        <w:br/>
        <w:t>Полетів по пущі,&lt;br /&gt;</w:t>
        <w:br/>
        <w:t>Більш на тую вітку&lt;br /&gt;</w:t>
        <w:br/>
        <w:t>Він і не вернувся.&lt;br /&gt;</w:t>
        <w:br/>
        <w:t>....................................................................................&lt;br /&gt;</w:t>
        <w:br/>
        <w:t>Тоді юнак сказав:&lt;br /&gt;</w:t>
        <w:br/>
        <w:t>"Треба забувати,&lt;br /&gt;</w:t>
        <w:br/>
        <w:t>Котру я кохаю;&lt;br /&gt;</w:t>
        <w:br/>
        <w:t>Бо й мені так буде,&lt;br /&gt;</w:t>
        <w:br/>
        <w:t>Що жінку із дітьми&lt;br /&gt;</w:t>
        <w:br/>
        <w:t>В місті поховаю.&lt;br /&gt;</w:t>
        <w:br/>
        <w:t>Бо я без худоби,&lt;br /&gt;</w:t>
        <w:br/>
        <w:t>Може, дітки будуть;&lt;br /&gt;</w:t>
        <w:br/>
        <w:t>Хто їх нагодує?"&lt;br /&gt;</w:t>
        <w:br/>
        <w:t>Козак той у світі,&lt;br /&gt;</w:t>
        <w:br/>
        <w:t>Як голуб в дуброві,&lt;br /&gt;</w:t>
        <w:br/>
        <w:t>Стогне да сумує!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