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Година граматики</w:t>
      </w:r>
    </w:p>
    <w:p>
      <w:r>
        <w:br/>
        <w:t xml:space="preserve"> &lt;p&gt;ГОДИНА ГРАМАТИКИ</w:t>
      </w:r>
    </w:p>
    <w:p>
      <w:r>
        <w:br/>
        <w:t>Декотрі панни з першого року учительської семінарії танцювали саме на коридорі школи вальса так завзято, мовби не знати, яка чудова музика пригравала їм, коли в ту хвилю з-за угла коридора вийшов професор з книжкою в руці. Панни пурхнули до класу, мов наполохані пташки, тільки порох звіявся за ними, щоби професор мав чимсь поживні шим дихати. У класі, де вже перед тим сперед дві години сиділо шістдесят дівчат, повітря було також прикре, повне пороху і задухи.</w:t>
      </w:r>
    </w:p>
    <w:p>
      <w:r>
        <w:br/>
        <w:t>— Відчиніть вікна! — крикнув професор, входячи в клас.— Тут можна задушитися! Чому не провітрили класи під час павзи?</w:t>
      </w:r>
    </w:p>
    <w:p>
      <w:r>
        <w:br/>
        <w:t>— Бо протяг, двері відчиняють! — відповіли декотрі.</w:t>
      </w:r>
    </w:p>
    <w:p>
      <w:r>
        <w:br/>
        <w:t>Шкода було сперечатися; молоді, переважно шістнадцятилітні дівчата чулися у сім повітрі добре; їх вік перемагав усе. А що професор не міг дихати, що се їх обходило? Та й він по хвилі не чув уже сеї задухи, станувши коло відчиненого вікна, крізь котре входило свіже повітря літнього ранку.</w:t>
      </w:r>
    </w:p>
    <w:p>
      <w:r>
        <w:br/>
        <w:t>— Я заповів вам, що сьогодні повторяємо граматику,— почав професор.— Буду питати.</w:t>
      </w:r>
    </w:p>
    <w:p>
      <w:r>
        <w:br/>
        <w:t>Дівчата притихли. Вони граматики не люблять і до самої смерті не знають, де класти протинку. Се вже їм так бог дав. Але професор мав спосіб, випробуваний попередніми роками, яким вдавалося йому часом оживити і найскучніше перепитування граматики. В першім році він зважився тепер ужити сього способу.</w:t>
      </w:r>
    </w:p>
    <w:p>
      <w:r>
        <w:br/>
        <w:t>— Панно Юрківська, скажіть мені, котре мужеське ім'я подобається вам— найбільше? — викликав професор навгад першу з краю лавки, що сиділа найближче нього.</w:t>
      </w:r>
    </w:p>
    <w:p>
      <w:r>
        <w:br/>
        <w:t>— Михась! Михась! — відповіли за Юрківську декотрі сусідки, цікаво усміхаючись.</w:t>
      </w:r>
    </w:p>
    <w:p>
      <w:r>
        <w:br/>
        <w:t>— Добре, нехай буде Михась! — сказав професор ніби поважно, хоч зрозумів зараз, у чім діло.</w:t>
      </w:r>
    </w:p>
    <w:p>
      <w:r>
        <w:br/>
        <w:t>— Я не хочу се слово відміняти,— відповіла Юрківська рішуче, почервонівшись.</w:t>
      </w:r>
    </w:p>
    <w:p>
      <w:r>
        <w:br/>
        <w:t>Вона, що звичайно хвилинки не посиділа тихо, була сьогодні чогось пригноблена. Годі було її питатися, чому Михась їй не до вподоби, отже, професор казав панні Юлії Ми-хальчук відміняти се слово.</w:t>
      </w:r>
    </w:p>
    <w:p>
      <w:r>
        <w:br/>
        <w:t>— Михась належить до другої мужеської підвідміни.</w:t>
      </w:r>
    </w:p>
    <w:p>
      <w:r>
        <w:br/>
        <w:t>— Добре! Додайте ще до того слова який прикметник.</w:t>
      </w:r>
    </w:p>
    <w:p>
      <w:r>
        <w:br/>
        <w:t>— Дорогий...</w:t>
      </w:r>
    </w:p>
    <w:p>
      <w:r>
        <w:br/>
        <w:t>— Нехай буде! Отже, відміняйте!</w:t>
      </w:r>
    </w:p>
    <w:p>
      <w:r>
        <w:br/>
        <w:t>— Дорогий Михась, дорогого Михася...</w:t>
      </w:r>
    </w:p>
    <w:p>
      <w:r>
        <w:br/>
        <w:t>Відміняє панна Юлія того Михася, мов оріхи гризе. Професор глипнув на Юрківську: вона сперла свою гарну, русяву головку на оба кулаки, мовчить, дивиться на стіну. "Щось є!" — думає собі професор, але що таке, і в гадку йому не приходить. Каже відміняти слово: прогулька. Панна Сосновська, як правдива буковинка, каже другий відмінок множини: прогульків замість прогульок. Професор сердиться і вже в соте повторяє, що не кажеться горів, тільки г і р, прогульок, а не прогульків, і за тим пересердям зовсім забуває на Юрківську.</w:t>
      </w:r>
    </w:p>
    <w:p>
      <w:r>
        <w:br/>
        <w:t>— Отже, від коломийки другий відмінок множини.</w:t>
      </w:r>
    </w:p>
    <w:p>
      <w:r>
        <w:br/>
        <w:t>— Коломийок.</w:t>
      </w:r>
    </w:p>
    <w:p>
      <w:r>
        <w:br/>
        <w:t>— Ну, слава богу, що не коломийків. А тепер ви, панно Зосю, скажіть мені, ви знаєте танцювати?</w:t>
      </w:r>
    </w:p>
    <w:p>
      <w:r>
        <w:br/>
        <w:t>— Знаю, сього року вчилася.</w:t>
      </w:r>
    </w:p>
    <w:p>
      <w:r>
        <w:br/>
        <w:t>— Отже, куди се слово належить?</w:t>
      </w:r>
    </w:p>
    <w:p>
      <w:r>
        <w:br/>
        <w:t>— До другої відміни дієслів.</w:t>
      </w:r>
    </w:p>
    <w:p>
      <w:r>
        <w:br/>
        <w:t>— До першої, до першої! — відповіли довгоязикі сусідки.</w:t>
      </w:r>
    </w:p>
    <w:p>
      <w:r>
        <w:br/>
        <w:t>— До першої! — сказала і Зося.</w:t>
      </w:r>
    </w:p>
    <w:p>
      <w:r>
        <w:br/>
        <w:t>— Отже, бачите, що не знаєте "танцювати". Ну, відміняйте! Час теперішній?</w:t>
      </w:r>
    </w:p>
    <w:p>
      <w:r>
        <w:br/>
        <w:t>— Танцюю, танцюєш...</w:t>
      </w:r>
    </w:p>
    <w:p>
      <w:r>
        <w:br/>
        <w:t>— Час минувший доконаний?</w:t>
      </w:r>
    </w:p>
    <w:p>
      <w:r>
        <w:br/>
        <w:t>— Буду танцювати.</w:t>
      </w:r>
    </w:p>
    <w:p>
      <w:r>
        <w:br/>
        <w:t>— Але ж, панно Зосю! Час минувший доконаний! Панна Зося таки не знала танцювати і справа скінчена.</w:t>
      </w:r>
    </w:p>
    <w:p>
      <w:r>
        <w:br/>
        <w:t>— По коридорі порохи збивати танцями, то знаєте, але відміняти слово "танцюю" — то вам не в голові. Адже, що легше навчитися?</w:t>
      </w:r>
    </w:p>
    <w:p>
      <w:r>
        <w:br/>
        <w:t>— Танцювати при музиці! — відповіли гуртом учениці.</w:t>
      </w:r>
    </w:p>
    <w:p>
      <w:r>
        <w:br/>
        <w:t>— Ну, певно, та ще з Михасем, або з Влодком, або з Василем. Але з чого будете хліб їсти?</w:t>
      </w:r>
    </w:p>
    <w:p>
      <w:r>
        <w:br/>
        <w:t>Професор перейшовся по класі. Глянув на Юрківську: вона була зовсім прибита; в очі сміло, як звичайно, не дивилася, професор не займав її.</w:t>
      </w:r>
    </w:p>
    <w:p>
      <w:r>
        <w:br/>
        <w:t>— Візьмім тепер слово "люблю". Як ліпше казати: чи любю, так як у нас, чи люблю? Панно Загірна.</w:t>
      </w:r>
    </w:p>
    <w:p>
      <w:r>
        <w:br/>
        <w:t>— Люблю.</w:t>
      </w:r>
    </w:p>
    <w:p>
      <w:r>
        <w:br/>
        <w:t>— Що се є, тото вставлене л?</w:t>
      </w:r>
    </w:p>
    <w:p>
      <w:r>
        <w:br/>
        <w:t>— М'ягчення губних: п, б, ф, м, в; наприклад, куплю, люблю, трафлю, ломлю, ловлю.</w:t>
      </w:r>
    </w:p>
    <w:p>
      <w:r>
        <w:br/>
        <w:t>— Дуже добре. Ано, панно Юрківська, відміняйте ви се слово: люблю. Коли вже Михася не хотіли, то, може, се слово вам миліше. Час минувший?</w:t>
      </w:r>
    </w:p>
    <w:p>
      <w:r>
        <w:br/>
        <w:t>— Я любила...</w:t>
      </w:r>
    </w:p>
    <w:p>
      <w:r>
        <w:br/>
        <w:t>— А для мужеського роду?</w:t>
      </w:r>
    </w:p>
    <w:p>
      <w:r>
        <w:br/>
        <w:t>— Я любив, ти любив, він любив.</w:t>
      </w:r>
    </w:p>
    <w:p>
      <w:r>
        <w:br/>
        <w:t>— А час будучий?</w:t>
      </w:r>
    </w:p>
    <w:p>
      <w:r>
        <w:br/>
        <w:t>— Буду любити, будеш любити...</w:t>
      </w:r>
    </w:p>
    <w:p>
      <w:r>
        <w:br/>
        <w:t>Панна Юрківська відміняла, здавалося, спокійно. Дівчата усміхалися.</w:t>
      </w:r>
    </w:p>
    <w:p>
      <w:r>
        <w:br/>
        <w:t>— Ну, та не маєте чого сміятися,— говорив професор.— Слово преці цілком невинне, наприклад: я любила штру-дель з кремом, а тепер люблю оловці і цитрину...</w:t>
      </w:r>
    </w:p>
    <w:p>
      <w:r>
        <w:br/>
        <w:t>Учениці засміялися, лише Юрківська ні. Але не минула і хвилина, як вона схопилася з лавки і з хусткою при очах вибігла з класу. Коло дверей уже не втерпіла і заплакала.</w:t>
      </w:r>
    </w:p>
    <w:p>
      <w:r>
        <w:br/>
        <w:t>— Що сталося? — здивувався професор, не сподіваючись такого звороту справи.</w:t>
      </w:r>
    </w:p>
    <w:p>
      <w:r>
        <w:br/>
        <w:t>Товаришки Юрківської тепер притихли, не хотіли видати її. Професор не допитувався, тільки пригадав собі слова: Михась, прогулька, коломийка, я любила...</w:t>
      </w:r>
    </w:p>
    <w:p>
      <w:r>
        <w:br/>
        <w:t>— Чи, може, я тому винен, що вона плаче? — спитався професор у дівчат, мовби оправдувався.</w:t>
      </w:r>
    </w:p>
    <w:p>
      <w:r>
        <w:br/>
        <w:t>— Ні,— відповіли вони однодушно.</w:t>
      </w:r>
    </w:p>
    <w:p>
      <w:r>
        <w:br/>
        <w:t>— А хто ж?</w:t>
      </w:r>
    </w:p>
    <w:p>
      <w:r>
        <w:br/>
        <w:t>— Михась! — вихопилася одна, але сусідка зараз сіпнула її за рукав.</w:t>
      </w:r>
    </w:p>
    <w:p>
      <w:r>
        <w:br/>
        <w:t>— Дай спокій!</w:t>
      </w:r>
    </w:p>
    <w:p>
      <w:r>
        <w:br/>
        <w:t>Професор не питав уже дальше граматики. Його спосіб випитування сього дня не дописав, хоч скучна граматика ось як зворушила одно серце... Панна Юрківська переживала, очевидно, якесь перше розчарування...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Година граматики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