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Глек</w:t>
      </w:r>
    </w:p>
    <w:p>
      <w:r>
        <w:br/>
        <w:t xml:space="preserve"> Присвячено Грацькові Основ'яненкові</w:t>
      </w:r>
    </w:p>
    <w:p>
      <w:r>
        <w:br/>
        <w:t>Йшов Глек Петро уже пізненько добою&lt;br /&gt;</w:t>
        <w:br/>
        <w:t>Від панотця та й так балакав сам з собою:&lt;br /&gt;</w:t>
        <w:br/>
        <w:t>"Ні, ні, панотче, ні! Щоб помилився&lt;br /&gt;</w:t>
        <w:br/>
        <w:t>Та не в своїй я хаті опинився...&lt;br /&gt;</w:t>
        <w:br/>
        <w:t>Ні, ні, сього не буде вже зо мною!..&lt;br /&gt;</w:t>
        <w:br/>
        <w:t>Доба, бач, пізня... Та й сею добою, —&lt;br /&gt;</w:t>
        <w:br/>
        <w:t>Хоч трохи, бач, і випив, сількость! — дочвалаю&lt;br /&gt;</w:t>
        <w:br/>
        <w:t>Таки до хати... Вже і мріє із-за гаю!&lt;br /&gt;</w:t>
        <w:br/>
        <w:t>Ось божії на небі зірочки,&lt;br /&gt;</w:t>
        <w:br/>
        <w:t>Мов на великдень в церкві свічечки,&lt;br /&gt;</w:t>
        <w:br/>
        <w:t>Дна на другою блись та блись,&lt;br /&gt;</w:t>
        <w:br/>
        <w:t>А далі всі і зайнялись!..&lt;br /&gt;</w:t>
        <w:br/>
        <w:t>А онде й молодик! Здоров був, молодче!&lt;br /&gt;</w:t>
        <w:br/>
        <w:t>Еге, чи він то чує, як його хто кличе?&lt;br /&gt;</w:t>
        <w:br/>
        <w:t>Заліз собі за хмару та й куня! —&lt;br /&gt;</w:t>
        <w:br/>
        <w:t>Та де се я? Отсе іще пеня!&lt;br /&gt;</w:t>
        <w:br/>
        <w:t>Он там щось бовваніє, мов стіжки...&lt;br /&gt;</w:t>
        <w:br/>
        <w:t>Так не стіжки... е, бачу, могилки!&lt;br /&gt;</w:t>
        <w:br/>
        <w:t>Се гробовище, бачу! Одне мріє&lt;br /&gt;</w:t>
        <w:br/>
        <w:t>Й зелений хрест — старий там сотник тліє!&lt;br /&gt;</w:t>
        <w:br/>
        <w:t>Та що то був з його колись за чоловік!&lt;br /&gt;</w:t>
        <w:br/>
        <w:t>І довго жив: такий дай, боже, й довгий вік!&lt;br /&gt;</w:t>
        <w:br/>
        <w:t>В неділю, в свято спозаранку&lt;br /&gt;</w:t>
        <w:br/>
        <w:t>Отсе ворота і оддзяпить:&lt;br /&gt;</w:t>
        <w:br/>
        <w:t>Іди, іди, хто тільки втрапить, —&lt;br /&gt;</w:t>
        <w:br/>
        <w:t>Є всякому горілочки чарка.&lt;br /&gt;</w:t>
        <w:br/>
        <w:t>Й усе! Е, вже таких, мабуть, нема на світі!&lt;br /&gt;</w:t>
        <w:br/>
        <w:t>Хоч так-таки перебери в усім повіті,&lt;br /&gt;</w:t>
        <w:br/>
        <w:t>Хоч з свічкою шукай, нема-таки, нема!&lt;br /&gt;</w:t>
        <w:br/>
        <w:t>А вже ума того було в нього, ума!..</w:t>
      </w:r>
    </w:p>
    <w:p>
      <w:r>
        <w:br/>
        <w:t>А осьдечки й Семен Патика,&lt;br /&gt;</w:t>
        <w:br/>
        <w:t>Хоч голова була й велика,&lt;br /&gt;</w:t>
        <w:br/>
        <w:t>Та розуму вділив господь їй трохи:&lt;br /&gt;</w:t>
        <w:br/>
        <w:t>Все жінки, було, слуха він, Явдохи!&lt;br /&gt;</w:t>
        <w:br/>
        <w:t>Чи до людей піти, чи жито жати,&lt;br /&gt;</w:t>
        <w:br/>
        <w:t>Чи то другая деяка робота —&lt;br /&gt;</w:t>
        <w:br/>
        <w:t>Усім Явдоха вже розпоряджає!&lt;br /&gt;</w:t>
        <w:br/>
        <w:t>Ну, так що вже не вийде, було, з хати,&lt;br /&gt;</w:t>
        <w:br/>
        <w:t>Не тільки щоб без жінки за ворота:&lt;br /&gt;</w:t>
        <w:br/>
        <w:t>Воно б то й чудно, а в людей буває!</w:t>
      </w:r>
    </w:p>
    <w:p>
      <w:r>
        <w:br/>
        <w:t>Е! не такий був Опанас Куліш:&lt;br /&gt;</w:t>
        <w:br/>
        <w:t>То, бачиться, лежить він в ліву руку...&lt;br /&gt;</w:t>
        <w:br/>
        <w:t>Голінний вдався на усяку штуку;&lt;br /&gt;</w:t>
        <w:br/>
        <w:t>Чи віз, чи колесо, чи то леміш&lt;br /&gt;</w:t>
        <w:br/>
        <w:t>Полагодить тобі або сокиру, —&lt;br /&gt;</w:t>
        <w:br/>
        <w:t>До його йди: він вже такий... хоч що утне!&lt;br /&gt;</w:t>
        <w:br/>
        <w:t>З біди не раз визволював він і мене,&lt;br /&gt;</w:t>
        <w:br/>
        <w:t>Та йшли до його із усього миру!&lt;br /&gt;</w:t>
        <w:br/>
        <w:t>А його жінка ще к тому й знахарювала,&lt;br /&gt;</w:t>
        <w:br/>
        <w:t>Та таки-так, що декому і помагала.</w:t>
      </w:r>
    </w:p>
    <w:p>
      <w:r>
        <w:br/>
        <w:t>Побіля його і Юхим Стонога:&lt;br /&gt;</w:t>
        <w:br/>
        <w:t>Так нізавіщо згинув він, небога!&lt;br /&gt;</w:t>
        <w:br/>
        <w:t>Була худібонька, і люди поважали;&lt;br /&gt;</w:t>
        <w:br/>
        <w:t>А як на старість поховав він зятя&lt;br /&gt;</w:t>
        <w:br/>
        <w:t>Й дочку, так таки те, що від печалі,&lt;br /&gt;</w:t>
        <w:br/>
        <w:t>Та й так — від чого, хто його вже знає, —&lt;br /&gt;</w:t>
        <w:br/>
        <w:t>Щодня, сердега, він в шинок, було, чвалає...&lt;br /&gt;</w:t>
        <w:br/>
        <w:t>Не те щоб сам він пив — він і людців частує —&lt;br /&gt;</w:t>
        <w:br/>
        <w:t>Так, бач, було, вже дуже часто чимчикує!&lt;br /&gt;</w:t>
        <w:br/>
        <w:t>А далі нінавіщо звівся...&lt;br /&gt;</w:t>
        <w:br/>
        <w:t>Зимою якось запізнився&lt;br /&gt;</w:t>
        <w:br/>
        <w:t>(Та і лиха ж була година!) —&lt;br /&gt;</w:t>
        <w:br/>
        <w:t>Закляк, сердега, в хуртовині...</w:t>
      </w:r>
    </w:p>
    <w:p>
      <w:r>
        <w:br/>
        <w:t>Он там, біля верби, Олекса Шпичка:&lt;br /&gt;</w:t>
        <w:br/>
        <w:t>Русявий чоловік, а хата невеличка,&lt;br /&gt;</w:t>
        <w:br/>
        <w:t>І по сусідству жив — кумедний чоловік!&lt;br /&gt;</w:t>
        <w:br/>
        <w:t>Ну так, що в вигадках пройшов його ввесь вік...&lt;br /&gt;</w:t>
        <w:br/>
        <w:t>І видумав він на своїм віку чимало,&lt;br /&gt;</w:t>
        <w:br/>
        <w:t>Та все за ним собі в могилу почвалало!&lt;br /&gt;</w:t>
        <w:br/>
        <w:t>Отсе, було, сидить він в мене або в кума, —&lt;br /&gt;</w:t>
        <w:br/>
        <w:t>Всі торохтять, а він тихесенько... все дума!&lt;br /&gt;</w:t>
        <w:br/>
        <w:t>А там, гляди! по-своєму млин і змайструє,&lt;br /&gt;</w:t>
        <w:br/>
        <w:t>"Та се не млин!" — з розумних дехто, було, скаже.&lt;br /&gt;</w:t>
        <w:br/>
        <w:t>"Ні, ні..." — москаль народові, було, толкує.&lt;br /&gt;</w:t>
        <w:br/>
        <w:t>А млин тобі, як дьогтем він його підмаже,&lt;br /&gt;</w:t>
        <w:br/>
        <w:t>Як піде, було, драть — і вітру мов немає.&lt;br /&gt;</w:t>
        <w:br/>
        <w:t>Дере він, крилами, як той орел, махає!&lt;br /&gt;</w:t>
        <w:br/>
        <w:t>Отсе майстри: "Навчи, будь ласкав!" — та з поклоном!&lt;br /&gt;</w:t>
        <w:br/>
        <w:t>А він: "От бозна-що! Хіба воно так трудно?&lt;br /&gt;</w:t>
        <w:br/>
        <w:t>Подумай лишень сам! Хіба подумать нудно?&lt;br /&gt;</w:t>
        <w:br/>
        <w:t>А вже навчить не вмію! Бий хоч макогоном!"&lt;br /&gt;</w:t>
        <w:br/>
        <w:t>Не тільки те, й узла по-нашому не зв'яже,&lt;br /&gt;</w:t>
        <w:br/>
        <w:t>А все по-своєму: "На те і розум! — було каже. —&lt;br /&gt;</w:t>
        <w:br/>
        <w:t>Тче і павук таку, як батько, павутину!"&lt;br /&gt;</w:t>
        <w:br/>
        <w:t>Таківський був! Отже, пішов у домовину...</w:t>
      </w:r>
    </w:p>
    <w:p>
      <w:r>
        <w:br/>
        <w:t>В отсім кутку Лящі; їх на селі&lt;br /&gt;</w:t>
        <w:br/>
        <w:t>Було не трохи; отже, всі в землі!&lt;br /&gt;</w:t>
        <w:br/>
        <w:t>Один із них... Павло... так той аж в монастир&lt;br /&gt;</w:t>
        <w:br/>
        <w:t>Пішов, до Києва, та й у ченці постригся:&lt;br /&gt;</w:t>
        <w:br/>
        <w:t>Спасенний чоловік!.. Вже, може, й присвятився...&lt;br /&gt;</w:t>
        <w:br/>
        <w:t>Як зійдуться, було, та як почне Псалтир —&lt;br /&gt;</w:t>
        <w:br/>
        <w:t>Е, вже письмо, покійник, знав він дуже!&lt;br /&gt;</w:t>
        <w:br/>
        <w:t>Воно хто його зна, що він таке читає,&lt;br /&gt;</w:t>
        <w:br/>
        <w:t>Так сльози котяться, й мороз всього проймає...&lt;br /&gt;</w:t>
        <w:br/>
        <w:t>А він собі чита, йому й байдуже!&lt;br /&gt;</w:t>
        <w:br/>
        <w:t>Як в Київ раз пішло наших з села чимало,&lt;br /&gt;</w:t>
        <w:br/>
        <w:t>З ним бачився наш Федір Покотило.&lt;br /&gt;</w:t>
        <w:br/>
        <w:t>"Не те, — казав, — вже і в ченцях, як то бувало!"&lt;br /&gt;</w:t>
        <w:br/>
        <w:t>Урем'я б то усе переробило!..</w:t>
      </w:r>
    </w:p>
    <w:p>
      <w:r>
        <w:br/>
        <w:t>Всі полягли! Садки, ставки, і хати,&lt;br /&gt;</w:t>
        <w:br/>
        <w:t>Й діток покинули, хто був жонатий! —&lt;br /&gt;</w:t>
        <w:br/>
        <w:t>Тут матінка моя й покійний батько:&lt;br /&gt;</w:t>
        <w:br/>
        <w:t>Од них малим зостався я, й мене&lt;br /&gt;</w:t>
        <w:br/>
        <w:t>Прийняв Михайло Квач, покійний дядько:&lt;br /&gt;</w:t>
        <w:br/>
        <w:t>Його за те бог в царстві спом'яне!&lt;br /&gt;</w:t>
        <w:br/>
        <w:t>Е, вже таких нема, вже вивелись між нами!&lt;br /&gt;</w:t>
        <w:br/>
        <w:t>Він з Запорожжя був, та як, було, почне&lt;br /&gt;</w:t>
        <w:br/>
        <w:t>Про старину... Вже вивелись такі між нами...&lt;br /&gt;</w:t>
        <w:br/>
        <w:t>Він взяв мене, довів до розуму, женив...&lt;br /&gt;</w:t>
        <w:br/>
        <w:t>Бог дав, було, й діток, та в світ пустив&lt;br /&gt;</w:t>
        <w:br/>
        <w:t>Ненадовго... І жінку розлучив зо мною...&lt;br /&gt;</w:t>
        <w:br/>
        <w:t>Уп'ять я на світі зостався сиротою..."</w:t>
      </w:r>
    </w:p>
    <w:p>
      <w:r>
        <w:br/>
        <w:t>Так Глек старий балакав дуже, далі тихше,&lt;br /&gt;</w:t>
        <w:br/>
        <w:t>А там замовк, схилився на могилу...&lt;br /&gt;</w:t>
        <w:br/>
        <w:t>До церкви вранці йшли — до його, він не дише:&lt;br /&gt;</w:t>
        <w:br/>
        <w:t>Взяли та й положили в домовину.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Глек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