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Гітара</w:t>
      </w:r>
    </w:p>
    <w:p>
      <w:r>
        <w:br/>
        <w:t xml:space="preserve"> ФЕДЕРІКО ГАРСІЯ ЛОРКА</w:t>
      </w:r>
    </w:p>
    <w:p>
      <w:r>
        <w:br/>
        <w:t>ГІТАРА</w:t>
      </w:r>
    </w:p>
    <w:p>
      <w:r>
        <w:br/>
        <w:t>Починається&lt;br /&gt;</w:t>
        <w:br/>
        <w:t>плач гітари,&lt;br /&gt;</w:t>
        <w:br/>
        <w:t>розбиваються&lt;br /&gt;</w:t>
        <w:br/>
        <w:t>дзбани ранку.&lt;br /&gt;</w:t>
        <w:br/>
        <w:t>Починається&lt;br /&gt;</w:t>
        <w:br/>
        <w:t>плач гітари.&lt;br /&gt;</w:t>
        <w:br/>
        <w:t>Гамувати її —&lt;br /&gt;</w:t>
        <w:br/>
        <w:t>не варто.&lt;br /&gt;</w:t>
        <w:br/>
        <w:t>Не вгамуєш її —&lt;br /&gt;</w:t>
        <w:br/>
        <w:t>намарне.&lt;br /&gt;</w:t>
        <w:br/>
        <w:t>Монотонно,&lt;br /&gt;</w:t>
        <w:br/>
        <w:t>ніби хвиля, плаче гітара,&lt;br /&gt;</w:t>
        <w:br/>
        <w:t>ніби вітер над снігопадом,&lt;br /&gt;</w:t>
        <w:br/>
        <w:t>плаче гітара,&lt;br /&gt;</w:t>
        <w:br/>
        <w:t>не вгамуєш її —&lt;br /&gt;</w:t>
        <w:br/>
        <w:t>намарне.&lt;br /&gt;</w:t>
        <w:br/>
        <w:t>Так плаче за даллю марев&lt;br /&gt;</w:t>
        <w:br/>
        <w:t>півдня пісок гарячий —&lt;br /&gt;</w:t>
        <w:br/>
        <w:t>камелій благає білих.&lt;br /&gt;</w:t>
        <w:br/>
        <w:t>Так плаче стріла без цілі,&lt;br /&gt;</w:t>
        <w:br/>
        <w:t>так вечір без ранку плаче.</w:t>
      </w:r>
    </w:p>
    <w:p>
      <w:r>
        <w:br/>
        <w:t>На голім вітті вмирає&lt;br /&gt;</w:t>
        <w:br/>
        <w:t>вранішня перша птаха.&lt;br /&gt;</w:t>
        <w:br/>
        <w:t>О гітара,&lt;br /&gt;</w:t>
        <w:br/>
        <w:t>конає серце,&lt;br /&gt;</w:t>
        <w:br/>
        <w:t>на п’яти розіп’яте шпагах!</w:t>
      </w:r>
    </w:p>
    <w:p>
      <w:r>
        <w:br/>
        <w:t>(Переклад В. Стуса)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Гітара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