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Гіперіон</w:t>
      </w:r>
    </w:p>
    <w:p>
      <w:r>
        <w:br/>
        <w:t xml:space="preserve"> Гіперіон</w:t>
      </w:r>
    </w:p>
    <w:p>
      <w:r>
        <w:br/>
        <w:t>III</w:t>
      </w:r>
    </w:p>
    <w:p>
      <w:r>
        <w:br/>
        <w:t>Це чергування бешкету й знемоги&lt;br /&gt;</w:t>
        <w:br/>
        <w:t>До краю спантеличило Титанів.&lt;br /&gt;</w:t>
        <w:br/>
        <w:t>Облиш їх, Музо! Хай вони горюють!&lt;br /&gt;</w:t>
        <w:br/>
        <w:t>Ні, не для тебе ці страшні події,&lt;br /&gt;</w:t>
        <w:br/>
        <w:t>Ти надто квола: більше б до лиця&lt;br /&gt;</w:t>
        <w:br/>
        <w:t>Тобі співати про самотній смуток.&lt;br /&gt;</w:t>
        <w:br/>
        <w:t>Облиш їх, Музо! Глянь навколо — скільки&lt;br /&gt;</w:t>
        <w:br/>
        <w:t>Старих богів повержених даремно&lt;br /&gt;</w:t>
        <w:br/>
        <w:t>Бентежними блукає берегами!&lt;br /&gt;</w:t>
        <w:br/>
        <w:t>Торкнися трепетно дельфійських струн —&lt;br /&gt;</w:t>
        <w:br/>
        <w:t>I щебетом дорійської сопілки&lt;br /&gt;</w:t>
        <w:br/>
        <w:t>Усі вітри небес тобі озвуться.&lt;br /&gt;</w:t>
        <w:br/>
        <w:t>Бо це ж для батька всіх у світі віршів&lt;br /&gt;</w:t>
        <w:br/>
        <w:t>Усе черлене квітне. Хай троянда&lt;br /&gt;</w:t>
        <w:br/>
        <w:t>Рясніш палає, теплячи повітря;&lt;br /&gt;</w:t>
        <w:br/>
        <w:t>Хай надвечірні й вранішні хмарки&lt;br /&gt;</w:t>
        <w:br/>
        <w:t>Над пагорбами руняться заласно;&lt;br /&gt;</w:t>
        <w:br/>
        <w:t>Хай б'є джерельно-холодно в бокалі&lt;br /&gt;</w:t>
        <w:br/>
        <w:t>Вино червоне; в'ялогубим мушлям&lt;br /&gt;</w:t>
        <w:br/>
        <w:t>I на піску, і в темній глибині&lt;br /&gt;</w:t>
        <w:br/>
        <w:t>Всі прожилки хай багряніють; раптом&lt;br /&gt;</w:t>
        <w:br/>
        <w:t>Хай зашаріється дівча, немовби&lt;br /&gt;</w:t>
        <w:br/>
        <w:t>Від несподіваного поцілунку.&lt;br /&gt;</w:t>
        <w:br/>
        <w:t>Радій, о Делосе, найголовніша&lt;br /&gt;</w:t>
        <w:br/>
        <w:t>Окрасо затишних Кіклад, зелені&lt;br /&gt;</w:t>
        <w:br/>
        <w:t>Оливки, явори, тінисті пальми,&lt;br /&gt;</w:t>
        <w:br/>
        <w:t>Найбільш ошумлені зефіром буки,&lt;br /&gt;</w:t>
        <w:br/>
        <w:t>Ліщинові темно-стеблисті хащі!&lt;br /&gt;</w:t>
        <w:br/>
        <w:t>Знов золотий нам сяє Аполлон!</w:t>
      </w:r>
    </w:p>
    <w:p>
      <w:r>
        <w:br/>
        <w:t>А де ж він був, як сонячний Гігант&lt;br /&gt;</w:t>
        <w:br/>
        <w:t>Палав серед журби собі подібних?&lt;br /&gt;</w:t>
        <w:br/>
        <w:t>Лишивши матір і сестру-близницю,&lt;br /&gt;</w:t>
        <w:br/>
        <w:t>Що спали в затишку, він до світання&lt;br /&gt;</w:t>
        <w:br/>
        <w:t>У мандри вирушив: над шелюгою&lt;br /&gt;</w:t>
        <w:br/>
        <w:t>Струмка виткого йшов по кісточки&lt;br /&gt;</w:t>
        <w:br/>
        <w:t>У ліліях долини. Соловей&lt;br /&gt;</w:t>
        <w:br/>
        <w:t>Змовк, угорі останні зорі гасли,&lt;br /&gt;</w:t>
        <w:br/>
        <w:t>I дрізд розпочинав спокійну пісню.&lt;br /&gt;</w:t>
        <w:br/>
        <w:t>Усі печери, всі кутки, весь острів&lt;br /&gt;</w:t>
        <w:br/>
        <w:t>Сповняв невгавний гомін хвиль, що глухнув&lt;br /&gt;</w:t>
        <w:br/>
        <w:t>Хіба в зелених застумах дібров.</w:t>
      </w:r>
    </w:p>
    <w:p>
      <w:r>
        <w:br/>
        <w:t>Прислухався, заплакав — і прозорі&lt;br /&gt;</w:t>
        <w:br/>
        <w:t>По золотому луку бігли сльози.&lt;br /&gt;</w:t>
        <w:br/>
        <w:t>Так він стояв, примкнувши повні очі.&lt;br /&gt;</w:t>
        <w:br/>
        <w:t>Тим часом із-за віт, що висли поряд,&lt;br /&gt;</w:t>
        <w:br/>
        <w:t>Виходила врочистою ходою&lt;br /&gt;</w:t>
        <w:br/>
        <w:t>Страшна богиня. Прагнучи її&lt;br /&gt;</w:t>
        <w:br/>
        <w:t>Значущий погляд розгадати, він&lt;br /&gt;</w:t>
        <w:br/>
        <w:t>В замішанні озвався мелодійно:&lt;br /&gt;</w:t>
        <w:br/>
        <w:t>"Як ти пройшла над морем, де ніхто&lt;br /&gt;</w:t>
        <w:br/>
        <w:t>Ще не ходив? Чи до цієї миті&lt;br /&gt;</w:t>
        <w:br/>
        <w:t>Твоя ошатна старовічна постать&lt;br /&gt;</w:t>
        <w:br/>
        <w:t>Навколо мене рухалась незримо?&lt;br /&gt;</w:t>
        <w:br/>
        <w:t>А певно, чув я, сидячи у хащі,&lt;br /&gt;</w:t>
        <w:br/>
        <w:t>Як волоклися мантії омети&lt;br /&gt;</w:t>
        <w:br/>
        <w:t>По жовклім листі. Певне, помічав,&lt;br /&gt;</w:t>
        <w:br/>
        <w:t>Як шелестіли коло мене поли&lt;br /&gt;</w:t>
        <w:br/>
        <w:t>На тихих галявах, як підіймались&lt;br /&gt;</w:t>
        <w:br/>
        <w:t>Услід за шепотом голівки квітів.&lt;br /&gt;</w:t>
        <w:br/>
        <w:t>Богине! Я дивився вже в ці очі,&lt;br /&gt;</w:t>
        <w:br/>
        <w:t>У їх одвічний спокій, в це обличчя,&lt;br /&gt;</w:t>
        <w:br/>
        <w:t>Або ж я спав".&lt;br /&gt;</w:t>
        <w:br/>
        <w:t>"Так,— мовила висока,—&lt;br /&gt;</w:t>
        <w:br/>
        <w:t>Ти снив про мене. А коли прокинувсь,&lt;br /&gt;</w:t>
        <w:br/>
        <w:t>Побачив близько щирозлотну ліру.&lt;br /&gt;</w:t>
        <w:br/>
        <w:t>Ти доторкнувся струн — і все безмірне&lt;br /&gt;</w:t>
        <w:br/>
        <w:t>Невтомне вухо всесвіту, в якому&lt;br /&gt;</w:t>
        <w:br/>
        <w:t>Із мукою мішалась насолода,&lt;br /&gt;</w:t>
        <w:br/>
        <w:t>Вслухалося в народження тієї&lt;br /&gt;</w:t>
        <w:br/>
        <w:t>Чудової гармонії. Це дивно,&lt;br /&gt;</w:t>
        <w:br/>
        <w:t>Що ти, такий талановитий, плачеш!&lt;br /&gt;</w:t>
        <w:br/>
        <w:t>За чим ти тужиш? Розкажи, юначе!&lt;br /&gt;</w:t>
        <w:br/>
        <w:t>Ти так смутиш мене плачем! Відкрийся&lt;br /&gt;</w:t>
        <w:br/>
        <w:t>Перед тією, що твій сон колись&lt;br /&gt;</w:t>
        <w:br/>
        <w:t>Покоїла на острові відлюднім,&lt;br /&gt;</w:t>
        <w:br/>
        <w:t>Що все була з тобою — від години,&lt;br /&gt;</w:t>
        <w:br/>
        <w:t>Коли рука твоя дитяча вперше&lt;br /&gt;</w:t>
        <w:br/>
        <w:t>Зірвала безтурботно квітку кволу,&lt;br /&gt;</w:t>
        <w:br/>
        <w:t>I поки спромоглася лук зігнути,&lt;br /&gt;</w:t>
        <w:br/>
        <w:t>Що вславився навік. Сердечну тайну&lt;br /&gt;</w:t>
        <w:br/>
        <w:t>Відкрий же силі древній, що зреклася&lt;br /&gt;</w:t>
        <w:br/>
        <w:t>Старих священних тронів для пророцтва&lt;br /&gt;</w:t>
        <w:br/>
        <w:t>Про твій прихід, заради самоти&lt;br /&gt;</w:t>
        <w:br/>
        <w:t>Новонародженої".&lt;br /&gt;</w:t>
        <w:br/>
        <w:t>Аполлон&lt;br /&gt;</w:t>
        <w:br/>
        <w:t>З раптово пильним прояснілим зором&lt;br /&gt;</w:t>
        <w:br/>
        <w:t>Їй відповів — і біле, мелодійне&lt;br /&gt;</w:t>
        <w:br/>
        <w:t>Від звуків горло задвигтіло в нього:&lt;br /&gt;</w:t>
        <w:br/>
        <w:t>"О Мнемозіно! Це ж твоє ім'я&lt;br /&gt;</w:t>
        <w:br/>
        <w:t>Було на язиці моїм! Навіщо&lt;br /&gt;</w:t>
        <w:br/>
        <w:t>Розповідать про явне? Намагатись&lt;br /&gt;</w:t>
        <w:br/>
        <w:t>Те появить, що на твоїх устах&lt;br /&gt;</w:t>
        <w:br/>
        <w:t>Не залишиться тайною? Безвидна&lt;br /&gt;</w:t>
        <w:br/>
        <w:t>Тяжка непам'ять погляд мій замкнула.&lt;br /&gt;</w:t>
        <w:br/>
        <w:t>Я так силкуюсь осягти свій біль,&lt;br /&gt;</w:t>
        <w:br/>
        <w:t>Аж весь дубію від зусилля — й потім&lt;br /&gt;</w:t>
        <w:br/>
        <w:t>Сідаю на траві й стогну, як той,&lt;br /&gt;</w:t>
        <w:br/>
        <w:t>Що міг літать колись. Чому ж я гнуся&lt;br /&gt;</w:t>
        <w:br/>
        <w:t>I запиняюсь, хоч повітря вільне&lt;br /&gt;</w:t>
        <w:br/>
        <w:t>Скоряється моїй ході навальній?&lt;br /&gt;</w:t>
        <w:br/>
        <w:t>Чому спротивилась ногам земля?&lt;br /&gt;</w:t>
        <w:br/>
        <w:t>Ласкава Владарко, відкрий незнане:&lt;br /&gt;</w:t>
        <w:br/>
        <w:t>Щ&amp;#243; острів цей? Чи він один у світі?&lt;br /&gt;</w:t>
        <w:br/>
        <w:t>А що зірки? А є ж і сонце, сонце!&lt;br /&gt;</w:t>
        <w:br/>
        <w:t>I місячне, таке терпляче, сяйво!&lt;br /&gt;</w:t>
        <w:br/>
        <w:t>I тисячі зірок. Вкажи мені&lt;br /&gt;</w:t>
        <w:br/>
        <w:t>До найпрекраснішої з них дорогу —&lt;br /&gt;</w:t>
        <w:br/>
        <w:t>I з лірою я полечу до неї —&lt;br /&gt;</w:t>
        <w:br/>
        <w:t>I срібний блиск її заб'ється щастям.&lt;br /&gt;</w:t>
        <w:br/>
        <w:t>Я чув небесний грім: де він живе?&lt;br /&gt;</w:t>
        <w:br/>
        <w:t>Чия рука, чий дух, якого бога,&lt;br /&gt;</w:t>
        <w:br/>
        <w:t>Стихії розтривожує, тим часом&lt;br /&gt;</w:t>
        <w:br/>
        <w:t>Як я дозвільно слухаю його&lt;br /&gt;</w:t>
        <w:br/>
        <w:t>В невіданні безпечнім і болючім?&lt;br /&gt;</w:t>
        <w:br/>
        <w:t>Скажи мені, богине одинока,&lt;br /&gt;</w:t>
        <w:br/>
        <w:t>В ім'я твоєї арфи, що квилить&lt;br /&gt;</w:t>
        <w:br/>
        <w:t>Увечері й удосвіта, скажи,&lt;br /&gt;</w:t>
        <w:br/>
        <w:t>Чом я бушую так у цих дібровах?&lt;br /&gt;</w:t>
        <w:br/>
        <w:t>Німі, німі уста твої! I все ж&lt;br /&gt;</w:t>
        <w:br/>
        <w:t>Я на виду твоїм безмновнім можу&lt;br /&gt;</w:t>
        <w:br/>
        <w:t>Собі урок предивний прочитати:&lt;br /&gt;</w:t>
        <w:br/>
        <w:t>Мене обожествить знання безмежне!&lt;br /&gt;</w:t>
        <w:br/>
        <w:t>Легенди сиві, імена, страшні&lt;br /&gt;</w:t>
        <w:br/>
        <w:t>Перевороти, заколоти, муки,&lt;br /&gt;</w:t>
        <w:br/>
        <w:t>Престолів славу, творення й руїну,&lt;br /&gt;</w:t>
        <w:br/>
        <w:t>Державні голоси — все заразом&lt;br /&gt;</w:t>
        <w:br/>
        <w:t>Улий в широкі порожнечі мозку&lt;br /&gt;</w:t>
        <w:br/>
        <w:t>I богом учини мене, щоб я&lt;br /&gt;</w:t>
        <w:br/>
        <w:t>Безсмертним став, немовби скуштувавши&lt;br /&gt;</w:t>
        <w:br/>
        <w:t>Щасливого вина чи еліксиру&lt;br /&gt;</w:t>
        <w:br/>
        <w:t>Чудовного!"&lt;br /&gt;</w:t>
        <w:br/>
        <w:t>Так мовив бог, тим часом&lt;br /&gt;</w:t>
        <w:br/>
        <w:t>Як очі вогняні його спокійно&lt;br /&gt;</w:t>
        <w:br/>
        <w:t>I мерехтливо-ясно поглядали&lt;br /&gt;</w:t>
        <w:br/>
        <w:t>На Мнемозіну.&lt;br /&gt;</w:t>
        <w:br/>
        <w:t>Незабаром люто&lt;br /&gt;</w:t>
        <w:br/>
        <w:t>Все тіло в нього збурилось і вся&lt;br /&gt;</w:t>
        <w:br/>
        <w:t>Зрум'янилась краса його безсмертна,&lt;br /&gt;</w:t>
        <w:br/>
        <w:t>Немов боровся він у брамі смерті&lt;br /&gt;</w:t>
        <w:br/>
        <w:t>Чи покидав бліду безсмертну смерть —&lt;br /&gt;</w:t>
        <w:br/>
        <w:t>I з мукою раптовою, що палить&lt;br /&gt;</w:t>
        <w:br/>
        <w:t>Однаково, як смертна холодить,&lt;br /&gt;</w:t>
        <w:br/>
        <w:t>У корчах смерті віднайшов життя.</w:t>
      </w:r>
    </w:p>
    <w:p>
      <w:r>
        <w:br/>
        <w:t>Так юний Аполлон терзався. Навіть&lt;br /&gt;</w:t>
        <w:br/>
        <w:t>Його волосся, кучері славетні&lt;br /&gt;</w:t>
        <w:br/>
        <w:t>Ходили в нього хвилями круг шиї&lt;br /&gt;</w:t>
        <w:br/>
        <w:t>Прагнущої. I, поки біль тривав,&lt;br /&gt;</w:t>
        <w:br/>
        <w:t>Зняла богиня руки, мов хотіла&lt;br /&gt;</w:t>
        <w:br/>
        <w:t>Пророцтво виректи. Нарешті зойк&lt;br /&gt;</w:t>
        <w:br/>
        <w:t>У Аполлона вихопивсь. I от&lt;br /&gt;</w:t>
        <w:br/>
        <w:t>Від тіла юного небесна слава&lt;br /&gt;</w:t>
        <w:br/>
        <w:t>Засяяла...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Гіперіон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