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безсмертної батави</w:t>
      </w:r>
    </w:p>
    <w:p>
      <w:r>
        <w:br/>
        <w:t xml:space="preserve"> Гімн безсмертної батави&lt;br /&gt;</w:t>
        <w:br/>
        <w:t>Повстанська пісня</w:t>
      </w:r>
    </w:p>
    <w:p>
      <w:r>
        <w:br/>
        <w:t>Ми лицарі без жаху і без смерти,&lt;br /&gt;</w:t>
        <w:br/>
        <w:t>На злочин світу станем без ваги,&lt;br /&gt;</w:t>
        <w:br/>
        <w:t>Ми присяглися долю переперти,&lt;br /&gt;</w:t>
        <w:br/>
        <w:t>Роздерти присуд смерти ваш, боги!</w:t>
      </w:r>
    </w:p>
    <w:p>
      <w:r>
        <w:br/>
        <w:t>Роздерли Україну ви на чверти&lt;br /&gt;</w:t>
        <w:br/>
        <w:t>Безсмертну душу вперли в ланцюги,&lt;br /&gt;</w:t>
        <w:br/>
        <w:t>Та ми зродились, щоб за неї вмерти.&lt;br /&gt;</w:t>
        <w:br/>
        <w:t>Роздерти присуд смерти ваш, боги!</w:t>
      </w:r>
    </w:p>
    <w:p>
      <w:r>
        <w:br/>
        <w:t>Нас не злякають танки ні канони,&lt;br /&gt;</w:t>
        <w:br/>
        <w:t>Ми славим правду, Бога, новий світ,&lt;br /&gt;</w:t>
        <w:br/>
        <w:t>Вас прокляли замучених мільйони,&lt;br /&gt;</w:t>
        <w:br/>
        <w:t>На месть нас гонить кров іх з роду в рід!</w:t>
      </w:r>
    </w:p>
    <w:p>
      <w:r>
        <w:br/>
        <w:t>Народ безсмертний переможе в бою&lt;br /&gt;</w:t>
        <w:br/>
        <w:t>І встане месник із кривавих мук,&lt;br /&gt;</w:t>
        <w:br/>
        <w:t>За нами встане лавою страшною&lt;br /&gt;</w:t>
        <w:br/>
        <w:t>Мільйон мільйонів мускулястих рук!</w:t>
      </w:r>
    </w:p>
    <w:p>
      <w:r>
        <w:br/>
        <w:t>Здвигнем з заліза, з крови, із завзяття&lt;br /&gt;</w:t>
        <w:br/>
        <w:t>Державу від Дунайця по Кавказ,&lt;br /&gt;</w:t>
        <w:br/>
        <w:t>Ми лицарі, що скинемо прокляття,&lt;br /&gt;</w:t>
        <w:br/>
        <w:t>За смерть ми смертю покараєм вас.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безсмертної батави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